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41A2" w14:textId="77777777" w:rsidR="00435BD3" w:rsidRDefault="00000000">
      <w:pPr>
        <w:jc w:val="center"/>
      </w:pPr>
      <w:r>
        <w:rPr>
          <w:rFonts w:ascii="Aptos Display" w:hAnsi="Aptos Display"/>
          <w:b/>
          <w:color w:val="1F4E79"/>
          <w:sz w:val="42"/>
        </w:rPr>
        <w:t>JACK STEPHENSON</w:t>
      </w:r>
    </w:p>
    <w:p w14:paraId="37C49FB8" w14:textId="77777777" w:rsidR="00435BD3" w:rsidRDefault="00000000">
      <w:pPr>
        <w:spacing w:after="80"/>
        <w:jc w:val="center"/>
      </w:pPr>
      <w:r>
        <w:rPr>
          <w:rFonts w:ascii="Aptos Display" w:hAnsi="Aptos Display"/>
          <w:b/>
          <w:sz w:val="30"/>
        </w:rPr>
        <w:t>Professional Letters of Recommendation</w:t>
      </w:r>
    </w:p>
    <w:p w14:paraId="0D3034B5" w14:textId="77777777" w:rsidR="00435BD3" w:rsidRDefault="00000000">
      <w:pPr>
        <w:spacing w:after="240"/>
        <w:jc w:val="center"/>
      </w:pPr>
      <w:r>
        <w:rPr>
          <w:color w:val="5A5A5A"/>
          <w:sz w:val="19"/>
        </w:rPr>
        <w:t>A collection of professional recommendations from school administrators, university supervisors, classroom educators, and instructional leaders.</w:t>
      </w:r>
    </w:p>
    <w:p w14:paraId="0D62B596" w14:textId="77777777" w:rsidR="00435BD3" w:rsidRDefault="00435BD3">
      <w:pPr>
        <w:pBdr>
          <w:bottom w:val="single" w:sz="10" w:space="1" w:color="1F4E79"/>
        </w:pBdr>
        <w:spacing w:after="160"/>
      </w:pPr>
    </w:p>
    <w:p w14:paraId="1EDCE6F4" w14:textId="77777777" w:rsidR="00435BD3" w:rsidRDefault="00000000">
      <w:pPr>
        <w:spacing w:before="140" w:after="80"/>
      </w:pPr>
      <w:r>
        <w:rPr>
          <w:b/>
          <w:color w:val="1F4E79"/>
          <w:sz w:val="18"/>
        </w:rPr>
        <w:t>SCHOOL ADMINISTRATORS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5135599C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94DF9B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Jasson Przebieda, M.Ed.</w:t>
            </w:r>
          </w:p>
          <w:p w14:paraId="3953034B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Principal | Madroña Academy of the Arts &amp; Sciences</w:t>
            </w:r>
          </w:p>
          <w:p w14:paraId="40B220C0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Recommends Jack for a full-time K-5 elementary teaching position and highlights his classroom management, adaptability, leadership, and rapport with students.</w:t>
            </w:r>
          </w:p>
          <w:p w14:paraId="0C9F2AB0" w14:textId="32517E88" w:rsidR="00435BD3" w:rsidRDefault="00CD17EE">
            <w:pPr>
              <w:keepNext/>
              <w:spacing w:after="0"/>
            </w:pPr>
            <w:hyperlink r:id="rId8" w:history="1">
              <w:r w:rsidR="00000000" w:rsidRPr="00CD17EE">
                <w:rPr>
                  <w:rStyle w:val="Hyperlink"/>
                  <w:b/>
                  <w:sz w:val="18"/>
                </w:rPr>
                <w:t>VIEW LETTER OF RECOMMENDA</w:t>
              </w:r>
              <w:r w:rsidR="00000000" w:rsidRPr="00CD17EE">
                <w:rPr>
                  <w:rStyle w:val="Hyperlink"/>
                  <w:b/>
                  <w:sz w:val="18"/>
                </w:rPr>
                <w:t>T</w:t>
              </w:r>
              <w:r w:rsidR="00000000" w:rsidRPr="00CD17EE">
                <w:rPr>
                  <w:rStyle w:val="Hyperlink"/>
                  <w:b/>
                  <w:sz w:val="18"/>
                </w:rPr>
                <w:t>ION  →</w:t>
              </w:r>
            </w:hyperlink>
          </w:p>
        </w:tc>
      </w:tr>
    </w:tbl>
    <w:p w14:paraId="06BB8DF1" w14:textId="77777777" w:rsidR="00435BD3" w:rsidRDefault="00435BD3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340A883F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4108FA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Paola Vargas</w:t>
            </w:r>
          </w:p>
          <w:p w14:paraId="2E024207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Principal | Weathersfield Elementary School</w:t>
            </w:r>
          </w:p>
          <w:p w14:paraId="27ABCCE7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work across TK-4, his adaptability, classroom management, professionalism, and ability to build positive student relationships.</w:t>
            </w:r>
          </w:p>
          <w:p w14:paraId="04E082E7" w14:textId="076CE152" w:rsidR="00435BD3" w:rsidRDefault="00CD17EE">
            <w:pPr>
              <w:keepNext/>
              <w:spacing w:after="0"/>
            </w:pPr>
            <w:hyperlink r:id="rId9" w:history="1">
              <w:r w:rsidR="00000000" w:rsidRPr="00CD17EE">
                <w:rPr>
                  <w:rStyle w:val="Hyperlink"/>
                  <w:b/>
                  <w:sz w:val="18"/>
                </w:rPr>
                <w:t>VIEW LETTER OF RECOMMEND</w:t>
              </w:r>
              <w:r w:rsidR="00000000" w:rsidRPr="00CD17EE">
                <w:rPr>
                  <w:rStyle w:val="Hyperlink"/>
                  <w:b/>
                  <w:sz w:val="18"/>
                </w:rPr>
                <w:t>A</w:t>
              </w:r>
              <w:r w:rsidR="00000000" w:rsidRPr="00CD17EE">
                <w:rPr>
                  <w:rStyle w:val="Hyperlink"/>
                  <w:b/>
                  <w:sz w:val="18"/>
                </w:rPr>
                <w:t>TION  →</w:t>
              </w:r>
            </w:hyperlink>
          </w:p>
        </w:tc>
      </w:tr>
    </w:tbl>
    <w:p w14:paraId="1319B8CC" w14:textId="77777777" w:rsidR="00435BD3" w:rsidRDefault="00435BD3">
      <w:pPr>
        <w:spacing w:after="40"/>
      </w:pPr>
    </w:p>
    <w:p w14:paraId="5CD330C4" w14:textId="77777777" w:rsidR="00435BD3" w:rsidRDefault="00000000">
      <w:pPr>
        <w:spacing w:before="140" w:after="80"/>
      </w:pPr>
      <w:r>
        <w:rPr>
          <w:b/>
          <w:color w:val="1F4E79"/>
          <w:sz w:val="18"/>
        </w:rPr>
        <w:t>UNIVERSITY &amp; STUDENT-TEACHING SUPERVISION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6EBF68EB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02B40F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Alison K. Muraszewski, Ed.D.</w:t>
            </w:r>
          </w:p>
          <w:p w14:paraId="5BC269A8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University Field Supervisor | California State University, Northridge</w:t>
            </w:r>
          </w:p>
          <w:p w14:paraId="4C5C3370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carefully planned instruction, proactive classroom management, professionalism, strong work ethic, and responsiveness to feedback.</w:t>
            </w:r>
          </w:p>
          <w:p w14:paraId="082E2EA0" w14:textId="512A7132" w:rsidR="00435BD3" w:rsidRDefault="00CD17EE">
            <w:pPr>
              <w:keepNext/>
              <w:spacing w:after="0"/>
            </w:pPr>
            <w:hyperlink r:id="rId10" w:history="1">
              <w:r w:rsidR="00000000" w:rsidRPr="00CD17EE">
                <w:rPr>
                  <w:rStyle w:val="Hyperlink"/>
                  <w:b/>
                  <w:sz w:val="18"/>
                </w:rPr>
                <w:t>VIEW LETTER OF RECOMMENDATIO</w:t>
              </w:r>
              <w:r w:rsidR="00000000" w:rsidRPr="00CD17EE">
                <w:rPr>
                  <w:rStyle w:val="Hyperlink"/>
                  <w:b/>
                  <w:sz w:val="18"/>
                </w:rPr>
                <w:t>N</w:t>
              </w:r>
              <w:r w:rsidR="00000000" w:rsidRPr="00CD17EE">
                <w:rPr>
                  <w:rStyle w:val="Hyperlink"/>
                  <w:b/>
                  <w:sz w:val="18"/>
                </w:rPr>
                <w:t xml:space="preserve">  →</w:t>
              </w:r>
            </w:hyperlink>
          </w:p>
        </w:tc>
      </w:tr>
    </w:tbl>
    <w:p w14:paraId="4028F36F" w14:textId="77777777" w:rsidR="00435BD3" w:rsidRDefault="00435BD3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1DD504A0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0FD119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Tina Iafelice</w:t>
            </w:r>
          </w:p>
          <w:p w14:paraId="3FD59BE0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Teacher / Student-Teaching Supervisor | Knolls Elementary School</w:t>
            </w:r>
          </w:p>
          <w:p w14:paraId="00C9BA85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Discusses Jack's student-teaching growth, engaging lesson delivery, clear expectations, student connections, reflection, and commitment to continued professional development.</w:t>
            </w:r>
          </w:p>
          <w:p w14:paraId="56052122" w14:textId="6CDF4992" w:rsidR="00435BD3" w:rsidRDefault="00CD17EE">
            <w:pPr>
              <w:keepNext/>
              <w:spacing w:after="0"/>
            </w:pPr>
            <w:hyperlink r:id="rId11" w:history="1">
              <w:r w:rsidR="00000000" w:rsidRPr="00CD17EE">
                <w:rPr>
                  <w:rStyle w:val="Hyperlink"/>
                  <w:b/>
                  <w:sz w:val="18"/>
                </w:rPr>
                <w:t>VIEW LETTER OF RECOMMENDAT</w:t>
              </w:r>
              <w:r w:rsidR="00000000" w:rsidRPr="00CD17EE">
                <w:rPr>
                  <w:rStyle w:val="Hyperlink"/>
                  <w:b/>
                  <w:sz w:val="18"/>
                </w:rPr>
                <w:t>I</w:t>
              </w:r>
              <w:r w:rsidR="00000000" w:rsidRPr="00CD17EE">
                <w:rPr>
                  <w:rStyle w:val="Hyperlink"/>
                  <w:b/>
                  <w:sz w:val="18"/>
                </w:rPr>
                <w:t>ON  →</w:t>
              </w:r>
            </w:hyperlink>
          </w:p>
        </w:tc>
      </w:tr>
    </w:tbl>
    <w:p w14:paraId="101F22F4" w14:textId="77777777" w:rsidR="00435BD3" w:rsidRDefault="00435BD3">
      <w:pPr>
        <w:spacing w:after="40"/>
      </w:pPr>
    </w:p>
    <w:p w14:paraId="158CA04B" w14:textId="77777777" w:rsidR="00435BD3" w:rsidRDefault="00000000">
      <w:pPr>
        <w:spacing w:before="140" w:after="80"/>
      </w:pPr>
      <w:r>
        <w:rPr>
          <w:b/>
          <w:color w:val="1F4E79"/>
          <w:sz w:val="18"/>
        </w:rPr>
        <w:t>CLASSROOM EDUCATORS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5EA1F310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E12D2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Rebecca Crowell, M.A. Ed.</w:t>
            </w:r>
          </w:p>
          <w:p w14:paraId="1E54D743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Second Grade Teacher | Westlake Elementary School</w:t>
            </w:r>
          </w:p>
          <w:p w14:paraId="37D2D811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compassion, classroom management, student relationships, instructional continuity, and ability to adjust effectively while substitute teaching.</w:t>
            </w:r>
          </w:p>
          <w:p w14:paraId="2EB7DCE4" w14:textId="76358D43" w:rsidR="00435BD3" w:rsidRDefault="00000000">
            <w:pPr>
              <w:keepNext/>
              <w:spacing w:after="0"/>
            </w:pPr>
            <w:r>
              <w:rPr>
                <w:b/>
                <w:color w:val="1F4E79"/>
                <w:sz w:val="18"/>
              </w:rPr>
              <w:t xml:space="preserve">VIEW LETTER OF </w:t>
            </w:r>
            <w:r w:rsidR="00CD17EE">
              <w:rPr>
                <w:b/>
                <w:color w:val="1F4E79"/>
                <w:sz w:val="18"/>
              </w:rPr>
              <w:t>RECOMMENDATION →</w:t>
            </w:r>
          </w:p>
        </w:tc>
      </w:tr>
    </w:tbl>
    <w:p w14:paraId="05F69DA9" w14:textId="77777777" w:rsidR="00435BD3" w:rsidRDefault="00435BD3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2CA05DC2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0AFEA3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lastRenderedPageBreak/>
              <w:t>Molly Upton, M.A. Ed.</w:t>
            </w:r>
          </w:p>
          <w:p w14:paraId="7DD78D6D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Fourth Grade Teacher | Westlake Elementary School</w:t>
            </w:r>
          </w:p>
          <w:p w14:paraId="5159831C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interpersonal skills, relationships with students and families, support for diverse academic needs, and commitment to professional growth.</w:t>
            </w:r>
          </w:p>
          <w:p w14:paraId="7207B464" w14:textId="6070E746" w:rsidR="00435BD3" w:rsidRDefault="00000000">
            <w:pPr>
              <w:keepNext/>
              <w:spacing w:after="0"/>
            </w:pPr>
            <w:r>
              <w:rPr>
                <w:b/>
                <w:color w:val="1F4E79"/>
                <w:sz w:val="18"/>
              </w:rPr>
              <w:t xml:space="preserve">VIEW LETTER OF </w:t>
            </w:r>
            <w:r w:rsidR="00CD17EE">
              <w:rPr>
                <w:b/>
                <w:color w:val="1F4E79"/>
                <w:sz w:val="18"/>
              </w:rPr>
              <w:t>RECOMMENDATION →</w:t>
            </w:r>
          </w:p>
        </w:tc>
      </w:tr>
    </w:tbl>
    <w:p w14:paraId="1F39B7DE" w14:textId="77777777" w:rsidR="00435BD3" w:rsidRDefault="00435BD3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12932FD1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4F71B4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Elissa Spraggins</w:t>
            </w:r>
          </w:p>
          <w:p w14:paraId="76C9C6C0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First Grade Teacher | Madroña Academy of the Arts &amp; Sciences</w:t>
            </w:r>
          </w:p>
          <w:p w14:paraId="35DAB514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work as a preferred substitute and co-educator, including differentiation, initiative, classroom management, collaboration, and strong rapport with students and staff.</w:t>
            </w:r>
          </w:p>
          <w:p w14:paraId="22618760" w14:textId="0311A59A" w:rsidR="00435BD3" w:rsidRDefault="00CD17EE">
            <w:pPr>
              <w:keepNext/>
              <w:spacing w:after="0"/>
            </w:pPr>
            <w:hyperlink r:id="rId12" w:history="1">
              <w:r w:rsidR="00000000" w:rsidRPr="00CD17EE">
                <w:rPr>
                  <w:rStyle w:val="Hyperlink"/>
                  <w:b/>
                  <w:sz w:val="18"/>
                </w:rPr>
                <w:t>VIEW LETTER OF RECOMM</w:t>
              </w:r>
              <w:r w:rsidR="00000000" w:rsidRPr="00CD17EE">
                <w:rPr>
                  <w:rStyle w:val="Hyperlink"/>
                  <w:b/>
                  <w:sz w:val="18"/>
                </w:rPr>
                <w:t>E</w:t>
              </w:r>
              <w:r w:rsidR="00000000" w:rsidRPr="00CD17EE">
                <w:rPr>
                  <w:rStyle w:val="Hyperlink"/>
                  <w:b/>
                  <w:sz w:val="18"/>
                </w:rPr>
                <w:t>NDATION  →</w:t>
              </w:r>
            </w:hyperlink>
          </w:p>
        </w:tc>
      </w:tr>
    </w:tbl>
    <w:p w14:paraId="339E1269" w14:textId="77777777" w:rsidR="00435BD3" w:rsidRDefault="00435BD3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5DB147D8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5036F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Karine Szakos</w:t>
            </w:r>
          </w:p>
          <w:p w14:paraId="56D1A97E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Certificated Music Teacher | Conejo Valley Unified School District</w:t>
            </w:r>
          </w:p>
          <w:p w14:paraId="44601D64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strong reputation, classroom management, flexibility, professionalism, communication, and successful coverage of grades 1-5 music classes.</w:t>
            </w:r>
          </w:p>
          <w:p w14:paraId="36545E45" w14:textId="0F582B40" w:rsidR="00435BD3" w:rsidRDefault="00CD17EE">
            <w:pPr>
              <w:keepNext/>
              <w:spacing w:after="0"/>
            </w:pPr>
            <w:hyperlink r:id="rId13" w:history="1">
              <w:r w:rsidR="00000000" w:rsidRPr="00CD17EE">
                <w:rPr>
                  <w:rStyle w:val="Hyperlink"/>
                  <w:b/>
                  <w:sz w:val="18"/>
                </w:rPr>
                <w:t xml:space="preserve">VIEW LETTER OF </w:t>
              </w:r>
              <w:r w:rsidRPr="00CD17EE">
                <w:rPr>
                  <w:rStyle w:val="Hyperlink"/>
                  <w:b/>
                  <w:sz w:val="18"/>
                </w:rPr>
                <w:t>RE</w:t>
              </w:r>
              <w:r w:rsidRPr="00CD17EE">
                <w:rPr>
                  <w:rStyle w:val="Hyperlink"/>
                  <w:b/>
                  <w:sz w:val="18"/>
                </w:rPr>
                <w:t>C</w:t>
              </w:r>
              <w:r w:rsidRPr="00CD17EE">
                <w:rPr>
                  <w:rStyle w:val="Hyperlink"/>
                  <w:b/>
                  <w:sz w:val="18"/>
                </w:rPr>
                <w:t>OMMENDATION →</w:t>
              </w:r>
            </w:hyperlink>
          </w:p>
        </w:tc>
      </w:tr>
    </w:tbl>
    <w:p w14:paraId="751E0DF2" w14:textId="77777777" w:rsidR="00435BD3" w:rsidRDefault="00435BD3">
      <w:pPr>
        <w:spacing w:after="40"/>
      </w:pPr>
    </w:p>
    <w:p w14:paraId="1D09ED02" w14:textId="20464F68" w:rsidR="00435BD3" w:rsidRDefault="00CD17EE">
      <w:pPr>
        <w:spacing w:before="140" w:after="80"/>
      </w:pPr>
      <w:r>
        <w:rPr>
          <w:b/>
          <w:color w:val="1F4E79"/>
          <w:sz w:val="18"/>
        </w:rPr>
        <w:t>Current Employments Outside USD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80"/>
      </w:tblGrid>
      <w:tr w:rsidR="00435BD3" w14:paraId="6FFF20E4" w14:textId="77777777">
        <w:trPr>
          <w:jc w:val="center"/>
        </w:trPr>
        <w:tc>
          <w:tcPr>
            <w:tcW w:w="10080" w:type="dxa"/>
            <w:shd w:val="clear" w:color="auto" w:fill="F5F8FB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D63561" w14:textId="77777777" w:rsidR="00435BD3" w:rsidRDefault="00000000">
            <w:pPr>
              <w:keepNext/>
              <w:spacing w:after="20"/>
            </w:pPr>
            <w:r>
              <w:rPr>
                <w:b/>
                <w:sz w:val="22"/>
              </w:rPr>
              <w:t>Venetya Evans</w:t>
            </w:r>
          </w:p>
          <w:p w14:paraId="54CA80EF" w14:textId="77777777" w:rsidR="00435BD3" w:rsidRDefault="00000000">
            <w:pPr>
              <w:keepNext/>
              <w:spacing w:after="60"/>
            </w:pPr>
            <w:r>
              <w:rPr>
                <w:i/>
                <w:color w:val="4B4B4B"/>
                <w:sz w:val="18"/>
              </w:rPr>
              <w:t>Center Director | Sylvan Learning of Simi Valley</w:t>
            </w:r>
          </w:p>
          <w:p w14:paraId="77C14197" w14:textId="77777777" w:rsidR="00435BD3" w:rsidRDefault="00000000">
            <w:pPr>
              <w:keepNext/>
              <w:spacing w:after="60"/>
            </w:pPr>
            <w:r>
              <w:rPr>
                <w:sz w:val="18"/>
              </w:rPr>
              <w:t>Highlights Jack's instructional skill, individualized support, rapport with students, reliability, professionalism, collaboration, and communication with families.</w:t>
            </w:r>
          </w:p>
          <w:p w14:paraId="4BFE25DB" w14:textId="1C0130B0" w:rsidR="00435BD3" w:rsidRDefault="00CD17EE">
            <w:pPr>
              <w:keepNext/>
              <w:spacing w:after="0"/>
            </w:pPr>
            <w:hyperlink r:id="rId14" w:history="1">
              <w:r w:rsidR="00000000" w:rsidRPr="00CD17EE">
                <w:rPr>
                  <w:rStyle w:val="Hyperlink"/>
                  <w:b/>
                  <w:sz w:val="18"/>
                </w:rPr>
                <w:t>VIEW LETTER OF RECOMMEN</w:t>
              </w:r>
              <w:r w:rsidR="00000000" w:rsidRPr="00CD17EE">
                <w:rPr>
                  <w:rStyle w:val="Hyperlink"/>
                  <w:b/>
                  <w:sz w:val="18"/>
                </w:rPr>
                <w:t>D</w:t>
              </w:r>
              <w:r w:rsidR="00000000" w:rsidRPr="00CD17EE">
                <w:rPr>
                  <w:rStyle w:val="Hyperlink"/>
                  <w:b/>
                  <w:sz w:val="18"/>
                </w:rPr>
                <w:t>ATION  →</w:t>
              </w:r>
            </w:hyperlink>
          </w:p>
        </w:tc>
      </w:tr>
    </w:tbl>
    <w:p w14:paraId="299DBEF8" w14:textId="77777777" w:rsidR="00435BD3" w:rsidRDefault="00435BD3">
      <w:pPr>
        <w:spacing w:after="40"/>
      </w:pPr>
    </w:p>
    <w:p w14:paraId="23B3F867" w14:textId="77777777" w:rsidR="00435BD3" w:rsidRDefault="00000000">
      <w:pPr>
        <w:spacing w:before="160" w:after="0"/>
        <w:jc w:val="center"/>
      </w:pPr>
      <w:r>
        <w:rPr>
          <w:color w:val="646464"/>
          <w:sz w:val="16"/>
        </w:rPr>
        <w:t>Portfolio note: the “View Letter of Recommendation” labels are prepared for hyperlinks. Public URLs can be added after the individual PDF letters are hosted on Wix, Google Drive, or another public location.</w:t>
      </w:r>
    </w:p>
    <w:sectPr w:rsidR="00435BD3" w:rsidSect="00034616">
      <w:footerReference w:type="default" r:id="rId15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76127" w14:textId="77777777" w:rsidR="006B2A3C" w:rsidRDefault="006B2A3C">
      <w:pPr>
        <w:spacing w:after="0" w:line="240" w:lineRule="auto"/>
      </w:pPr>
      <w:r>
        <w:separator/>
      </w:r>
    </w:p>
  </w:endnote>
  <w:endnote w:type="continuationSeparator" w:id="0">
    <w:p w14:paraId="3774CD13" w14:textId="77777777" w:rsidR="006B2A3C" w:rsidRDefault="006B2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BF5F" w14:textId="77777777" w:rsidR="00435BD3" w:rsidRDefault="00000000">
    <w:pPr>
      <w:pStyle w:val="Footer"/>
      <w:jc w:val="center"/>
    </w:pPr>
    <w:r>
      <w:rPr>
        <w:color w:val="787878"/>
        <w:sz w:val="16"/>
      </w:rPr>
      <w:t>Jack Stephenson | Professional Teaching Portfolio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6FEA4" w14:textId="77777777" w:rsidR="006B2A3C" w:rsidRDefault="006B2A3C">
      <w:pPr>
        <w:spacing w:after="0" w:line="240" w:lineRule="auto"/>
      </w:pPr>
      <w:r>
        <w:separator/>
      </w:r>
    </w:p>
  </w:footnote>
  <w:footnote w:type="continuationSeparator" w:id="0">
    <w:p w14:paraId="632C2F4E" w14:textId="77777777" w:rsidR="006B2A3C" w:rsidRDefault="006B2A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16732478">
    <w:abstractNumId w:val="8"/>
  </w:num>
  <w:num w:numId="2" w16cid:durableId="774054857">
    <w:abstractNumId w:val="6"/>
  </w:num>
  <w:num w:numId="3" w16cid:durableId="1894190101">
    <w:abstractNumId w:val="5"/>
  </w:num>
  <w:num w:numId="4" w16cid:durableId="191891780">
    <w:abstractNumId w:val="4"/>
  </w:num>
  <w:num w:numId="5" w16cid:durableId="575356641">
    <w:abstractNumId w:val="7"/>
  </w:num>
  <w:num w:numId="6" w16cid:durableId="1007753335">
    <w:abstractNumId w:val="3"/>
  </w:num>
  <w:num w:numId="7" w16cid:durableId="465007263">
    <w:abstractNumId w:val="2"/>
  </w:num>
  <w:num w:numId="8" w16cid:durableId="856674">
    <w:abstractNumId w:val="1"/>
  </w:num>
  <w:num w:numId="9" w16cid:durableId="1792167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4DF8"/>
    <w:rsid w:val="0029639D"/>
    <w:rsid w:val="00326F90"/>
    <w:rsid w:val="00435BD3"/>
    <w:rsid w:val="006B2A3C"/>
    <w:rsid w:val="00AA1D8D"/>
    <w:rsid w:val="00B47730"/>
    <w:rsid w:val="00CB0664"/>
    <w:rsid w:val="00CD17EE"/>
    <w:rsid w:val="00FC693F"/>
    <w:rsid w:val="00FF6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F33AE0"/>
  <w14:defaultImageDpi w14:val="300"/>
  <w15:docId w15:val="{B52EC4F3-441E-C94B-B9D6-DFDD13388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D17E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17E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D17E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sers/jackstephenson/Downloads/Jason%20P%20Recommendation.pdf" TargetMode="External"/><Relationship Id="rId13" Type="http://schemas.openxmlformats.org/officeDocument/2006/relationships/hyperlink" Target="file:///Users/jackstephenson/Downloads/Letter%20of%20Recommendation%20(Szakos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Users/jackstephenson/Downloads/Madrona%20Recommendation%202-compressed.pd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Users/jackstephenson/Downloads/Recommendation%20Letter%20(Iafelice)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Users/jackstephenson/Downloads/Alison%20Letter%20of%20Recommendation.pd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Users/jackstephenson/Downloads/Paola%20Vargas%20Recommendation%20Letter.pdf" TargetMode="External"/><Relationship Id="rId14" Type="http://schemas.openxmlformats.org/officeDocument/2006/relationships/hyperlink" Target="file:///Users/jackstephenson/Downloads/Venetya%20Evans%20Recommendation%20Lette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Jack Stephenson</cp:lastModifiedBy>
  <cp:revision>2</cp:revision>
  <dcterms:created xsi:type="dcterms:W3CDTF">2026-08-11T01:09:00Z</dcterms:created>
  <dcterms:modified xsi:type="dcterms:W3CDTF">2026-08-11T01:09:00Z</dcterms:modified>
  <cp:category/>
</cp:coreProperties>
</file>