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2nd Semester Student Teaching Takeover</w:t>
      </w:r>
    </w:p>
    <w:p>
      <w:pPr>
        <w:jc w:val="center"/>
      </w:pPr>
      <w:r>
        <w:rPr>
          <w:sz w:val="30"/>
        </w:rPr>
        <w:t>Spring 2025 • 1st/2nd Grade</w:t>
      </w:r>
    </w:p>
    <w:p>
      <w:pPr>
        <w:jc w:val="center"/>
      </w:pPr>
      <w:r>
        <w:rPr>
          <w:sz w:val="26"/>
        </w:rPr>
        <w:t>Jack Stephenson</w:t>
      </w:r>
    </w:p>
    <w:p>
      <w:r>
        <w:br w:type="page"/>
      </w:r>
    </w:p>
    <w:p>
      <w:r>
        <w:rPr>
          <w:b/>
          <w:sz w:val="36"/>
        </w:rPr>
        <w:t>Lesson Plan Collection</w:t>
      </w:r>
    </w:p>
    <w:p>
      <w:pPr>
        <w:spacing w:after="80"/>
      </w:pPr>
      <w:r>
        <w:rPr>
          <w:sz w:val="21"/>
        </w:rPr>
        <w:t>1. 4/7/25 — Grade 2nd — ELA - Reading Comprehension, Vocabulary, Long "e" Sound Spelled with "y"</w:t>
      </w:r>
    </w:p>
    <w:p>
      <w:pPr>
        <w:spacing w:after="80"/>
      </w:pPr>
      <w:r>
        <w:rPr>
          <w:sz w:val="21"/>
        </w:rPr>
        <w:t>2. 4/7/25 — Grade 1st — Mathematics - Fractions, Shapes, and Equal Parts</w:t>
      </w:r>
    </w:p>
    <w:p>
      <w:pPr>
        <w:spacing w:after="80"/>
      </w:pPr>
      <w:r>
        <w:rPr>
          <w:sz w:val="21"/>
        </w:rPr>
        <w:t>3. 4/7/25 — Grade 1st/2nd — Science &amp; Writing - Animal Research Project Day #1</w:t>
      </w:r>
    </w:p>
    <w:p>
      <w:pPr>
        <w:spacing w:after="80"/>
      </w:pPr>
      <w:r>
        <w:rPr>
          <w:sz w:val="21"/>
        </w:rPr>
        <w:t>4. 4/8/25 — Grade 1st/2nd — Writing – Field Trip Reflection (Vons)</w:t>
      </w:r>
    </w:p>
    <w:p>
      <w:pPr>
        <w:spacing w:after="80"/>
      </w:pPr>
      <w:r>
        <w:rPr>
          <w:sz w:val="21"/>
        </w:rPr>
        <w:t>5. 4/9/25 — Grade 2nd — Math - Time, Problem Solving with Patterns</w:t>
      </w:r>
    </w:p>
    <w:p>
      <w:pPr>
        <w:spacing w:after="80"/>
      </w:pPr>
      <w:r>
        <w:rPr>
          <w:sz w:val="21"/>
        </w:rPr>
        <w:t>6. 4/9/25 — Grade 1st/2nd — Physical Education – Cooperative Play and Team Building</w:t>
      </w:r>
    </w:p>
    <w:p>
      <w:pPr>
        <w:spacing w:after="80"/>
      </w:pPr>
      <w:r>
        <w:rPr>
          <w:sz w:val="21"/>
        </w:rPr>
        <w:t>7. 4/10/25 — Grade 1st/2nd — Social Studies – Communities and Their Functions</w:t>
      </w:r>
    </w:p>
    <w:p>
      <w:pPr>
        <w:spacing w:after="80"/>
      </w:pPr>
      <w:r>
        <w:rPr>
          <w:sz w:val="21"/>
        </w:rPr>
        <w:t>8. 4/10/25 — Grade 1st/2nd — Visual and Performing Arts – Self-Portraits and Symmetry</w:t>
      </w:r>
    </w:p>
    <w:p>
      <w:pPr>
        <w:spacing w:after="80"/>
      </w:pPr>
      <w:r>
        <w:rPr>
          <w:sz w:val="21"/>
        </w:rPr>
        <w:t>9. 4/14/25 — Grade 2nd — ELA – Reading Comprehension, Vocabulary, and Spelling Introduction</w:t>
      </w:r>
    </w:p>
    <w:p>
      <w:pPr>
        <w:spacing w:after="80"/>
      </w:pPr>
      <w:r>
        <w:rPr>
          <w:sz w:val="21"/>
        </w:rPr>
        <w:t>10. 4/14/25 — Grade 1st — ELA – Reading Comprehension, Spelling Practice, and Vocabulary</w:t>
      </w:r>
    </w:p>
    <w:p>
      <w:pPr>
        <w:spacing w:after="80"/>
      </w:pPr>
      <w:r>
        <w:rPr>
          <w:sz w:val="21"/>
        </w:rPr>
        <w:t>11. 4/14/25 — Grade 1st/2nd — Health Science – Food Groups</w:t>
      </w:r>
    </w:p>
    <w:p>
      <w:pPr>
        <w:spacing w:after="80"/>
      </w:pPr>
      <w:r>
        <w:rPr>
          <w:sz w:val="21"/>
        </w:rPr>
        <w:t>12. 4/15/25 — Grade 1st — Mathematics – Measurement &amp; Data</w:t>
      </w:r>
    </w:p>
    <w:p>
      <w:pPr>
        <w:spacing w:after="80"/>
      </w:pPr>
      <w:r>
        <w:rPr>
          <w:sz w:val="21"/>
        </w:rPr>
        <w:t>13. 4/15/25 — Grade 1st/2nd — Health Science – Food Groups</w:t>
      </w:r>
    </w:p>
    <w:p>
      <w:pPr>
        <w:spacing w:after="80"/>
      </w:pPr>
      <w:r>
        <w:rPr>
          <w:sz w:val="21"/>
        </w:rPr>
        <w:t>14. 4/16/25 — Grade 2nd — Mathematics – Time of Day (A.M. and P.M.)</w:t>
      </w:r>
    </w:p>
    <w:p>
      <w:pPr>
        <w:spacing w:after="80"/>
      </w:pPr>
      <w:r>
        <w:rPr>
          <w:sz w:val="21"/>
        </w:rPr>
        <w:t>15. 4/17/25 — Grade 1st/2nd — ELA – Sequencing &amp; Graph to Text</w:t>
      </w:r>
    </w:p>
    <w:p>
      <w:pPr>
        <w:spacing w:after="80"/>
      </w:pPr>
      <w:r>
        <w:rPr>
          <w:sz w:val="21"/>
        </w:rPr>
        <w:t>16. 4/16/25 — Grade 1st/2nd — Social Studies – Understanding Heroes in Our Country and Community</w:t>
      </w:r>
    </w:p>
    <w:p>
      <w:pPr>
        <w:spacing w:after="80"/>
      </w:pPr>
      <w:r>
        <w:rPr>
          <w:sz w:val="21"/>
        </w:rPr>
        <w:t>17. 4/17/25 — Grade 1st/2nd — Social Studies – Community &amp; National Heroes</w:t>
      </w: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6BFACE25"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315705">
              <w:rPr>
                <w:sz w:val="22"/>
                <w:szCs w:val="22"/>
              </w:rPr>
              <w:t>4</w:t>
            </w:r>
            <w:r>
              <w:rPr>
                <w:sz w:val="22"/>
                <w:szCs w:val="22"/>
              </w:rPr>
              <w:t>/</w:t>
            </w:r>
            <w:r w:rsidR="00315705">
              <w:rPr>
                <w:sz w:val="22"/>
                <w:szCs w:val="22"/>
              </w:rPr>
              <w:t>7</w:t>
            </w:r>
            <w:r>
              <w:rPr>
                <w:sz w:val="22"/>
                <w:szCs w:val="22"/>
              </w:rPr>
              <w:t>/</w:t>
            </w:r>
            <w:r w:rsidR="00315705">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11909FD7" w14:textId="30DA7F4B" w:rsidR="00315705" w:rsidRPr="002A4419" w:rsidRDefault="00315705" w:rsidP="00012E18">
            <w:pPr>
              <w:jc w:val="center"/>
              <w:rPr>
                <w:sz w:val="22"/>
                <w:szCs w:val="22"/>
              </w:rPr>
            </w:pPr>
            <w:r>
              <w:rPr>
                <w:sz w:val="22"/>
                <w:szCs w:val="22"/>
              </w:rPr>
              <w:t>2nd</w:t>
            </w: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7CACAD53" w:rsidR="00A65332" w:rsidRPr="00315705" w:rsidRDefault="00315705" w:rsidP="00315705">
            <w:pPr>
              <w:jc w:val="center"/>
              <w:rPr>
                <w:sz w:val="22"/>
                <w:szCs w:val="22"/>
              </w:rPr>
            </w:pPr>
            <w:r w:rsidRPr="00315705">
              <w:rPr>
                <w:sz w:val="22"/>
                <w:szCs w:val="22"/>
              </w:rPr>
              <w:t xml:space="preserve">ELA - Reading Comprehension, Vocabulary, </w:t>
            </w:r>
            <w:r>
              <w:rPr>
                <w:sz w:val="22"/>
                <w:szCs w:val="22"/>
              </w:rPr>
              <w:t>Lo</w:t>
            </w:r>
            <w:r w:rsidRPr="00315705">
              <w:rPr>
                <w:sz w:val="22"/>
                <w:szCs w:val="22"/>
              </w:rPr>
              <w:t>ng "e" Sound Spelled with "y"</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2A8C29E" w14:textId="77777777" w:rsidR="00315705" w:rsidRDefault="00144D50" w:rsidP="00315705">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6D692FE6" w14:textId="77777777" w:rsidR="00315705" w:rsidRPr="00315705" w:rsidRDefault="00315705" w:rsidP="00315705">
            <w:pPr>
              <w:pStyle w:val="ListParagraph"/>
              <w:keepNext/>
              <w:numPr>
                <w:ilvl w:val="0"/>
                <w:numId w:val="33"/>
              </w:numPr>
              <w:outlineLvl w:val="0"/>
              <w:rPr>
                <w:rFonts w:eastAsia="Times"/>
                <w:b/>
                <w:bCs/>
                <w:sz w:val="22"/>
                <w:szCs w:val="22"/>
              </w:rPr>
            </w:pPr>
            <w:r>
              <w:t xml:space="preserve">CCSS.ELA-LITERACY.RL.2.3 - Describe how characters in a story respond to major events and challenges. </w:t>
            </w:r>
          </w:p>
          <w:p w14:paraId="15F0F038" w14:textId="6188EBA5" w:rsidR="00315705" w:rsidRPr="00315705" w:rsidRDefault="00315705" w:rsidP="00315705">
            <w:pPr>
              <w:pStyle w:val="ListParagraph"/>
              <w:keepNext/>
              <w:numPr>
                <w:ilvl w:val="0"/>
                <w:numId w:val="33"/>
              </w:numPr>
              <w:outlineLvl w:val="0"/>
              <w:rPr>
                <w:rFonts w:eastAsia="Times"/>
                <w:b/>
                <w:bCs/>
                <w:sz w:val="22"/>
                <w:szCs w:val="22"/>
              </w:rPr>
            </w:pPr>
            <w:r>
              <w:t>CCSS.ELA-LITERACY.RF.2.3. B - Know spelling-sound correspondences for additional common vowel teams.</w:t>
            </w:r>
          </w:p>
          <w:p w14:paraId="6AF4F294" w14:textId="367A3350" w:rsidR="00315705" w:rsidRPr="00315705" w:rsidRDefault="00315705" w:rsidP="00315705">
            <w:pPr>
              <w:pStyle w:val="ListParagraph"/>
              <w:keepNext/>
              <w:numPr>
                <w:ilvl w:val="0"/>
                <w:numId w:val="33"/>
              </w:numPr>
              <w:outlineLvl w:val="0"/>
              <w:rPr>
                <w:rFonts w:eastAsia="Times"/>
                <w:b/>
                <w:bCs/>
                <w:sz w:val="22"/>
                <w:szCs w:val="22"/>
              </w:rPr>
            </w:pPr>
            <w:r>
              <w:t>CCSS.ELA-LITERACY.L.2.4. A - Use sentence-level context as a clue to the meaning of a word or phrase.</w:t>
            </w:r>
          </w:p>
        </w:tc>
        <w:tc>
          <w:tcPr>
            <w:tcW w:w="5400" w:type="dxa"/>
            <w:tcBorders>
              <w:top w:val="thickThinSmallGap" w:sz="24" w:space="0" w:color="auto"/>
              <w:left w:val="thickThinSmallGap" w:sz="24" w:space="0" w:color="auto"/>
              <w:right w:val="thickThinSmallGap" w:sz="24" w:space="0" w:color="auto"/>
            </w:tcBorders>
          </w:tcPr>
          <w:p w14:paraId="30BB6F04" w14:textId="77777777" w:rsidR="00315705" w:rsidRDefault="00144D50" w:rsidP="00315705">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182416D9" w14:textId="77777777" w:rsidR="00315705" w:rsidRPr="00315705" w:rsidRDefault="00315705" w:rsidP="00315705">
            <w:pPr>
              <w:pStyle w:val="ListParagraph"/>
              <w:numPr>
                <w:ilvl w:val="0"/>
                <w:numId w:val="34"/>
              </w:numPr>
              <w:rPr>
                <w:rFonts w:eastAsia="Times"/>
                <w:b/>
                <w:bCs/>
                <w:sz w:val="22"/>
                <w:szCs w:val="22"/>
              </w:rPr>
            </w:pPr>
            <w:r>
              <w:t>ELD.PI.2.1 - Exchanging information and ideas with others through oral collaborative conversations.</w:t>
            </w:r>
          </w:p>
          <w:p w14:paraId="68BD83E6" w14:textId="77777777" w:rsidR="00315705" w:rsidRPr="00315705" w:rsidRDefault="00315705" w:rsidP="00315705">
            <w:pPr>
              <w:pStyle w:val="ListParagraph"/>
              <w:numPr>
                <w:ilvl w:val="0"/>
                <w:numId w:val="34"/>
              </w:numPr>
              <w:rPr>
                <w:rFonts w:eastAsia="Times"/>
                <w:b/>
                <w:bCs/>
                <w:sz w:val="22"/>
                <w:szCs w:val="22"/>
              </w:rPr>
            </w:pPr>
            <w:r>
              <w:t>ELD.PI.2.6 - Reading closely to determine how meaning is conveyed.</w:t>
            </w:r>
          </w:p>
          <w:p w14:paraId="1185E7B8" w14:textId="3369465F" w:rsidR="00315705" w:rsidRPr="00315705" w:rsidRDefault="00315705" w:rsidP="00315705">
            <w:pPr>
              <w:pStyle w:val="ListParagraph"/>
              <w:numPr>
                <w:ilvl w:val="0"/>
                <w:numId w:val="34"/>
              </w:numPr>
              <w:rPr>
                <w:rFonts w:eastAsia="Times"/>
                <w:b/>
                <w:bCs/>
                <w:sz w:val="22"/>
                <w:szCs w:val="22"/>
              </w:rPr>
            </w:pPr>
            <w:r>
              <w:t>ELD.PI.2.12a - Selecting and applying varied and precise vocabulary.</w:t>
            </w:r>
          </w:p>
          <w:p w14:paraId="520B1439" w14:textId="6FAE6B81" w:rsidR="00315705" w:rsidRPr="00315705" w:rsidRDefault="00315705" w:rsidP="00315705">
            <w:pPr>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4817A6FE" w14:textId="77777777" w:rsidR="00315705" w:rsidRDefault="006B039E" w:rsidP="00315705">
            <w:pPr>
              <w:keepNext/>
              <w:outlineLvl w:val="0"/>
              <w:rPr>
                <w:rFonts w:eastAsia="Times"/>
                <w:b/>
                <w:bCs/>
                <w:sz w:val="22"/>
                <w:szCs w:val="22"/>
              </w:rPr>
            </w:pPr>
            <w:r w:rsidRPr="006C76A0">
              <w:rPr>
                <w:rFonts w:eastAsia="Times"/>
                <w:b/>
                <w:bCs/>
                <w:sz w:val="22"/>
                <w:szCs w:val="22"/>
              </w:rPr>
              <w:t xml:space="preserve">Lesson Objective(s)/Goal(s): </w:t>
            </w:r>
          </w:p>
          <w:p w14:paraId="07C19E8C" w14:textId="54D355BC" w:rsidR="00315705" w:rsidRPr="00315705" w:rsidRDefault="00315705" w:rsidP="00315705">
            <w:pPr>
              <w:pStyle w:val="ListParagraph"/>
              <w:keepNext/>
              <w:numPr>
                <w:ilvl w:val="0"/>
                <w:numId w:val="36"/>
              </w:numPr>
              <w:outlineLvl w:val="0"/>
              <w:rPr>
                <w:rFonts w:eastAsia="Times"/>
                <w:b/>
                <w:bCs/>
                <w:sz w:val="22"/>
                <w:szCs w:val="22"/>
              </w:rPr>
            </w:pPr>
            <w:r w:rsidRPr="00315705">
              <w:rPr>
                <w:rFonts w:eastAsia="Times"/>
                <w:sz w:val="22"/>
                <w:szCs w:val="22"/>
              </w:rPr>
              <w:t>By the end of the lesson</w:t>
            </w:r>
            <w:r w:rsidRPr="00315705">
              <w:rPr>
                <w:rFonts w:eastAsia="Times"/>
                <w:b/>
                <w:bCs/>
                <w:sz w:val="22"/>
                <w:szCs w:val="22"/>
              </w:rPr>
              <w:t xml:space="preserve">, </w:t>
            </w:r>
            <w:r>
              <w:t xml:space="preserve">given the anchor text </w:t>
            </w:r>
            <w:r>
              <w:rPr>
                <w:rStyle w:val="Emphasis"/>
              </w:rPr>
              <w:t>My Name is Gabriela</w:t>
            </w:r>
            <w:r>
              <w:t>, the students will be able to define and discuss the meanings of the story’s target vocabulary words, describe how Gabriela’s character connects to the essential question, and copy their spelling words into their spiral notebooks with full participation and accuracy during class discussion and follow-up questions while writing.</w:t>
            </w:r>
          </w:p>
        </w:tc>
        <w:tc>
          <w:tcPr>
            <w:tcW w:w="5400" w:type="dxa"/>
            <w:tcBorders>
              <w:top w:val="thickThinSmallGap" w:sz="24" w:space="0" w:color="auto"/>
              <w:left w:val="thickThinSmallGap" w:sz="24" w:space="0" w:color="auto"/>
              <w:right w:val="thickThinSmallGap" w:sz="24" w:space="0" w:color="auto"/>
            </w:tcBorders>
          </w:tcPr>
          <w:p w14:paraId="5C4B8F0E" w14:textId="77777777" w:rsidR="00315705" w:rsidRDefault="006B039E" w:rsidP="00315705">
            <w:pPr>
              <w:rPr>
                <w:b/>
                <w:sz w:val="22"/>
                <w:szCs w:val="22"/>
              </w:rPr>
            </w:pPr>
            <w:r w:rsidRPr="00BB7B32">
              <w:rPr>
                <w:b/>
                <w:sz w:val="22"/>
                <w:szCs w:val="22"/>
              </w:rPr>
              <w:t>Language Objective(s):</w:t>
            </w:r>
          </w:p>
          <w:p w14:paraId="62A3DF8B" w14:textId="202F9988" w:rsidR="00315705" w:rsidRPr="00315705" w:rsidRDefault="00315705" w:rsidP="00315705">
            <w:pPr>
              <w:pStyle w:val="ListParagraph"/>
              <w:numPr>
                <w:ilvl w:val="0"/>
                <w:numId w:val="36"/>
              </w:numPr>
              <w:rPr>
                <w:b/>
                <w:sz w:val="22"/>
                <w:szCs w:val="22"/>
              </w:rPr>
            </w:pPr>
            <w:r>
              <w:t>Given vocabulary and spelling words written on the board and time for partner discussion, students will be able to use the vocabulary and copy down the spelling words with the long ‘e’ sound spelled with ‘y’ in complete oral sentences with full accuracy using a provided sentence frames and copying the rule properly.</w:t>
            </w:r>
          </w:p>
          <w:p w14:paraId="29EC03ED" w14:textId="1D8E58BB" w:rsidR="00315705" w:rsidRPr="001673CD" w:rsidRDefault="00315705" w:rsidP="006264F7">
            <w:pPr>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7B06E5F1" w14:textId="0EA8FFD1" w:rsidR="00315705" w:rsidRDefault="00315705" w:rsidP="00315705">
            <w:pPr>
              <w:pStyle w:val="NormalWeb"/>
              <w:numPr>
                <w:ilvl w:val="0"/>
                <w:numId w:val="36"/>
              </w:numPr>
            </w:pPr>
            <w:r>
              <w:t>Functions: Define, discuss, explain, write.</w:t>
            </w:r>
          </w:p>
          <w:p w14:paraId="3220BA26" w14:textId="2C92139B" w:rsidR="00315705" w:rsidRDefault="00315705" w:rsidP="00315705">
            <w:pPr>
              <w:pStyle w:val="NormalWeb"/>
              <w:numPr>
                <w:ilvl w:val="0"/>
                <w:numId w:val="36"/>
              </w:numPr>
            </w:pPr>
            <w:r>
              <w:t xml:space="preserve">Vocabulary: accepted, express, taught, grand, pretend, prize, wonder, fluttering </w:t>
            </w:r>
          </w:p>
          <w:p w14:paraId="4D3DBCBA" w14:textId="77777777" w:rsidR="00315705" w:rsidRDefault="00315705" w:rsidP="00315705">
            <w:pPr>
              <w:pStyle w:val="NormalWeb"/>
              <w:numPr>
                <w:ilvl w:val="0"/>
                <w:numId w:val="36"/>
              </w:numPr>
            </w:pPr>
            <w:r>
              <w:t xml:space="preserve">Discourse: Partner talk, whole-group discussion, Think-Pair-Share </w:t>
            </w:r>
          </w:p>
          <w:p w14:paraId="5B4D6994" w14:textId="0B89008F" w:rsidR="00315705" w:rsidRDefault="00315705" w:rsidP="00315705">
            <w:pPr>
              <w:pStyle w:val="NormalWeb"/>
              <w:numPr>
                <w:ilvl w:val="0"/>
                <w:numId w:val="36"/>
              </w:numPr>
            </w:pPr>
            <w:r>
              <w:t>Syntax: "I feel ___ when I ___ a prize." / "Gabriela is ___ because she ___."</w:t>
            </w:r>
          </w:p>
          <w:p w14:paraId="0377DB37" w14:textId="44805C53" w:rsidR="006B039E" w:rsidRPr="006264F7" w:rsidRDefault="006B039E" w:rsidP="006264F7">
            <w:pPr>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101CD059" w14:textId="77777777" w:rsidR="00315705" w:rsidRDefault="00315705" w:rsidP="00315705">
            <w:pPr>
              <w:pStyle w:val="NormalWeb"/>
              <w:numPr>
                <w:ilvl w:val="0"/>
                <w:numId w:val="37"/>
              </w:numPr>
            </w:pPr>
            <w:r>
              <w:t>Use of vocabulary visuals and board writing for all learners</w:t>
            </w:r>
          </w:p>
          <w:p w14:paraId="3C719D68" w14:textId="77777777" w:rsidR="00315705" w:rsidRDefault="00315705" w:rsidP="00315705">
            <w:pPr>
              <w:pStyle w:val="NormalWeb"/>
              <w:numPr>
                <w:ilvl w:val="0"/>
                <w:numId w:val="37"/>
              </w:numPr>
            </w:pPr>
            <w:r>
              <w:t>Partner support and modeled sentence frames</w:t>
            </w:r>
          </w:p>
          <w:p w14:paraId="6DB065A9" w14:textId="4707ED81" w:rsidR="00315705" w:rsidRDefault="00315705" w:rsidP="00315705">
            <w:pPr>
              <w:pStyle w:val="NormalWeb"/>
              <w:numPr>
                <w:ilvl w:val="0"/>
                <w:numId w:val="37"/>
              </w:numPr>
            </w:pPr>
            <w:r>
              <w:t>Slower pacing and repetition for RTI students</w:t>
            </w:r>
          </w:p>
          <w:p w14:paraId="55BACF0A" w14:textId="02D202DC" w:rsidR="006B039E" w:rsidRPr="00315705" w:rsidRDefault="00315705" w:rsidP="00315705">
            <w:pPr>
              <w:pStyle w:val="NormalWeb"/>
              <w:numPr>
                <w:ilvl w:val="0"/>
                <w:numId w:val="37"/>
              </w:numPr>
            </w:pPr>
            <w:r>
              <w:t>Sentence starters and verbal check-ins for struggling students</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ACD8374" w14:textId="38B37847" w:rsidR="00315705" w:rsidRDefault="00315705" w:rsidP="00315705">
            <w:pPr>
              <w:pStyle w:val="NormalWeb"/>
              <w:numPr>
                <w:ilvl w:val="0"/>
                <w:numId w:val="38"/>
              </w:numPr>
            </w:pPr>
            <w:r>
              <w:t>Vocabulary Introduction (5 min):</w:t>
            </w:r>
          </w:p>
          <w:p w14:paraId="3938FEF7" w14:textId="77777777" w:rsidR="00315705" w:rsidRDefault="00315705" w:rsidP="00315705">
            <w:pPr>
              <w:pStyle w:val="NormalWeb"/>
              <w:numPr>
                <w:ilvl w:val="0"/>
                <w:numId w:val="39"/>
              </w:numPr>
            </w:pPr>
            <w:r>
              <w:t>Write the target vocabulary words on the board: accepted, express, taught, grand, pretend, prize, wonder, fluttering</w:t>
            </w:r>
          </w:p>
          <w:p w14:paraId="5A9A0CF1" w14:textId="77777777" w:rsidR="00315705" w:rsidRDefault="00315705" w:rsidP="00315705">
            <w:pPr>
              <w:pStyle w:val="NormalWeb"/>
              <w:numPr>
                <w:ilvl w:val="0"/>
                <w:numId w:val="39"/>
              </w:numPr>
            </w:pPr>
            <w:r>
              <w:t>Read each word aloud and briefly define it with student-friendly language</w:t>
            </w:r>
          </w:p>
          <w:p w14:paraId="62EF50C4" w14:textId="77777777" w:rsidR="00315705" w:rsidRDefault="00315705" w:rsidP="00315705">
            <w:pPr>
              <w:pStyle w:val="NormalWeb"/>
              <w:numPr>
                <w:ilvl w:val="0"/>
                <w:numId w:val="39"/>
              </w:numPr>
            </w:pPr>
            <w:r>
              <w:t>Model using one or two of the words in complete sentences</w:t>
            </w:r>
          </w:p>
          <w:p w14:paraId="11FA5988" w14:textId="77777777" w:rsidR="00315705" w:rsidRDefault="00315705" w:rsidP="00315705">
            <w:pPr>
              <w:pStyle w:val="NormalWeb"/>
              <w:numPr>
                <w:ilvl w:val="0"/>
                <w:numId w:val="39"/>
              </w:numPr>
            </w:pPr>
            <w:r>
              <w:t>Instruct students to turn to a partner and choose two words to use in their own complete sentences using sentence frames: "I feel ___ when ___" or "I like to ___ when ___"</w:t>
            </w:r>
          </w:p>
          <w:p w14:paraId="4C496037" w14:textId="77777777" w:rsidR="00315705" w:rsidRDefault="00315705" w:rsidP="00315705">
            <w:pPr>
              <w:pStyle w:val="NormalWeb"/>
              <w:numPr>
                <w:ilvl w:val="0"/>
                <w:numId w:val="39"/>
              </w:numPr>
            </w:pPr>
            <w:r>
              <w:t>Call on volunteers to share their partner sentences aloud</w:t>
            </w:r>
          </w:p>
          <w:p w14:paraId="35FD0575" w14:textId="06B4CAE5" w:rsidR="00315705" w:rsidRDefault="00315705" w:rsidP="00315705">
            <w:pPr>
              <w:pStyle w:val="NormalWeb"/>
              <w:numPr>
                <w:ilvl w:val="0"/>
                <w:numId w:val="40"/>
              </w:numPr>
            </w:pPr>
            <w:r>
              <w:t>Reading the Story &amp; Discussion (15 min):</w:t>
            </w:r>
          </w:p>
          <w:p w14:paraId="46C72D6C" w14:textId="77777777" w:rsidR="00315705" w:rsidRDefault="00315705" w:rsidP="00315705">
            <w:pPr>
              <w:pStyle w:val="NormalWeb"/>
              <w:numPr>
                <w:ilvl w:val="0"/>
                <w:numId w:val="41"/>
              </w:numPr>
            </w:pPr>
            <w:r>
              <w:t xml:space="preserve">Introduce the anchor text </w:t>
            </w:r>
            <w:r>
              <w:rPr>
                <w:rStyle w:val="Emphasis"/>
              </w:rPr>
              <w:t>My Name is Gabriela</w:t>
            </w:r>
            <w:r>
              <w:t xml:space="preserve"> by showing the cover and previewing the main idea</w:t>
            </w:r>
          </w:p>
          <w:p w14:paraId="622672DB" w14:textId="77777777" w:rsidR="00315705" w:rsidRDefault="00315705" w:rsidP="00315705">
            <w:pPr>
              <w:pStyle w:val="NormalWeb"/>
              <w:numPr>
                <w:ilvl w:val="0"/>
                <w:numId w:val="41"/>
              </w:numPr>
            </w:pPr>
            <w:r>
              <w:t>Ask: "What do you think this story will tell us about Gabriela?"</w:t>
            </w:r>
          </w:p>
          <w:p w14:paraId="7811279A" w14:textId="77777777" w:rsidR="00315705" w:rsidRDefault="00315705" w:rsidP="00315705">
            <w:pPr>
              <w:pStyle w:val="NormalWeb"/>
              <w:numPr>
                <w:ilvl w:val="0"/>
                <w:numId w:val="41"/>
              </w:numPr>
            </w:pPr>
            <w:r>
              <w:t>Introduce and post the essential question: "Why are reading and writing important?"</w:t>
            </w:r>
          </w:p>
          <w:p w14:paraId="5A8B18F7" w14:textId="34545B7D" w:rsidR="00B56777" w:rsidRDefault="00B56777" w:rsidP="00B56777">
            <w:pPr>
              <w:pStyle w:val="NormalWeb"/>
              <w:numPr>
                <w:ilvl w:val="0"/>
                <w:numId w:val="41"/>
              </w:numPr>
            </w:pPr>
            <w:r>
              <w:t>Start story read aloud audio</w:t>
            </w:r>
            <w:r w:rsidR="00315705">
              <w:t xml:space="preserve">, stopping occasionally to clarify vocabulary or point out moments related to Gabriela’s love for reading and </w:t>
            </w:r>
            <w:r>
              <w:t xml:space="preserve">writing </w:t>
            </w:r>
            <w:hyperlink r:id="rId8" w:history="1">
              <w:r w:rsidRPr="008F1564">
                <w:rPr>
                  <w:rStyle w:val="Hyperlink"/>
                </w:rPr>
                <w:t>https://www.youtube.com/watch?v=1wEA2oSnvno</w:t>
              </w:r>
            </w:hyperlink>
          </w:p>
          <w:p w14:paraId="59FB2B77" w14:textId="77777777" w:rsidR="00315705" w:rsidRDefault="00315705" w:rsidP="00315705">
            <w:pPr>
              <w:pStyle w:val="NormalWeb"/>
              <w:numPr>
                <w:ilvl w:val="0"/>
                <w:numId w:val="41"/>
              </w:numPr>
            </w:pPr>
            <w:r>
              <w:t>Encourage brief comments or quick Think-Pair-Share moments while reading</w:t>
            </w:r>
          </w:p>
          <w:p w14:paraId="13BF57BD" w14:textId="362B75B3" w:rsidR="00315705" w:rsidRDefault="00315705" w:rsidP="00315705">
            <w:pPr>
              <w:pStyle w:val="NormalWeb"/>
              <w:numPr>
                <w:ilvl w:val="0"/>
                <w:numId w:val="42"/>
              </w:numPr>
            </w:pPr>
            <w:r>
              <w:t>Post-Reading Discussion (5 min):</w:t>
            </w:r>
          </w:p>
          <w:p w14:paraId="34F4AB39" w14:textId="671311B6" w:rsidR="00B56777" w:rsidRDefault="00B56777" w:rsidP="00B56777">
            <w:pPr>
              <w:pStyle w:val="NormalWeb"/>
              <w:numPr>
                <w:ilvl w:val="0"/>
                <w:numId w:val="43"/>
              </w:numPr>
            </w:pPr>
            <w:r>
              <w:t xml:space="preserve">Play brain break video to help students re-focus on essential question and spelling words </w:t>
            </w:r>
            <w:hyperlink r:id="rId9" w:history="1">
              <w:r w:rsidRPr="008F1564">
                <w:rPr>
                  <w:rStyle w:val="Hyperlink"/>
                </w:rPr>
                <w:t>https://www.youtube.com/watch?v=2NDH481395U</w:t>
              </w:r>
            </w:hyperlink>
          </w:p>
          <w:p w14:paraId="2E95A987" w14:textId="06F7A73A" w:rsidR="00315705" w:rsidRDefault="00315705" w:rsidP="00315705">
            <w:pPr>
              <w:pStyle w:val="NormalWeb"/>
              <w:numPr>
                <w:ilvl w:val="0"/>
                <w:numId w:val="43"/>
              </w:numPr>
            </w:pPr>
            <w:r>
              <w:t>Revisit the essential question: "Why are reading and writing important to Gabriela?"</w:t>
            </w:r>
          </w:p>
          <w:p w14:paraId="3E957EE7" w14:textId="43E1D82D" w:rsidR="00315705" w:rsidRDefault="00315705" w:rsidP="00315705">
            <w:pPr>
              <w:pStyle w:val="NormalWeb"/>
              <w:numPr>
                <w:ilvl w:val="0"/>
                <w:numId w:val="43"/>
              </w:numPr>
            </w:pPr>
            <w:r>
              <w:t>Ask students to discuss with a partner, then call on volunteers to share aloud</w:t>
            </w:r>
          </w:p>
          <w:p w14:paraId="08323C1D" w14:textId="32A05BF9" w:rsidR="00315705" w:rsidRDefault="00315705" w:rsidP="00315705">
            <w:pPr>
              <w:pStyle w:val="NormalWeb"/>
              <w:numPr>
                <w:ilvl w:val="0"/>
                <w:numId w:val="43"/>
              </w:numPr>
            </w:pPr>
            <w:r>
              <w:t>Provide sentence starters: "Reading and writing are important to Gabriela because ___."</w:t>
            </w:r>
          </w:p>
          <w:p w14:paraId="0A38CFFF" w14:textId="77777777" w:rsidR="00315705" w:rsidRDefault="00315705" w:rsidP="00315705">
            <w:pPr>
              <w:pStyle w:val="NormalWeb"/>
              <w:numPr>
                <w:ilvl w:val="0"/>
                <w:numId w:val="43"/>
              </w:numPr>
            </w:pPr>
            <w:r>
              <w:t>Facilitate brief whole-class discussion</w:t>
            </w:r>
          </w:p>
          <w:p w14:paraId="40902A9A" w14:textId="52154095" w:rsidR="00315705" w:rsidRDefault="00315705" w:rsidP="00315705">
            <w:pPr>
              <w:pStyle w:val="NormalWeb"/>
              <w:numPr>
                <w:ilvl w:val="0"/>
                <w:numId w:val="44"/>
              </w:numPr>
            </w:pPr>
            <w:r>
              <w:t>Spelling Word Copy Task (10 min):</w:t>
            </w:r>
          </w:p>
          <w:p w14:paraId="75BF1BED" w14:textId="77777777" w:rsidR="00315705" w:rsidRDefault="00315705" w:rsidP="00315705">
            <w:pPr>
              <w:pStyle w:val="NormalWeb"/>
              <w:numPr>
                <w:ilvl w:val="0"/>
                <w:numId w:val="45"/>
              </w:numPr>
            </w:pPr>
            <w:r>
              <w:t>Announce that students will now copy their new spelling words into their spiral notebooks</w:t>
            </w:r>
          </w:p>
          <w:p w14:paraId="3F9F45F7" w14:textId="6337F82C" w:rsidR="00315705" w:rsidRDefault="00315705" w:rsidP="00315705">
            <w:pPr>
              <w:pStyle w:val="NormalWeb"/>
              <w:numPr>
                <w:ilvl w:val="0"/>
                <w:numId w:val="45"/>
              </w:numPr>
            </w:pPr>
            <w:r>
              <w:t>Tell them these words all have the long "e" sound spelled with "y"</w:t>
            </w:r>
          </w:p>
          <w:p w14:paraId="5C4BD9BD" w14:textId="6BF7C205" w:rsidR="00315705" w:rsidRDefault="00315705" w:rsidP="00315705">
            <w:pPr>
              <w:pStyle w:val="NormalWeb"/>
              <w:numPr>
                <w:ilvl w:val="0"/>
                <w:numId w:val="45"/>
              </w:numPr>
            </w:pPr>
            <w:r>
              <w:t xml:space="preserve">Write the 14 spelling words and 2 challenge words on the board with any spelling rules modeled </w:t>
            </w:r>
          </w:p>
          <w:p w14:paraId="311FF6B5" w14:textId="31515F59" w:rsidR="00DE1BF7" w:rsidRPr="00315705" w:rsidRDefault="00315705" w:rsidP="00315705">
            <w:pPr>
              <w:pStyle w:val="NormalWeb"/>
              <w:numPr>
                <w:ilvl w:val="0"/>
                <w:numId w:val="45"/>
              </w:numPr>
            </w:pPr>
            <w:r>
              <w:t>Students quietly copy them down with spelling rule accurately as the final task of the lesson</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lastRenderedPageBreak/>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D8BCE2D" w14:textId="675B6835" w:rsidR="00315705" w:rsidRDefault="00315705" w:rsidP="00315705">
            <w:pPr>
              <w:pStyle w:val="NormalWeb"/>
              <w:numPr>
                <w:ilvl w:val="0"/>
                <w:numId w:val="46"/>
              </w:numPr>
            </w:pPr>
            <w:r>
              <w:t>Informal: Monitor student engagement during vocabulary partner talks and participation in group/whole-class discussion about the essential question</w:t>
            </w:r>
          </w:p>
          <w:p w14:paraId="0FCC8B2C" w14:textId="6DCBA1CB" w:rsidR="00A8077B" w:rsidRPr="00315705" w:rsidRDefault="00315705" w:rsidP="00315705">
            <w:pPr>
              <w:pStyle w:val="NormalWeb"/>
              <w:numPr>
                <w:ilvl w:val="0"/>
                <w:numId w:val="46"/>
              </w:numPr>
            </w:pPr>
            <w:r>
              <w:t>Formal: Observation of student accuracy/completion of spelling word copying long ‘e’ sound spelled with ‘y’</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AD3FDB2" w14:textId="77777777" w:rsidR="00315705" w:rsidRDefault="00315705" w:rsidP="00315705">
            <w:pPr>
              <w:pStyle w:val="NormalWeb"/>
            </w:pPr>
            <w:r>
              <w:t>Review/Closing (2-3 min):</w:t>
            </w:r>
          </w:p>
          <w:p w14:paraId="21B8726D" w14:textId="77777777" w:rsidR="00315705" w:rsidRDefault="00315705" w:rsidP="00315705">
            <w:pPr>
              <w:pStyle w:val="NormalWeb"/>
              <w:numPr>
                <w:ilvl w:val="0"/>
                <w:numId w:val="47"/>
              </w:numPr>
            </w:pPr>
            <w:r>
              <w:t>Let's wrap up by restating: "Today, we read about Gabriela and thought about why reading and writing were important to her."</w:t>
            </w:r>
          </w:p>
          <w:p w14:paraId="3C0A947E" w14:textId="77777777" w:rsidR="00315705" w:rsidRDefault="00315705" w:rsidP="00315705">
            <w:pPr>
              <w:pStyle w:val="NormalWeb"/>
              <w:numPr>
                <w:ilvl w:val="0"/>
                <w:numId w:val="47"/>
              </w:numPr>
            </w:pPr>
            <w:r>
              <w:t>Invite a few students to share what they liked or learned from the story</w:t>
            </w:r>
          </w:p>
          <w:p w14:paraId="6D468A2A" w14:textId="36FD9272" w:rsidR="00D520CC" w:rsidRPr="00315705" w:rsidRDefault="00315705" w:rsidP="00315705">
            <w:pPr>
              <w:pStyle w:val="NormalWeb"/>
              <w:numPr>
                <w:ilvl w:val="0"/>
                <w:numId w:val="47"/>
              </w:numPr>
            </w:pPr>
            <w:r>
              <w:t>Praise students for their discussions and encourage them to listen for these vocabulary words during the week during their comprehension checks in their centers and practice their spelling words.</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13A736DC" w14:textId="0D7495D4" w:rsidR="00B44436" w:rsidRPr="00DB195D" w:rsidRDefault="00D520CC" w:rsidP="00F3627F">
            <w:pPr>
              <w:pStyle w:val="ListParagraph"/>
              <w:numPr>
                <w:ilvl w:val="0"/>
                <w:numId w:val="48"/>
              </w:numPr>
              <w:rPr>
                <w:rFonts w:eastAsiaTheme="minorHAnsi"/>
                <w:color w:val="000000"/>
                <w:sz w:val="22"/>
                <w:szCs w:val="22"/>
              </w:rPr>
            </w:pPr>
            <w:r w:rsidRPr="00DB195D">
              <w:rPr>
                <w:rFonts w:eastAsiaTheme="minorHAnsi"/>
                <w:color w:val="000000"/>
                <w:sz w:val="22"/>
                <w:szCs w:val="22"/>
              </w:rPr>
              <w:t>What was most effective about this lesson? What evidence do you have to support your response in terms of content understanding and in classroom management?</w:t>
            </w:r>
          </w:p>
          <w:p w14:paraId="7C5F2EBB" w14:textId="77777777" w:rsidR="00F3627F" w:rsidRPr="00DB195D" w:rsidRDefault="00F3627F" w:rsidP="00F3627F">
            <w:pPr>
              <w:pStyle w:val="ListParagraph"/>
              <w:rPr>
                <w:sz w:val="22"/>
                <w:szCs w:val="22"/>
              </w:rPr>
            </w:pPr>
          </w:p>
          <w:p w14:paraId="25537322" w14:textId="1799A517" w:rsidR="00F3627F" w:rsidRPr="00DB195D" w:rsidRDefault="00F3627F" w:rsidP="00F3627F">
            <w:pPr>
              <w:pStyle w:val="ListParagraph"/>
              <w:rPr>
                <w:sz w:val="22"/>
                <w:szCs w:val="22"/>
              </w:rPr>
            </w:pPr>
            <w:r w:rsidRPr="00DB195D">
              <w:rPr>
                <w:sz w:val="22"/>
                <w:szCs w:val="22"/>
              </w:rPr>
              <w:t>The most effective part was how engaged students were during the vocabulary partner talk. They liked using the sentence frames, and many were excited to share their ideas aloud. I could tell they were understanding the new words because they started making connections to the story and their own lives during the Think-Pair-Share. It also helped with behavior because the structure kept them focused.</w:t>
            </w:r>
          </w:p>
          <w:p w14:paraId="477D1CF4" w14:textId="77777777" w:rsidR="00F3627F" w:rsidRPr="00DB195D" w:rsidRDefault="00F3627F" w:rsidP="00F3627F">
            <w:pPr>
              <w:pStyle w:val="ListParagraph"/>
              <w:rPr>
                <w:sz w:val="22"/>
                <w:szCs w:val="22"/>
              </w:rPr>
            </w:pPr>
          </w:p>
          <w:p w14:paraId="76D60495" w14:textId="77777777" w:rsidR="00F3627F" w:rsidRPr="00DB195D" w:rsidRDefault="00D520CC" w:rsidP="00F3627F">
            <w:pPr>
              <w:pStyle w:val="ListParagraph"/>
              <w:numPr>
                <w:ilvl w:val="0"/>
                <w:numId w:val="48"/>
              </w:numPr>
              <w:rPr>
                <w:rFonts w:eastAsiaTheme="minorHAnsi"/>
                <w:color w:val="000000"/>
                <w:sz w:val="22"/>
                <w:szCs w:val="22"/>
              </w:rPr>
            </w:pPr>
            <w:r w:rsidRPr="00DB195D">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17B1B5D7" w14:textId="77777777" w:rsidR="00F3627F" w:rsidRPr="00DB195D" w:rsidRDefault="00F3627F" w:rsidP="00F3627F">
            <w:pPr>
              <w:pStyle w:val="ListParagraph"/>
              <w:rPr>
                <w:sz w:val="22"/>
                <w:szCs w:val="22"/>
              </w:rPr>
            </w:pPr>
          </w:p>
          <w:p w14:paraId="58F51683" w14:textId="604A2671" w:rsidR="00F3627F" w:rsidRPr="00DB195D" w:rsidRDefault="00F3627F" w:rsidP="00F3627F">
            <w:pPr>
              <w:pStyle w:val="ListParagraph"/>
              <w:rPr>
                <w:sz w:val="22"/>
                <w:szCs w:val="22"/>
              </w:rPr>
            </w:pPr>
            <w:r w:rsidRPr="00DB195D">
              <w:rPr>
                <w:sz w:val="22"/>
                <w:szCs w:val="22"/>
              </w:rPr>
              <w:t>Next time, I would slow down during the spelling copy task. Some students struggled to get all the words down accurately, especially the RTI kids who need more processing time. I’d maybe chunk that part or add visuals on the board for each spelling word. I’d also prepare printed copies of the words for students who need that extra support.</w:t>
            </w:r>
          </w:p>
          <w:p w14:paraId="33263055" w14:textId="77777777" w:rsidR="00F3627F" w:rsidRPr="00DB195D" w:rsidRDefault="00F3627F" w:rsidP="00F3627F">
            <w:pPr>
              <w:pStyle w:val="ListParagraph"/>
              <w:rPr>
                <w:rFonts w:eastAsiaTheme="minorHAnsi"/>
                <w:color w:val="000000"/>
                <w:sz w:val="22"/>
                <w:szCs w:val="22"/>
              </w:rPr>
            </w:pPr>
          </w:p>
          <w:p w14:paraId="7F6DF80D" w14:textId="72D9A64E" w:rsidR="00B44436" w:rsidRPr="00DB195D" w:rsidRDefault="00D520CC" w:rsidP="00F3627F">
            <w:pPr>
              <w:pStyle w:val="ListParagraph"/>
              <w:numPr>
                <w:ilvl w:val="0"/>
                <w:numId w:val="48"/>
              </w:numPr>
              <w:rPr>
                <w:rFonts w:eastAsiaTheme="minorHAnsi"/>
                <w:color w:val="000000"/>
                <w:sz w:val="22"/>
                <w:szCs w:val="22"/>
              </w:rPr>
            </w:pPr>
            <w:r w:rsidRPr="00DB195D">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23AA88AD" w14:textId="77777777" w:rsidR="00F3627F" w:rsidRPr="00DB195D" w:rsidRDefault="00F3627F" w:rsidP="00F3627F">
            <w:pPr>
              <w:pStyle w:val="ListParagraph"/>
              <w:rPr>
                <w:sz w:val="22"/>
                <w:szCs w:val="22"/>
              </w:rPr>
            </w:pPr>
          </w:p>
          <w:p w14:paraId="20B5A077" w14:textId="47C31FDF" w:rsidR="00F3627F" w:rsidRPr="00DB195D" w:rsidRDefault="00F3627F" w:rsidP="00F3627F">
            <w:pPr>
              <w:pStyle w:val="ListParagraph"/>
              <w:rPr>
                <w:sz w:val="22"/>
                <w:szCs w:val="22"/>
              </w:rPr>
            </w:pPr>
            <w:r w:rsidRPr="00DB195D">
              <w:rPr>
                <w:sz w:val="22"/>
                <w:szCs w:val="22"/>
              </w:rPr>
              <w:t>Having the essential question on the board and pausing during the read-aloud really helped build understanding. The students were listening for meaning, especially when I asked, “Why is reading important to Gabriela?” and they had time to turn and talk. Their answers showed they were making personal connections to the character.</w:t>
            </w:r>
          </w:p>
          <w:p w14:paraId="69ADB7D1" w14:textId="77777777" w:rsidR="00F3627F" w:rsidRPr="00DB195D" w:rsidRDefault="00F3627F" w:rsidP="00F3627F">
            <w:pPr>
              <w:pStyle w:val="ListParagraph"/>
              <w:rPr>
                <w:sz w:val="22"/>
                <w:szCs w:val="22"/>
              </w:rPr>
            </w:pPr>
          </w:p>
          <w:p w14:paraId="4D5944E1" w14:textId="4D3390F1" w:rsidR="00F3627F" w:rsidRPr="00DB195D" w:rsidRDefault="00DE1BF7" w:rsidP="00F3627F">
            <w:pPr>
              <w:pStyle w:val="ListParagraph"/>
              <w:numPr>
                <w:ilvl w:val="0"/>
                <w:numId w:val="48"/>
              </w:numPr>
              <w:rPr>
                <w:sz w:val="22"/>
                <w:szCs w:val="22"/>
              </w:rPr>
            </w:pPr>
            <w:r w:rsidRPr="00DB195D">
              <w:rPr>
                <w:sz w:val="22"/>
                <w:szCs w:val="22"/>
              </w:rPr>
              <w:t xml:space="preserve">Based on your responses above (#1-3), how would formal/informal assessment data from the lesson inform the changes you would make in the next lesson in this series?  </w:t>
            </w:r>
          </w:p>
          <w:p w14:paraId="4596DDAD" w14:textId="77777777" w:rsidR="00F3627F" w:rsidRPr="00DB195D" w:rsidRDefault="00F3627F" w:rsidP="00F3627F">
            <w:pPr>
              <w:pStyle w:val="ListParagraph"/>
              <w:rPr>
                <w:sz w:val="22"/>
                <w:szCs w:val="22"/>
              </w:rPr>
            </w:pPr>
          </w:p>
          <w:p w14:paraId="5D6D2F3E" w14:textId="40BA4932" w:rsidR="00F3627F" w:rsidRPr="00DB195D" w:rsidRDefault="00F3627F" w:rsidP="00F3627F">
            <w:pPr>
              <w:pStyle w:val="ListParagraph"/>
              <w:rPr>
                <w:sz w:val="22"/>
                <w:szCs w:val="22"/>
              </w:rPr>
            </w:pPr>
            <w:r w:rsidRPr="00DB195D">
              <w:rPr>
                <w:sz w:val="22"/>
                <w:szCs w:val="22"/>
              </w:rPr>
              <w:t>From my informal check-ins, I know most students grasped the vocab and understood Gabriela’s love for reading. But the copying part showed that I need to add more support and pacing. For the next lesson, I’ll chunk tasks more, especially anything involving writing, and give extra modeling for the students who benefit from repetition.</w:t>
            </w:r>
          </w:p>
          <w:p w14:paraId="0C6BE9C3" w14:textId="0FEEA868" w:rsidR="00F3627F" w:rsidRPr="00F3627F" w:rsidRDefault="00F3627F" w:rsidP="00F3627F">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55C9BDAA"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4838E2">
              <w:rPr>
                <w:sz w:val="22"/>
                <w:szCs w:val="22"/>
              </w:rPr>
              <w:t xml:space="preserve"> </w:t>
            </w:r>
            <w:r>
              <w:rPr>
                <w:sz w:val="22"/>
                <w:szCs w:val="22"/>
              </w:rPr>
              <w:t xml:space="preserve"> </w:t>
            </w:r>
            <w:r w:rsidR="004838E2">
              <w:rPr>
                <w:sz w:val="22"/>
                <w:szCs w:val="22"/>
              </w:rPr>
              <w:t>4</w:t>
            </w:r>
            <w:r>
              <w:rPr>
                <w:sz w:val="22"/>
                <w:szCs w:val="22"/>
              </w:rPr>
              <w:t>/</w:t>
            </w:r>
            <w:r w:rsidR="004838E2">
              <w:rPr>
                <w:sz w:val="22"/>
                <w:szCs w:val="22"/>
              </w:rPr>
              <w:t>7</w:t>
            </w:r>
            <w:r>
              <w:rPr>
                <w:sz w:val="22"/>
                <w:szCs w:val="22"/>
              </w:rPr>
              <w:t>/</w:t>
            </w:r>
            <w:r w:rsidR="004838E2">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11909FD7" w14:textId="28572D22" w:rsidR="00315705" w:rsidRPr="002A4419" w:rsidRDefault="0058783C" w:rsidP="00012E18">
            <w:pPr>
              <w:jc w:val="center"/>
              <w:rPr>
                <w:sz w:val="22"/>
                <w:szCs w:val="22"/>
              </w:rPr>
            </w:pPr>
            <w:r>
              <w:rPr>
                <w:sz w:val="22"/>
                <w:szCs w:val="22"/>
              </w:rPr>
              <w:t>1st</w:t>
            </w: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688ED48B" w14:textId="77777777" w:rsidR="0058783C" w:rsidRDefault="00A65332" w:rsidP="0058783C">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7EE3144D" w:rsidR="00A65332" w:rsidRPr="0058783C" w:rsidRDefault="0058783C" w:rsidP="0058783C">
            <w:pPr>
              <w:jc w:val="center"/>
              <w:rPr>
                <w:sz w:val="22"/>
                <w:szCs w:val="22"/>
              </w:rPr>
            </w:pPr>
            <w:r>
              <w:t>Mathematics - Fractions, Shapes, and Equal Parts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73967F5B" w14:textId="77777777" w:rsidR="0058783C" w:rsidRDefault="00144D50" w:rsidP="0058783C">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6D0614AD" w14:textId="5C89771D" w:rsidR="0058783C" w:rsidRPr="0058783C" w:rsidRDefault="0058783C" w:rsidP="0058783C">
            <w:pPr>
              <w:pStyle w:val="ListParagraph"/>
              <w:keepNext/>
              <w:numPr>
                <w:ilvl w:val="0"/>
                <w:numId w:val="48"/>
              </w:numPr>
              <w:outlineLvl w:val="0"/>
              <w:rPr>
                <w:rFonts w:eastAsia="Times"/>
                <w:b/>
                <w:bCs/>
                <w:sz w:val="22"/>
                <w:szCs w:val="22"/>
              </w:rPr>
            </w:pPr>
            <w:r>
              <w:t xml:space="preserve">CCSS.MATH. CONTENT.1. G.A.3 - Partition circles and rectangles into two and four equal shares, describe the shares using the words halves, fourths, and quarters, and use the phrases half of, fourth of, and quarter of. </w:t>
            </w:r>
          </w:p>
          <w:p w14:paraId="6AF4F294" w14:textId="6F20D0BB" w:rsidR="00315705" w:rsidRPr="0058783C" w:rsidRDefault="0058783C" w:rsidP="0058783C">
            <w:pPr>
              <w:pStyle w:val="ListParagraph"/>
              <w:keepNext/>
              <w:numPr>
                <w:ilvl w:val="0"/>
                <w:numId w:val="48"/>
              </w:numPr>
              <w:outlineLvl w:val="0"/>
              <w:rPr>
                <w:rFonts w:eastAsia="Times"/>
                <w:b/>
                <w:bCs/>
                <w:sz w:val="22"/>
                <w:szCs w:val="22"/>
              </w:rPr>
            </w:pPr>
            <w:r>
              <w:t>CCSS.MATH. CONTENT.1. G.A.1 - Distinguish between defining attributes (e.g., triangles are closed and three-sided) versus non-defining attributes (e.g., color, orientation, overall size); build and draw shapes to possess defining attributes.</w:t>
            </w:r>
          </w:p>
        </w:tc>
        <w:tc>
          <w:tcPr>
            <w:tcW w:w="5400" w:type="dxa"/>
            <w:tcBorders>
              <w:top w:val="thickThinSmallGap" w:sz="24" w:space="0" w:color="auto"/>
              <w:left w:val="thickThinSmallGap" w:sz="24" w:space="0" w:color="auto"/>
              <w:right w:val="thickThinSmallGap" w:sz="24" w:space="0" w:color="auto"/>
            </w:tcBorders>
          </w:tcPr>
          <w:p w14:paraId="38D59999" w14:textId="77777777" w:rsidR="0058783C" w:rsidRDefault="00144D50" w:rsidP="0058783C">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5D5F679A" w14:textId="77777777" w:rsidR="0058783C" w:rsidRPr="0058783C" w:rsidRDefault="0058783C" w:rsidP="0058783C">
            <w:pPr>
              <w:pStyle w:val="ListParagraph"/>
              <w:numPr>
                <w:ilvl w:val="0"/>
                <w:numId w:val="49"/>
              </w:numPr>
              <w:rPr>
                <w:rFonts w:eastAsia="Times"/>
                <w:b/>
                <w:bCs/>
                <w:sz w:val="22"/>
                <w:szCs w:val="22"/>
              </w:rPr>
            </w:pPr>
            <w:r>
              <w:t>ELD.PI.1.1 - Exchanging information and ideas with others through oral collaborative conversations.</w:t>
            </w:r>
          </w:p>
          <w:p w14:paraId="59F96DBF" w14:textId="77E66937" w:rsidR="0058783C" w:rsidRPr="0058783C" w:rsidRDefault="0058783C" w:rsidP="0058783C">
            <w:pPr>
              <w:pStyle w:val="ListParagraph"/>
              <w:numPr>
                <w:ilvl w:val="0"/>
                <w:numId w:val="49"/>
              </w:numPr>
              <w:rPr>
                <w:rFonts w:eastAsia="Times"/>
                <w:b/>
                <w:bCs/>
                <w:sz w:val="22"/>
                <w:szCs w:val="22"/>
              </w:rPr>
            </w:pPr>
            <w:r>
              <w:t>ELD.PI.1.9 - Expressing information and ideas in oral presentations.</w:t>
            </w:r>
          </w:p>
          <w:p w14:paraId="520B1439" w14:textId="7FC8E78E" w:rsidR="0058783C" w:rsidRPr="00315705" w:rsidRDefault="0058783C" w:rsidP="0058783C">
            <w:pPr>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49419A11" w14:textId="77777777" w:rsidR="0058783C" w:rsidRDefault="006B039E" w:rsidP="0058783C">
            <w:pPr>
              <w:keepNext/>
              <w:outlineLvl w:val="0"/>
              <w:rPr>
                <w:rFonts w:eastAsia="Times"/>
                <w:b/>
                <w:bCs/>
                <w:sz w:val="22"/>
                <w:szCs w:val="22"/>
              </w:rPr>
            </w:pPr>
            <w:r w:rsidRPr="006C76A0">
              <w:rPr>
                <w:rFonts w:eastAsia="Times"/>
                <w:b/>
                <w:bCs/>
                <w:sz w:val="22"/>
                <w:szCs w:val="22"/>
              </w:rPr>
              <w:t xml:space="preserve">Lesson Objective(s)/Goal(s): </w:t>
            </w:r>
          </w:p>
          <w:p w14:paraId="07C19E8C" w14:textId="4EF48379" w:rsidR="00315705" w:rsidRPr="0058783C" w:rsidRDefault="0058783C" w:rsidP="0058783C">
            <w:pPr>
              <w:pStyle w:val="ListParagraph"/>
              <w:keepNext/>
              <w:numPr>
                <w:ilvl w:val="0"/>
                <w:numId w:val="50"/>
              </w:numPr>
              <w:outlineLvl w:val="0"/>
              <w:rPr>
                <w:rFonts w:eastAsia="Times"/>
                <w:b/>
                <w:bCs/>
                <w:sz w:val="22"/>
                <w:szCs w:val="22"/>
              </w:rPr>
            </w:pPr>
            <w:r>
              <w:t>By the end of the lesson, given a math worksheet focused on fractions and shapes, students will be able to identify, partition, and describe shapes divided into halves and fourths, and complete drawing and coloring tasks with at least 85% accuracy on their worksheet.</w:t>
            </w:r>
          </w:p>
        </w:tc>
        <w:tc>
          <w:tcPr>
            <w:tcW w:w="5400" w:type="dxa"/>
            <w:tcBorders>
              <w:top w:val="thickThinSmallGap" w:sz="24" w:space="0" w:color="auto"/>
              <w:left w:val="thickThinSmallGap" w:sz="24" w:space="0" w:color="auto"/>
              <w:right w:val="thickThinSmallGap" w:sz="24" w:space="0" w:color="auto"/>
            </w:tcBorders>
          </w:tcPr>
          <w:p w14:paraId="02BC8C54" w14:textId="77777777" w:rsidR="0058783C" w:rsidRDefault="006B039E" w:rsidP="0058783C">
            <w:pPr>
              <w:rPr>
                <w:b/>
                <w:sz w:val="22"/>
                <w:szCs w:val="22"/>
              </w:rPr>
            </w:pPr>
            <w:r w:rsidRPr="00BB7B32">
              <w:rPr>
                <w:b/>
                <w:sz w:val="22"/>
                <w:szCs w:val="22"/>
              </w:rPr>
              <w:t>Language Objective(s):</w:t>
            </w:r>
          </w:p>
          <w:p w14:paraId="22B1E011" w14:textId="68768B4C" w:rsidR="0058783C" w:rsidRPr="0058783C" w:rsidRDefault="0058783C" w:rsidP="0058783C">
            <w:pPr>
              <w:pStyle w:val="ListParagraph"/>
              <w:numPr>
                <w:ilvl w:val="0"/>
                <w:numId w:val="50"/>
              </w:numPr>
              <w:rPr>
                <w:b/>
                <w:sz w:val="22"/>
                <w:szCs w:val="22"/>
              </w:rPr>
            </w:pPr>
            <w:r w:rsidRPr="0058783C">
              <w:rPr>
                <w:bCs/>
                <w:sz w:val="22"/>
                <w:szCs w:val="22"/>
              </w:rPr>
              <w:t>G</w:t>
            </w:r>
            <w:r>
              <w:t>iven visuals and oral directions, students will be able to use math vocabulary (e.g., "half," "fourth," "equal parts") during discussion and peer collaboration with at least 80% accuracy.</w:t>
            </w:r>
          </w:p>
          <w:p w14:paraId="29EC03ED" w14:textId="1D8E58BB" w:rsidR="00315705" w:rsidRPr="001673CD" w:rsidRDefault="00315705" w:rsidP="00AA7809">
            <w:pPr>
              <w:pStyle w:val="ListParagraph"/>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02E09557" w14:textId="77777777" w:rsidR="0058783C" w:rsidRDefault="0058783C" w:rsidP="0058783C">
            <w:pPr>
              <w:pStyle w:val="NormalWeb"/>
              <w:numPr>
                <w:ilvl w:val="0"/>
                <w:numId w:val="50"/>
              </w:numPr>
            </w:pPr>
            <w:r>
              <w:t xml:space="preserve">Functions: Identify, describe, explain </w:t>
            </w:r>
          </w:p>
          <w:p w14:paraId="08F62081" w14:textId="77777777" w:rsidR="0058783C" w:rsidRDefault="0058783C" w:rsidP="0058783C">
            <w:pPr>
              <w:pStyle w:val="NormalWeb"/>
              <w:numPr>
                <w:ilvl w:val="0"/>
                <w:numId w:val="50"/>
              </w:numPr>
            </w:pPr>
            <w:r>
              <w:t>Vocabulary: half, fourth, equal parts, shapes, circle, triangle, rectangle</w:t>
            </w:r>
          </w:p>
          <w:p w14:paraId="5461B392" w14:textId="77777777" w:rsidR="0058783C" w:rsidRDefault="0058783C" w:rsidP="0058783C">
            <w:pPr>
              <w:pStyle w:val="NormalWeb"/>
              <w:numPr>
                <w:ilvl w:val="0"/>
                <w:numId w:val="50"/>
              </w:numPr>
            </w:pPr>
            <w:r>
              <w:t xml:space="preserve">Discourse: Partner talk, responding to prompts, sharing out answers </w:t>
            </w:r>
          </w:p>
          <w:p w14:paraId="0ED36181" w14:textId="65499EE5" w:rsidR="0058783C" w:rsidRDefault="0058783C" w:rsidP="0058783C">
            <w:pPr>
              <w:pStyle w:val="NormalWeb"/>
              <w:numPr>
                <w:ilvl w:val="0"/>
                <w:numId w:val="50"/>
              </w:numPr>
            </w:pPr>
            <w:r>
              <w:t>Syntax: "This shape has ___ equal parts." / "I colored ___ of the shape."</w:t>
            </w:r>
          </w:p>
          <w:p w14:paraId="0377DB37" w14:textId="4A62A51B" w:rsidR="006B039E" w:rsidRPr="006264F7" w:rsidRDefault="006B039E" w:rsidP="00AA7809">
            <w:pPr>
              <w:pStyle w:val="NormalWeb"/>
              <w:ind w:left="720"/>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t xml:space="preserve">Supports, modifications, inclusive approaches, and/or accommodations, </w:t>
            </w:r>
            <w:r w:rsidRPr="29C6A204">
              <w:rPr>
                <w:b/>
                <w:bCs/>
                <w:sz w:val="22"/>
                <w:szCs w:val="22"/>
              </w:rPr>
              <w:lastRenderedPageBreak/>
              <w:t>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539B9BEC" w14:textId="77777777" w:rsidR="0058783C" w:rsidRDefault="0058783C" w:rsidP="0058783C">
            <w:pPr>
              <w:pStyle w:val="NormalWeb"/>
              <w:numPr>
                <w:ilvl w:val="0"/>
                <w:numId w:val="51"/>
              </w:numPr>
            </w:pPr>
            <w:r>
              <w:lastRenderedPageBreak/>
              <w:t>Use of shape manipulatives and visual models</w:t>
            </w:r>
          </w:p>
          <w:p w14:paraId="13B9921E" w14:textId="77777777" w:rsidR="0058783C" w:rsidRDefault="0058783C" w:rsidP="0058783C">
            <w:pPr>
              <w:pStyle w:val="NormalWeb"/>
              <w:numPr>
                <w:ilvl w:val="0"/>
                <w:numId w:val="51"/>
              </w:numPr>
            </w:pPr>
            <w:r>
              <w:t>Guided modeling on board and under document camera</w:t>
            </w:r>
          </w:p>
          <w:p w14:paraId="51273328" w14:textId="54BB3C5F" w:rsidR="0058783C" w:rsidRDefault="0058783C" w:rsidP="0058783C">
            <w:pPr>
              <w:pStyle w:val="NormalWeb"/>
              <w:numPr>
                <w:ilvl w:val="0"/>
                <w:numId w:val="51"/>
              </w:numPr>
            </w:pPr>
            <w:r>
              <w:t>Repeated directions and think-alouds for Emerging RTI students</w:t>
            </w:r>
          </w:p>
          <w:p w14:paraId="7500F3B2" w14:textId="77777777" w:rsidR="0058783C" w:rsidRDefault="0058783C" w:rsidP="0058783C">
            <w:pPr>
              <w:pStyle w:val="NormalWeb"/>
              <w:numPr>
                <w:ilvl w:val="0"/>
                <w:numId w:val="51"/>
              </w:numPr>
            </w:pPr>
            <w:r>
              <w:lastRenderedPageBreak/>
              <w:t>Color coding and drawing support for students needing fine motor assistance</w:t>
            </w:r>
          </w:p>
          <w:p w14:paraId="55BACF0A" w14:textId="4C82436B" w:rsidR="006B039E" w:rsidRPr="00315705" w:rsidRDefault="006B039E" w:rsidP="00AA7809">
            <w:pPr>
              <w:pStyle w:val="NormalWeb"/>
              <w:ind w:left="720"/>
            </w:pP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3ADCE091" w14:textId="13D69D5F" w:rsidR="0058783C" w:rsidRDefault="0058783C" w:rsidP="0058783C">
            <w:pPr>
              <w:pStyle w:val="NormalWeb"/>
              <w:numPr>
                <w:ilvl w:val="0"/>
                <w:numId w:val="52"/>
              </w:numPr>
            </w:pPr>
            <w:r>
              <w:t>Introduction (5</w:t>
            </w:r>
            <w:r w:rsidR="008D7AF1">
              <w:t>-10</w:t>
            </w:r>
            <w:r>
              <w:t>min):</w:t>
            </w:r>
          </w:p>
          <w:p w14:paraId="469FE887" w14:textId="77777777" w:rsidR="0058783C" w:rsidRDefault="0058783C" w:rsidP="0058783C">
            <w:pPr>
              <w:pStyle w:val="NormalWeb"/>
              <w:numPr>
                <w:ilvl w:val="0"/>
                <w:numId w:val="53"/>
              </w:numPr>
            </w:pPr>
            <w:r>
              <w:t>Greet students and explain: "Today we’re going to look at shapes and talk about how we can split them into equal parts."</w:t>
            </w:r>
          </w:p>
          <w:p w14:paraId="7FA85250" w14:textId="70E01C2D" w:rsidR="0058783C" w:rsidRDefault="0058783C" w:rsidP="0058783C">
            <w:pPr>
              <w:pStyle w:val="NormalWeb"/>
              <w:numPr>
                <w:ilvl w:val="0"/>
                <w:numId w:val="53"/>
              </w:numPr>
            </w:pPr>
            <w:r>
              <w:t>Review the vocabulary verbally: half, fourth, equal parts, shape names</w:t>
            </w:r>
          </w:p>
          <w:p w14:paraId="776ACE01" w14:textId="4CE36649" w:rsidR="0058783C" w:rsidRDefault="0092556A" w:rsidP="0058783C">
            <w:pPr>
              <w:pStyle w:val="NormalWeb"/>
              <w:numPr>
                <w:ilvl w:val="0"/>
                <w:numId w:val="53"/>
              </w:numPr>
            </w:pPr>
            <w:r>
              <w:t xml:space="preserve">Model an example problem for each section </w:t>
            </w:r>
            <w:r w:rsidR="0058783C">
              <w:t>using the board and a shape manipulative</w:t>
            </w:r>
            <w:r>
              <w:t xml:space="preserve"> if needed to</w:t>
            </w:r>
            <w:r w:rsidR="008D7AF1">
              <w:t xml:space="preserve"> model learning and</w:t>
            </w:r>
            <w:r>
              <w:t xml:space="preserve"> prompt working with partners for students</w:t>
            </w:r>
            <w:r w:rsidR="008D7AF1">
              <w:t xml:space="preserve"> for think-pair-shares throughout lesson</w:t>
            </w:r>
          </w:p>
          <w:p w14:paraId="576E01CF" w14:textId="2E51A945" w:rsidR="0058783C" w:rsidRDefault="0058783C" w:rsidP="0058783C">
            <w:pPr>
              <w:pStyle w:val="NormalWeb"/>
              <w:numPr>
                <w:ilvl w:val="0"/>
                <w:numId w:val="54"/>
              </w:numPr>
            </w:pPr>
            <w:r>
              <w:t>Guided Worksheet Practice (15</w:t>
            </w:r>
            <w:r w:rsidR="008D7AF1">
              <w:t>-20</w:t>
            </w:r>
            <w:r>
              <w:t xml:space="preserve"> min):</w:t>
            </w:r>
          </w:p>
          <w:p w14:paraId="32484F5F" w14:textId="77777777" w:rsidR="0058783C" w:rsidRDefault="0058783C" w:rsidP="0058783C">
            <w:pPr>
              <w:pStyle w:val="NormalWeb"/>
              <w:numPr>
                <w:ilvl w:val="0"/>
                <w:numId w:val="55"/>
              </w:numPr>
            </w:pPr>
            <w:r>
              <w:t>Distribute the worksheet (Fractions practice with parts, coloring, and drawing)</w:t>
            </w:r>
          </w:p>
          <w:p w14:paraId="1B19BBF1" w14:textId="3704C3AE" w:rsidR="0058783C" w:rsidRDefault="0058783C" w:rsidP="0058783C">
            <w:pPr>
              <w:pStyle w:val="NormalWeb"/>
              <w:numPr>
                <w:ilvl w:val="0"/>
                <w:numId w:val="55"/>
              </w:numPr>
            </w:pPr>
            <w:r>
              <w:t xml:space="preserve">Model </w:t>
            </w:r>
            <w:r w:rsidR="0092556A">
              <w:t>a</w:t>
            </w:r>
            <w:r>
              <w:t xml:space="preserve"> few</w:t>
            </w:r>
            <w:r w:rsidR="0092556A">
              <w:t xml:space="preserve"> </w:t>
            </w:r>
            <w:r>
              <w:t>problems under the doc cam</w:t>
            </w:r>
            <w:r w:rsidR="0092556A">
              <w:t xml:space="preserve"> for each </w:t>
            </w:r>
            <w:r w:rsidR="00306D60">
              <w:t>doing</w:t>
            </w:r>
            <w:r>
              <w:t>:</w:t>
            </w:r>
          </w:p>
          <w:p w14:paraId="454BCA84" w14:textId="77777777" w:rsidR="0058783C" w:rsidRDefault="0058783C" w:rsidP="0058783C">
            <w:pPr>
              <w:pStyle w:val="NormalWeb"/>
              <w:numPr>
                <w:ilvl w:val="1"/>
                <w:numId w:val="55"/>
              </w:numPr>
            </w:pPr>
            <w:r>
              <w:t>Count and label equal parts</w:t>
            </w:r>
          </w:p>
          <w:p w14:paraId="07A50C1D" w14:textId="77777777" w:rsidR="0058783C" w:rsidRDefault="0058783C" w:rsidP="0058783C">
            <w:pPr>
              <w:pStyle w:val="NormalWeb"/>
              <w:numPr>
                <w:ilvl w:val="1"/>
                <w:numId w:val="55"/>
              </w:numPr>
            </w:pPr>
            <w:r>
              <w:t>Draw lines to divide shapes equally</w:t>
            </w:r>
          </w:p>
          <w:p w14:paraId="61CE6610" w14:textId="77777777" w:rsidR="0058783C" w:rsidRDefault="0058783C" w:rsidP="0058783C">
            <w:pPr>
              <w:pStyle w:val="NormalWeb"/>
              <w:numPr>
                <w:ilvl w:val="1"/>
                <w:numId w:val="55"/>
              </w:numPr>
            </w:pPr>
            <w:r>
              <w:t>Color halves/fourths</w:t>
            </w:r>
          </w:p>
          <w:p w14:paraId="462E5020" w14:textId="1D721B0F" w:rsidR="0058783C" w:rsidRDefault="0058783C" w:rsidP="0058783C">
            <w:pPr>
              <w:pStyle w:val="NormalWeb"/>
              <w:numPr>
                <w:ilvl w:val="0"/>
                <w:numId w:val="55"/>
              </w:numPr>
            </w:pPr>
            <w:r>
              <w:t>Have students complete 1-2 problems at a time, then stop for quick checks as a group and with a partner next to them</w:t>
            </w:r>
            <w:r w:rsidR="0092556A">
              <w:t xml:space="preserve"> while modeling each section</w:t>
            </w:r>
            <w:r w:rsidR="008D7AF1">
              <w:t xml:space="preserve"> throughout </w:t>
            </w:r>
          </w:p>
          <w:p w14:paraId="79C4AD12" w14:textId="26BEFE8E" w:rsidR="0058783C" w:rsidRDefault="0058783C" w:rsidP="0058783C">
            <w:pPr>
              <w:pStyle w:val="NormalWeb"/>
              <w:numPr>
                <w:ilvl w:val="0"/>
                <w:numId w:val="55"/>
              </w:numPr>
            </w:pPr>
            <w:r>
              <w:t>Allow time for students to work independently or with a partner</w:t>
            </w:r>
            <w:r w:rsidR="008D7AF1">
              <w:t xml:space="preserve"> after modeling each section of the combined lessons on the worksheet</w:t>
            </w:r>
          </w:p>
          <w:p w14:paraId="09307664" w14:textId="443C9CE6" w:rsidR="0058783C" w:rsidRDefault="0058783C" w:rsidP="0058783C">
            <w:pPr>
              <w:pStyle w:val="NormalWeb"/>
              <w:numPr>
                <w:ilvl w:val="0"/>
                <w:numId w:val="55"/>
              </w:numPr>
            </w:pPr>
            <w:r>
              <w:t>Walk around and support struggling students</w:t>
            </w:r>
            <w:r w:rsidR="008D7AF1">
              <w:t xml:space="preserve"> during each section of the worksheet</w:t>
            </w:r>
          </w:p>
          <w:p w14:paraId="233A8E8E" w14:textId="77777777" w:rsidR="0058783C" w:rsidRDefault="0058783C" w:rsidP="0058783C">
            <w:pPr>
              <w:pStyle w:val="NormalWeb"/>
              <w:numPr>
                <w:ilvl w:val="0"/>
                <w:numId w:val="56"/>
              </w:numPr>
            </w:pPr>
            <w:r>
              <w:t>Group Share-Out (5 min):</w:t>
            </w:r>
          </w:p>
          <w:p w14:paraId="5AF11C85" w14:textId="58ED18AA" w:rsidR="0058783C" w:rsidRDefault="0058783C" w:rsidP="008D7AF1">
            <w:pPr>
              <w:pStyle w:val="NormalWeb"/>
              <w:numPr>
                <w:ilvl w:val="0"/>
                <w:numId w:val="57"/>
              </w:numPr>
            </w:pPr>
            <w:r>
              <w:t xml:space="preserve">Ask students to share </w:t>
            </w:r>
            <w:r w:rsidR="008D7AF1">
              <w:t xml:space="preserve">their work after each section </w:t>
            </w:r>
            <w:r>
              <w:t>how they knew their parts were equal</w:t>
            </w:r>
            <w:r w:rsidR="008D7AF1">
              <w:t xml:space="preserve"> while prompting</w:t>
            </w:r>
            <w:r>
              <w:t xml:space="preserve"> them to use terms like "equal parts" and "half" or "fourth"</w:t>
            </w:r>
          </w:p>
          <w:p w14:paraId="5B6D9F01" w14:textId="77777777" w:rsidR="008D7AF1" w:rsidRDefault="0058783C" w:rsidP="008D7AF1">
            <w:pPr>
              <w:pStyle w:val="NormalWeb"/>
              <w:numPr>
                <w:ilvl w:val="0"/>
                <w:numId w:val="57"/>
              </w:numPr>
            </w:pPr>
            <w:r>
              <w:t>Celebrate different ways students colored or divided shapes</w:t>
            </w:r>
            <w:r w:rsidR="008D7AF1">
              <w:t xml:space="preserve"> while completing their problems</w:t>
            </w:r>
          </w:p>
          <w:p w14:paraId="311FF6B5" w14:textId="1A40F15B" w:rsidR="00637F8D" w:rsidRPr="00315705" w:rsidRDefault="00637F8D" w:rsidP="00637F8D">
            <w:pPr>
              <w:pStyle w:val="NormalWeb"/>
              <w:numPr>
                <w:ilvl w:val="0"/>
                <w:numId w:val="57"/>
              </w:numPr>
            </w:pPr>
            <w:r>
              <w:t xml:space="preserve">Play brain break video halfway through worksheet to help reinforce multiple concepts </w:t>
            </w:r>
            <w:hyperlink r:id="rId8" w:history="1">
              <w:r w:rsidRPr="008F1564">
                <w:rPr>
                  <w:rStyle w:val="Hyperlink"/>
                </w:rPr>
                <w:t>https://www.youtube.com/watch?v=L9NnDUKDIGk</w:t>
              </w:r>
            </w:hyperlink>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025AD23" w14:textId="77777777" w:rsidR="0058783C" w:rsidRDefault="0058783C" w:rsidP="0058783C">
            <w:pPr>
              <w:pStyle w:val="NormalWeb"/>
              <w:numPr>
                <w:ilvl w:val="0"/>
                <w:numId w:val="58"/>
              </w:numPr>
            </w:pPr>
            <w:r>
              <w:t>Informal: Observation of student work during guided practice</w:t>
            </w:r>
          </w:p>
          <w:p w14:paraId="606FD947" w14:textId="77777777" w:rsidR="0058783C" w:rsidRDefault="0058783C" w:rsidP="0058783C">
            <w:pPr>
              <w:pStyle w:val="NormalWeb"/>
              <w:numPr>
                <w:ilvl w:val="0"/>
                <w:numId w:val="58"/>
              </w:numPr>
            </w:pPr>
            <w:r>
              <w:t>Formal: Completed worksheet showing correct division, labeling, and coloring</w:t>
            </w:r>
          </w:p>
          <w:p w14:paraId="0FCC8B2C" w14:textId="1E219090" w:rsidR="00A8077B" w:rsidRPr="00315705" w:rsidRDefault="0058783C" w:rsidP="0058783C">
            <w:pPr>
              <w:pStyle w:val="NormalWeb"/>
              <w:numPr>
                <w:ilvl w:val="0"/>
                <w:numId w:val="58"/>
              </w:numPr>
            </w:pPr>
            <w:r>
              <w:t>Oral check-ins: "How many parts did you draw? Are they equal?"</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63B9D0A" w14:textId="77777777" w:rsidR="0058783C" w:rsidRDefault="0058783C" w:rsidP="0058783C">
            <w:pPr>
              <w:pStyle w:val="NormalWeb"/>
            </w:pPr>
            <w:r>
              <w:t>Review/Closing (2-3 min):</w:t>
            </w:r>
          </w:p>
          <w:p w14:paraId="18047F9F" w14:textId="77777777" w:rsidR="0058783C" w:rsidRDefault="0058783C" w:rsidP="0058783C">
            <w:pPr>
              <w:pStyle w:val="NormalWeb"/>
              <w:numPr>
                <w:ilvl w:val="0"/>
                <w:numId w:val="59"/>
              </w:numPr>
            </w:pPr>
            <w:r>
              <w:t>Recap what was practiced: "Today we learned that shapes can be divided into equal parts like halves and fourths."</w:t>
            </w:r>
          </w:p>
          <w:p w14:paraId="7FA0BB51" w14:textId="77777777" w:rsidR="0058783C" w:rsidRDefault="0058783C" w:rsidP="0058783C">
            <w:pPr>
              <w:pStyle w:val="NormalWeb"/>
              <w:numPr>
                <w:ilvl w:val="0"/>
                <w:numId w:val="59"/>
              </w:numPr>
            </w:pPr>
            <w:r>
              <w:t>Ask: "Why do we need to know if something is equal or not?"</w:t>
            </w:r>
          </w:p>
          <w:p w14:paraId="6D468A2A" w14:textId="04FE616B" w:rsidR="00D520CC" w:rsidRPr="00315705" w:rsidRDefault="0058783C" w:rsidP="0058783C">
            <w:pPr>
              <w:pStyle w:val="NormalWeb"/>
              <w:numPr>
                <w:ilvl w:val="0"/>
                <w:numId w:val="59"/>
              </w:numPr>
            </w:pPr>
            <w:r>
              <w:t>Encourage students to look for equal parts in their environment this week</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lastRenderedPageBreak/>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3A5DE3A6" w14:textId="77777777" w:rsidR="00993ECC" w:rsidRPr="00F201E7" w:rsidRDefault="00D520CC" w:rsidP="00993ECC">
            <w:pPr>
              <w:pStyle w:val="ListParagraph"/>
              <w:numPr>
                <w:ilvl w:val="0"/>
                <w:numId w:val="60"/>
              </w:numPr>
              <w:rPr>
                <w:rFonts w:eastAsiaTheme="minorHAnsi"/>
                <w:color w:val="000000"/>
                <w:sz w:val="22"/>
                <w:szCs w:val="22"/>
              </w:rPr>
            </w:pPr>
            <w:r w:rsidRPr="00F201E7">
              <w:rPr>
                <w:rFonts w:eastAsiaTheme="minorHAnsi"/>
                <w:color w:val="000000"/>
                <w:sz w:val="22"/>
                <w:szCs w:val="22"/>
              </w:rPr>
              <w:t>What was most effective about this lesson? What evidence do you have to support your response in terms of content understanding and in classroom management?</w:t>
            </w:r>
          </w:p>
          <w:p w14:paraId="0F3BD1F3" w14:textId="77777777" w:rsidR="00993ECC" w:rsidRPr="00F201E7" w:rsidRDefault="00993ECC" w:rsidP="00993ECC">
            <w:pPr>
              <w:pStyle w:val="ListParagraph"/>
              <w:rPr>
                <w:rFonts w:eastAsiaTheme="minorHAnsi"/>
                <w:color w:val="000000"/>
                <w:sz w:val="22"/>
                <w:szCs w:val="22"/>
              </w:rPr>
            </w:pPr>
          </w:p>
          <w:p w14:paraId="3C1151B5" w14:textId="3EF31A11" w:rsidR="00993ECC" w:rsidRPr="00F201E7" w:rsidRDefault="00993ECC" w:rsidP="00993ECC">
            <w:pPr>
              <w:pStyle w:val="ListParagraph"/>
              <w:rPr>
                <w:sz w:val="22"/>
                <w:szCs w:val="22"/>
              </w:rPr>
            </w:pPr>
            <w:r w:rsidRPr="00F201E7">
              <w:rPr>
                <w:sz w:val="22"/>
                <w:szCs w:val="22"/>
              </w:rPr>
              <w:t>The hands-on part using the worksheet and shape manipulatives really clicked for the students. They enjoyed coloring and drawing, and it gave them a clear way to see what “equal parts” really meant. Most were confidently saying “half” and “fourth” by the end.</w:t>
            </w:r>
          </w:p>
          <w:p w14:paraId="55009ADF" w14:textId="77777777" w:rsidR="00993ECC" w:rsidRPr="00F201E7" w:rsidRDefault="00993ECC" w:rsidP="00993ECC">
            <w:pPr>
              <w:pStyle w:val="ListParagraph"/>
              <w:rPr>
                <w:rFonts w:eastAsiaTheme="minorHAnsi"/>
                <w:color w:val="000000"/>
                <w:sz w:val="22"/>
                <w:szCs w:val="22"/>
              </w:rPr>
            </w:pPr>
          </w:p>
          <w:p w14:paraId="0565DD80" w14:textId="77777777" w:rsidR="00993ECC" w:rsidRPr="00F201E7" w:rsidRDefault="00D520CC" w:rsidP="00993ECC">
            <w:pPr>
              <w:pStyle w:val="ListParagraph"/>
              <w:numPr>
                <w:ilvl w:val="0"/>
                <w:numId w:val="60"/>
              </w:numPr>
              <w:rPr>
                <w:rFonts w:eastAsiaTheme="minorHAnsi"/>
                <w:color w:val="000000"/>
                <w:sz w:val="22"/>
                <w:szCs w:val="22"/>
              </w:rPr>
            </w:pPr>
            <w:r w:rsidRPr="00F201E7">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1F3B2A77" w14:textId="77777777" w:rsidR="00993ECC" w:rsidRPr="00F201E7" w:rsidRDefault="00993ECC" w:rsidP="00993ECC">
            <w:pPr>
              <w:pStyle w:val="ListParagraph"/>
              <w:rPr>
                <w:sz w:val="22"/>
                <w:szCs w:val="22"/>
              </w:rPr>
            </w:pPr>
          </w:p>
          <w:p w14:paraId="6DB52113" w14:textId="4743D35A" w:rsidR="00993ECC" w:rsidRPr="00F201E7" w:rsidRDefault="00993ECC" w:rsidP="00993ECC">
            <w:pPr>
              <w:pStyle w:val="ListParagraph"/>
              <w:rPr>
                <w:sz w:val="22"/>
                <w:szCs w:val="22"/>
              </w:rPr>
            </w:pPr>
            <w:r w:rsidRPr="00F201E7">
              <w:rPr>
                <w:sz w:val="22"/>
                <w:szCs w:val="22"/>
              </w:rPr>
              <w:t>I’d probably model a few more examples under the doc camera before letting them go. Some students jumped ahead and missed the point of drawing equal parts. Also, I’d build in more time to go over vocabulary at the start, especially for ELD students who need that language exposure.</w:t>
            </w:r>
          </w:p>
          <w:p w14:paraId="068F174F" w14:textId="77777777" w:rsidR="00993ECC" w:rsidRPr="00F201E7" w:rsidRDefault="00993ECC" w:rsidP="00993ECC">
            <w:pPr>
              <w:pStyle w:val="ListParagraph"/>
              <w:rPr>
                <w:rFonts w:eastAsiaTheme="minorHAnsi"/>
                <w:color w:val="000000"/>
                <w:sz w:val="22"/>
                <w:szCs w:val="22"/>
              </w:rPr>
            </w:pPr>
          </w:p>
          <w:p w14:paraId="3802B820" w14:textId="77777777" w:rsidR="00993ECC" w:rsidRPr="00F201E7" w:rsidRDefault="00D520CC" w:rsidP="00993ECC">
            <w:pPr>
              <w:pStyle w:val="ListParagraph"/>
              <w:numPr>
                <w:ilvl w:val="0"/>
                <w:numId w:val="60"/>
              </w:numPr>
              <w:rPr>
                <w:rFonts w:eastAsiaTheme="minorHAnsi"/>
                <w:color w:val="000000"/>
                <w:sz w:val="22"/>
                <w:szCs w:val="22"/>
              </w:rPr>
            </w:pPr>
            <w:r w:rsidRPr="00F201E7">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3450BBEE" w14:textId="77777777" w:rsidR="00993ECC" w:rsidRPr="00F201E7" w:rsidRDefault="00993ECC" w:rsidP="00993ECC">
            <w:pPr>
              <w:pStyle w:val="ListParagraph"/>
              <w:rPr>
                <w:sz w:val="22"/>
                <w:szCs w:val="22"/>
              </w:rPr>
            </w:pPr>
          </w:p>
          <w:p w14:paraId="175DF5B2" w14:textId="65882DC5" w:rsidR="00993ECC" w:rsidRPr="00F201E7" w:rsidRDefault="00993ECC" w:rsidP="00993ECC">
            <w:pPr>
              <w:pStyle w:val="ListParagraph"/>
              <w:rPr>
                <w:sz w:val="22"/>
                <w:szCs w:val="22"/>
              </w:rPr>
            </w:pPr>
            <w:r w:rsidRPr="00F201E7">
              <w:rPr>
                <w:sz w:val="22"/>
                <w:szCs w:val="22"/>
              </w:rPr>
              <w:t>During partner work, I used questions like “How do you know it’s equal?” and “What makes it a fourth?” That pushed students to think about the math, not just the coloring. Many explained their thinking using our sentence starters, and that showed me they were starting to internalize the language.</w:t>
            </w:r>
          </w:p>
          <w:p w14:paraId="5DDF8F64" w14:textId="77777777" w:rsidR="00993ECC" w:rsidRPr="00F201E7" w:rsidRDefault="00993ECC" w:rsidP="00993ECC">
            <w:pPr>
              <w:pStyle w:val="ListParagraph"/>
              <w:rPr>
                <w:rFonts w:eastAsiaTheme="minorHAnsi"/>
                <w:color w:val="000000"/>
                <w:sz w:val="22"/>
                <w:szCs w:val="22"/>
              </w:rPr>
            </w:pPr>
          </w:p>
          <w:p w14:paraId="582B6396" w14:textId="77777777" w:rsidR="00993ECC" w:rsidRPr="00F201E7" w:rsidRDefault="00DE1BF7" w:rsidP="00993ECC">
            <w:pPr>
              <w:pStyle w:val="ListParagraph"/>
              <w:numPr>
                <w:ilvl w:val="0"/>
                <w:numId w:val="60"/>
              </w:numPr>
              <w:rPr>
                <w:sz w:val="22"/>
                <w:szCs w:val="22"/>
              </w:rPr>
            </w:pPr>
            <w:r w:rsidRPr="00F201E7">
              <w:rPr>
                <w:sz w:val="22"/>
                <w:szCs w:val="22"/>
              </w:rPr>
              <w:t xml:space="preserve">Based on your responses above (#1-3), how would formal/informal assessment data from the lesson inform the changes you would make in the next lesson in this series?  </w:t>
            </w:r>
          </w:p>
          <w:p w14:paraId="7716A0DB" w14:textId="77777777" w:rsidR="00993ECC" w:rsidRPr="00F201E7" w:rsidRDefault="00993ECC" w:rsidP="00993ECC">
            <w:pPr>
              <w:pStyle w:val="ListParagraph"/>
              <w:rPr>
                <w:sz w:val="22"/>
                <w:szCs w:val="22"/>
              </w:rPr>
            </w:pPr>
          </w:p>
          <w:p w14:paraId="5DDAEA73" w14:textId="77777777" w:rsidR="00993ECC" w:rsidRPr="00F201E7" w:rsidRDefault="00993ECC" w:rsidP="00993ECC">
            <w:pPr>
              <w:pStyle w:val="ListParagraph"/>
              <w:rPr>
                <w:sz w:val="22"/>
                <w:szCs w:val="22"/>
              </w:rPr>
            </w:pPr>
            <w:r w:rsidRPr="00F201E7">
              <w:rPr>
                <w:sz w:val="22"/>
                <w:szCs w:val="22"/>
              </w:rPr>
              <w:t>I’ll continue using manipulatives and visuals to reinforce vocabulary and concepts. I also want to build in more structured check-ins between worksheet sections to make sure everyone is on the same page. Exit slips might help too.</w:t>
            </w:r>
          </w:p>
          <w:p w14:paraId="0C6BE9C3" w14:textId="68F76CD2" w:rsidR="00993ECC" w:rsidRPr="00993ECC" w:rsidRDefault="00993ECC" w:rsidP="00993ECC">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1BE35DB5"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905626">
              <w:rPr>
                <w:sz w:val="22"/>
                <w:szCs w:val="22"/>
              </w:rPr>
              <w:t>4</w:t>
            </w:r>
            <w:r>
              <w:rPr>
                <w:sz w:val="22"/>
                <w:szCs w:val="22"/>
              </w:rPr>
              <w:t>/</w:t>
            </w:r>
            <w:r w:rsidR="00905626">
              <w:rPr>
                <w:sz w:val="22"/>
                <w:szCs w:val="22"/>
              </w:rPr>
              <w:t>7</w:t>
            </w:r>
            <w:r>
              <w:rPr>
                <w:sz w:val="22"/>
                <w:szCs w:val="22"/>
              </w:rPr>
              <w:t>/</w:t>
            </w:r>
            <w:r w:rsidR="006134AE">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08709990" w:rsidR="00A65332" w:rsidRDefault="00A65332" w:rsidP="00012E18">
            <w:pPr>
              <w:jc w:val="center"/>
              <w:rPr>
                <w:sz w:val="22"/>
                <w:szCs w:val="22"/>
              </w:rPr>
            </w:pPr>
            <w:r w:rsidRPr="002A4419">
              <w:rPr>
                <w:sz w:val="22"/>
                <w:szCs w:val="22"/>
              </w:rPr>
              <w:t>Grade Level</w:t>
            </w:r>
          </w:p>
          <w:p w14:paraId="7626FBCF" w14:textId="12AF9145" w:rsidR="00905626" w:rsidRDefault="00905626" w:rsidP="00012E18">
            <w:pPr>
              <w:jc w:val="center"/>
              <w:rPr>
                <w:sz w:val="22"/>
                <w:szCs w:val="22"/>
              </w:rPr>
            </w:pPr>
            <w:r>
              <w:rPr>
                <w:sz w:val="22"/>
                <w:szCs w:val="22"/>
              </w:rPr>
              <w:t>1</w:t>
            </w:r>
            <w:r w:rsidRPr="00905626">
              <w:rPr>
                <w:sz w:val="22"/>
                <w:szCs w:val="22"/>
              </w:rPr>
              <w:t>st</w:t>
            </w: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224DF02C" w14:textId="77777777" w:rsidR="00905626" w:rsidRDefault="00A65332" w:rsidP="00905626">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320489EF" w:rsidR="00A65332" w:rsidRPr="00905626" w:rsidRDefault="00905626" w:rsidP="00905626">
            <w:pPr>
              <w:jc w:val="center"/>
              <w:rPr>
                <w:sz w:val="22"/>
                <w:szCs w:val="22"/>
              </w:rPr>
            </w:pPr>
            <w:r>
              <w:t>Science &amp; Writing - Animal Research Project Day #1</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1E20BF3B" w:rsidR="00A65332" w:rsidRPr="002A4419" w:rsidRDefault="00000000" w:rsidP="00A65332">
            <w:pPr>
              <w:rPr>
                <w:szCs w:val="16"/>
              </w:rPr>
            </w:pPr>
            <w:sdt>
              <w:sdtPr>
                <w:rPr>
                  <w:szCs w:val="16"/>
                </w:rPr>
                <w:id w:val="-388724066"/>
                <w14:checkbox>
                  <w14:checked w14:val="0"/>
                  <w14:checkedState w14:val="2612" w14:font="MS Gothic"/>
                  <w14:uncheckedState w14:val="2610" w14:font="MS Gothic"/>
                </w14:checkbox>
              </w:sdtPr>
              <w:sdtContent>
                <w:r w:rsidR="00905626">
                  <w:rPr>
                    <w:rFonts w:ascii="MS Gothic" w:eastAsia="MS Gothic" w:hAnsi="MS Gothic" w:hint="eastAsia"/>
                    <w:szCs w:val="16"/>
                  </w:rPr>
                  <w:t>☐</w:t>
                </w:r>
              </w:sdtContent>
            </w:sdt>
            <w:r w:rsidR="00A65332" w:rsidRPr="002A4419">
              <w:rPr>
                <w:szCs w:val="16"/>
              </w:rPr>
              <w:t>Single-day lesson</w:t>
            </w:r>
          </w:p>
          <w:p w14:paraId="6E2D1D84" w14:textId="432E40B8" w:rsidR="00A65332" w:rsidRPr="002A4419" w:rsidRDefault="00000000" w:rsidP="00A65332">
            <w:pPr>
              <w:rPr>
                <w:sz w:val="22"/>
                <w:szCs w:val="22"/>
              </w:rPr>
            </w:pPr>
            <w:sdt>
              <w:sdtPr>
                <w:rPr>
                  <w:szCs w:val="16"/>
                </w:rPr>
                <w:id w:val="1063918330"/>
                <w14:checkbox>
                  <w14:checked w14:val="1"/>
                  <w14:checkedState w14:val="2612" w14:font="MS Gothic"/>
                  <w14:uncheckedState w14:val="2610" w14:font="MS Gothic"/>
                </w14:checkbox>
              </w:sdtPr>
              <w:sdtContent>
                <w:r w:rsidR="00905626">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4E2E3EB" w14:textId="77777777" w:rsidR="00905626" w:rsidRDefault="00144D50" w:rsidP="00905626">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222BAFD2" w14:textId="77777777" w:rsidR="00905626" w:rsidRPr="00905626" w:rsidRDefault="00905626" w:rsidP="00905626">
            <w:pPr>
              <w:pStyle w:val="ListParagraph"/>
              <w:keepNext/>
              <w:numPr>
                <w:ilvl w:val="0"/>
                <w:numId w:val="48"/>
              </w:numPr>
              <w:outlineLvl w:val="0"/>
              <w:rPr>
                <w:rFonts w:eastAsia="Times"/>
                <w:b/>
                <w:bCs/>
                <w:sz w:val="22"/>
                <w:szCs w:val="22"/>
              </w:rPr>
            </w:pPr>
            <w:r>
              <w:t xml:space="preserve">NGSS 1-LS1-1: Use materials to design a solution to a human problem by mimicking how plants and/or animals use their external parts to help them survive, grow, and meet their needs. </w:t>
            </w:r>
          </w:p>
          <w:p w14:paraId="3BCE56B9" w14:textId="77777777" w:rsidR="00905626" w:rsidRPr="00905626" w:rsidRDefault="00905626" w:rsidP="00905626">
            <w:pPr>
              <w:pStyle w:val="ListParagraph"/>
              <w:keepNext/>
              <w:numPr>
                <w:ilvl w:val="0"/>
                <w:numId w:val="48"/>
              </w:numPr>
              <w:outlineLvl w:val="0"/>
              <w:rPr>
                <w:rFonts w:eastAsia="Times"/>
                <w:b/>
                <w:bCs/>
                <w:sz w:val="22"/>
                <w:szCs w:val="22"/>
              </w:rPr>
            </w:pPr>
            <w:r>
              <w:t>NGSS 2-LS4-1: Make observations of plants and animals to compare the diversity of life in different habitats.</w:t>
            </w:r>
          </w:p>
          <w:p w14:paraId="35E88623" w14:textId="2E819217" w:rsidR="00905626" w:rsidRPr="00905626" w:rsidRDefault="00905626" w:rsidP="00905626">
            <w:pPr>
              <w:pStyle w:val="ListParagraph"/>
              <w:keepNext/>
              <w:numPr>
                <w:ilvl w:val="0"/>
                <w:numId w:val="48"/>
              </w:numPr>
              <w:outlineLvl w:val="0"/>
              <w:rPr>
                <w:rFonts w:eastAsia="Times"/>
                <w:b/>
                <w:bCs/>
                <w:sz w:val="22"/>
                <w:szCs w:val="22"/>
              </w:rPr>
            </w:pPr>
            <w:r>
              <w:t>CCSS.ELA-LITERACY.W.2.7: Participate in shared research and writing projects (e.g., read a number of books on a single topic to produce a report).</w:t>
            </w:r>
          </w:p>
          <w:p w14:paraId="6AF4F294" w14:textId="759852B1" w:rsidR="00315705" w:rsidRPr="00315705" w:rsidRDefault="00315705" w:rsidP="00AA7809">
            <w:pPr>
              <w:pStyle w:val="ListParagraph"/>
              <w:keepNext/>
              <w:outlineLvl w:val="0"/>
              <w:rPr>
                <w:rFonts w:eastAsia="Times"/>
                <w:b/>
                <w:bCs/>
                <w:sz w:val="22"/>
                <w:szCs w:val="22"/>
              </w:rPr>
            </w:pPr>
          </w:p>
        </w:tc>
        <w:tc>
          <w:tcPr>
            <w:tcW w:w="5400" w:type="dxa"/>
            <w:tcBorders>
              <w:top w:val="thickThinSmallGap" w:sz="24" w:space="0" w:color="auto"/>
              <w:left w:val="thickThinSmallGap" w:sz="24" w:space="0" w:color="auto"/>
              <w:right w:val="thickThinSmallGap" w:sz="24" w:space="0" w:color="auto"/>
            </w:tcBorders>
          </w:tcPr>
          <w:p w14:paraId="0117EB01" w14:textId="77777777" w:rsidR="00905626" w:rsidRDefault="00144D50" w:rsidP="00905626">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137A2746" w14:textId="77777777" w:rsidR="00905626" w:rsidRDefault="00905626" w:rsidP="00905626">
            <w:pPr>
              <w:pStyle w:val="ListParagraph"/>
              <w:numPr>
                <w:ilvl w:val="0"/>
                <w:numId w:val="49"/>
              </w:numPr>
            </w:pPr>
            <w:r>
              <w:t xml:space="preserve">ELD.PI.2.6: Reading closely to determine how meaning is conveyed in text. </w:t>
            </w:r>
          </w:p>
          <w:p w14:paraId="017547ED" w14:textId="747DA6EF" w:rsidR="00905626" w:rsidRPr="00905626" w:rsidRDefault="00905626" w:rsidP="00905626">
            <w:pPr>
              <w:pStyle w:val="ListParagraph"/>
              <w:numPr>
                <w:ilvl w:val="0"/>
                <w:numId w:val="49"/>
              </w:numPr>
            </w:pPr>
            <w:r>
              <w:t>ELD.PI.2.9: Expressing information and ideas in oral presentations and written texts.</w:t>
            </w:r>
          </w:p>
          <w:p w14:paraId="520B1439" w14:textId="6FAE6B81" w:rsidR="00315705" w:rsidRPr="00315705" w:rsidRDefault="00315705" w:rsidP="00AA7809">
            <w:pPr>
              <w:pStyle w:val="ListParagraph"/>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1104B024" w14:textId="77777777" w:rsidR="00905626" w:rsidRDefault="006B039E" w:rsidP="00905626">
            <w:pPr>
              <w:keepNext/>
              <w:outlineLvl w:val="0"/>
              <w:rPr>
                <w:rFonts w:eastAsia="Times"/>
                <w:b/>
                <w:bCs/>
                <w:sz w:val="22"/>
                <w:szCs w:val="22"/>
              </w:rPr>
            </w:pPr>
            <w:r w:rsidRPr="006C76A0">
              <w:rPr>
                <w:rFonts w:eastAsia="Times"/>
                <w:b/>
                <w:bCs/>
                <w:sz w:val="22"/>
                <w:szCs w:val="22"/>
              </w:rPr>
              <w:t xml:space="preserve">Lesson Objective(s)/Goal(s): </w:t>
            </w:r>
          </w:p>
          <w:p w14:paraId="07C19E8C" w14:textId="5283886C" w:rsidR="00315705" w:rsidRPr="00905626" w:rsidRDefault="00905626" w:rsidP="00905626">
            <w:pPr>
              <w:pStyle w:val="ListParagraph"/>
              <w:keepNext/>
              <w:numPr>
                <w:ilvl w:val="0"/>
                <w:numId w:val="50"/>
              </w:numPr>
              <w:outlineLvl w:val="0"/>
              <w:rPr>
                <w:rFonts w:eastAsia="Times"/>
                <w:b/>
                <w:bCs/>
                <w:sz w:val="22"/>
                <w:szCs w:val="22"/>
              </w:rPr>
            </w:pPr>
            <w:r>
              <w:t>By the end of the lesson, given access to digital research tools and an animal research packet, students will independently gather information on an animal of their choice and fill in each category on their worksheet (appearance, habitat, diet, adaptations, life cycle, and interesting facts) with teacher support, modeling, and guided practice, aiming for completion of all note sections by the end of the session.</w:t>
            </w:r>
          </w:p>
        </w:tc>
        <w:tc>
          <w:tcPr>
            <w:tcW w:w="5400" w:type="dxa"/>
            <w:tcBorders>
              <w:top w:val="thickThinSmallGap" w:sz="24" w:space="0" w:color="auto"/>
              <w:left w:val="thickThinSmallGap" w:sz="24" w:space="0" w:color="auto"/>
              <w:right w:val="thickThinSmallGap" w:sz="24" w:space="0" w:color="auto"/>
            </w:tcBorders>
          </w:tcPr>
          <w:p w14:paraId="279A3AAA" w14:textId="77777777" w:rsidR="00905626" w:rsidRDefault="006B039E" w:rsidP="00905626">
            <w:pPr>
              <w:rPr>
                <w:b/>
                <w:sz w:val="22"/>
                <w:szCs w:val="22"/>
              </w:rPr>
            </w:pPr>
            <w:r w:rsidRPr="00BB7B32">
              <w:rPr>
                <w:b/>
                <w:sz w:val="22"/>
                <w:szCs w:val="22"/>
              </w:rPr>
              <w:t>Language Objective(s):</w:t>
            </w:r>
          </w:p>
          <w:p w14:paraId="29EC03ED" w14:textId="491E39BF" w:rsidR="00315705" w:rsidRPr="00905626" w:rsidRDefault="00905626" w:rsidP="00905626">
            <w:pPr>
              <w:pStyle w:val="ListParagraph"/>
              <w:numPr>
                <w:ilvl w:val="0"/>
                <w:numId w:val="50"/>
              </w:numPr>
              <w:rPr>
                <w:b/>
                <w:sz w:val="22"/>
                <w:szCs w:val="22"/>
              </w:rPr>
            </w:pPr>
            <w:r>
              <w:t>Given a model and sentence starters, students will use complete sentences to write their animal research notes using vocabulary related to habitats, life cycles, and adaptations.</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5606D659" w14:textId="77777777" w:rsidR="00905626" w:rsidRDefault="00905626" w:rsidP="00905626">
            <w:pPr>
              <w:pStyle w:val="NormalWeb"/>
              <w:numPr>
                <w:ilvl w:val="0"/>
                <w:numId w:val="50"/>
              </w:numPr>
            </w:pPr>
            <w:r>
              <w:t xml:space="preserve">Functions: Research, describe, categorize, summarize </w:t>
            </w:r>
          </w:p>
          <w:p w14:paraId="19211381" w14:textId="23C6B196" w:rsidR="00905626" w:rsidRDefault="00905626" w:rsidP="00905626">
            <w:pPr>
              <w:pStyle w:val="NormalWeb"/>
              <w:numPr>
                <w:ilvl w:val="0"/>
                <w:numId w:val="50"/>
              </w:numPr>
            </w:pPr>
            <w:r>
              <w:t>Vocabulary: habitat, adaptation, diet, appearance, life cycle</w:t>
            </w:r>
          </w:p>
          <w:p w14:paraId="1222894F" w14:textId="77777777" w:rsidR="00905626" w:rsidRDefault="00905626" w:rsidP="00905626">
            <w:pPr>
              <w:pStyle w:val="NormalWeb"/>
              <w:numPr>
                <w:ilvl w:val="0"/>
                <w:numId w:val="50"/>
              </w:numPr>
            </w:pPr>
            <w:r>
              <w:t>Discourse: Individual writing, partner sharing, digital research discussion</w:t>
            </w:r>
          </w:p>
          <w:p w14:paraId="0A849450" w14:textId="094AB586" w:rsidR="00905626" w:rsidRDefault="00905626" w:rsidP="00905626">
            <w:pPr>
              <w:pStyle w:val="NormalWeb"/>
              <w:numPr>
                <w:ilvl w:val="0"/>
                <w:numId w:val="50"/>
              </w:numPr>
            </w:pPr>
            <w:r>
              <w:t>Syntax: "My animal lives in ___." / "One cool fact about my animal is ___ ."</w:t>
            </w:r>
          </w:p>
          <w:p w14:paraId="0377DB37" w14:textId="4A62A51B" w:rsidR="006B039E" w:rsidRPr="006264F7" w:rsidRDefault="006B039E" w:rsidP="00AA7809">
            <w:pPr>
              <w:pStyle w:val="NormalWeb"/>
              <w:ind w:left="720"/>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7657C0C" w14:textId="77777777" w:rsidR="00905626" w:rsidRDefault="00905626" w:rsidP="00905626">
            <w:pPr>
              <w:pStyle w:val="NormalWeb"/>
              <w:numPr>
                <w:ilvl w:val="0"/>
                <w:numId w:val="51"/>
              </w:numPr>
            </w:pPr>
            <w:r>
              <w:t>Visual scaffolds for each section of the research packet</w:t>
            </w:r>
          </w:p>
          <w:p w14:paraId="7B549A11" w14:textId="77777777" w:rsidR="00905626" w:rsidRDefault="00905626" w:rsidP="00905626">
            <w:pPr>
              <w:pStyle w:val="NormalWeb"/>
              <w:numPr>
                <w:ilvl w:val="0"/>
                <w:numId w:val="51"/>
              </w:numPr>
            </w:pPr>
            <w:r>
              <w:t>Whole-group modeling on how to research and fill out packet pages</w:t>
            </w:r>
          </w:p>
          <w:p w14:paraId="77A789D7" w14:textId="107A94EB" w:rsidR="00905626" w:rsidRDefault="00905626" w:rsidP="00905626">
            <w:pPr>
              <w:pStyle w:val="NormalWeb"/>
              <w:numPr>
                <w:ilvl w:val="0"/>
                <w:numId w:val="51"/>
              </w:numPr>
            </w:pPr>
            <w:r>
              <w:t>Option for voice typing or teacher scribing for struggling students</w:t>
            </w:r>
          </w:p>
          <w:p w14:paraId="55BACF0A" w14:textId="445CAD7F" w:rsidR="006B039E" w:rsidRPr="00315705" w:rsidRDefault="00905626" w:rsidP="00905626">
            <w:pPr>
              <w:pStyle w:val="NormalWeb"/>
              <w:numPr>
                <w:ilvl w:val="0"/>
                <w:numId w:val="51"/>
              </w:numPr>
            </w:pPr>
            <w:r>
              <w:t>Sentence frames and examples for each box</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07AFD0F" w14:textId="77777777" w:rsidR="00905626" w:rsidRDefault="00905626" w:rsidP="00905626">
            <w:pPr>
              <w:pStyle w:val="NormalWeb"/>
              <w:numPr>
                <w:ilvl w:val="0"/>
                <w:numId w:val="52"/>
              </w:numPr>
            </w:pPr>
            <w:r>
              <w:t>Introduction and Modeling (10-12 min):</w:t>
            </w:r>
          </w:p>
          <w:p w14:paraId="694B0882" w14:textId="77777777" w:rsidR="00905626" w:rsidRDefault="00905626" w:rsidP="00905626">
            <w:pPr>
              <w:pStyle w:val="NormalWeb"/>
              <w:numPr>
                <w:ilvl w:val="0"/>
                <w:numId w:val="53"/>
              </w:numPr>
            </w:pPr>
            <w:r>
              <w:t>Introduce the goal: "Today we are starting our Animal Report!"</w:t>
            </w:r>
          </w:p>
          <w:p w14:paraId="7E924ED2" w14:textId="1EB231B9" w:rsidR="00905626" w:rsidRDefault="00905626" w:rsidP="00905626">
            <w:pPr>
              <w:pStyle w:val="NormalWeb"/>
              <w:numPr>
                <w:ilvl w:val="0"/>
                <w:numId w:val="53"/>
              </w:numPr>
            </w:pPr>
            <w:r>
              <w:t>Explain that students will take the animal they chose and learn about what it eats, where it lives, how it grows, and more.</w:t>
            </w:r>
          </w:p>
          <w:p w14:paraId="4DE6C832" w14:textId="3C5C162D" w:rsidR="00905626" w:rsidRDefault="00905626" w:rsidP="00905626">
            <w:pPr>
              <w:pStyle w:val="NormalWeb"/>
              <w:numPr>
                <w:ilvl w:val="0"/>
                <w:numId w:val="53"/>
              </w:numPr>
            </w:pPr>
            <w:r>
              <w:t xml:space="preserve">Model how to research an animal using a teacher-selected example (e.g., </w:t>
            </w:r>
            <w:r w:rsidR="00A7411C">
              <w:t>Horseshoe Crab</w:t>
            </w:r>
            <w:r>
              <w:t>). Show how to navigate th</w:t>
            </w:r>
            <w:r w:rsidR="00A7411C">
              <w:t>eir animal books of choice</w:t>
            </w:r>
            <w:r>
              <w:t>, scan for information, and fill out one category on the packet (e.g., habitat).</w:t>
            </w:r>
          </w:p>
          <w:p w14:paraId="299B1463" w14:textId="77777777" w:rsidR="00905626" w:rsidRDefault="00905626" w:rsidP="00905626">
            <w:pPr>
              <w:pStyle w:val="NormalWeb"/>
              <w:numPr>
                <w:ilvl w:val="0"/>
                <w:numId w:val="53"/>
              </w:numPr>
            </w:pPr>
            <w:r>
              <w:t>Model filling out the rest of the packet briefly and clearly under the doc cam.</w:t>
            </w:r>
          </w:p>
          <w:p w14:paraId="3D69D4DC" w14:textId="77777777" w:rsidR="00905626" w:rsidRDefault="00905626" w:rsidP="00905626">
            <w:pPr>
              <w:pStyle w:val="NormalWeb"/>
              <w:numPr>
                <w:ilvl w:val="0"/>
                <w:numId w:val="54"/>
              </w:numPr>
            </w:pPr>
            <w:r>
              <w:t>Independent Research (25-30 min):</w:t>
            </w:r>
          </w:p>
          <w:p w14:paraId="2017CCEC" w14:textId="0319DBA7" w:rsidR="00905626" w:rsidRDefault="00905626" w:rsidP="00905626">
            <w:pPr>
              <w:pStyle w:val="NormalWeb"/>
              <w:numPr>
                <w:ilvl w:val="0"/>
                <w:numId w:val="55"/>
              </w:numPr>
            </w:pPr>
            <w:r>
              <w:t xml:space="preserve">Students work at their desks using </w:t>
            </w:r>
            <w:r w:rsidR="00A7411C">
              <w:t>their animal books</w:t>
            </w:r>
            <w:r>
              <w:t xml:space="preserve"> to research their chosen animal.</w:t>
            </w:r>
          </w:p>
          <w:p w14:paraId="4C1D3AC6" w14:textId="77777777" w:rsidR="00905626" w:rsidRDefault="00905626" w:rsidP="00905626">
            <w:pPr>
              <w:pStyle w:val="NormalWeb"/>
              <w:numPr>
                <w:ilvl w:val="0"/>
                <w:numId w:val="55"/>
              </w:numPr>
            </w:pPr>
            <w:r>
              <w:t>They fill out each section of the research packet: appearance, habitat, diet, life cycle, adaptations, and interesting facts.</w:t>
            </w:r>
          </w:p>
          <w:p w14:paraId="18648AE2" w14:textId="75878005" w:rsidR="00905626" w:rsidRDefault="00905626" w:rsidP="00905626">
            <w:pPr>
              <w:pStyle w:val="NormalWeb"/>
              <w:numPr>
                <w:ilvl w:val="0"/>
                <w:numId w:val="55"/>
              </w:numPr>
            </w:pPr>
            <w:r>
              <w:t>Circulate and support as needed, prompting students to check spelling, use complete sentences, or use sentence frames modeled on board with vocabulary.</w:t>
            </w:r>
          </w:p>
          <w:p w14:paraId="6430C87B" w14:textId="77777777" w:rsidR="00905626" w:rsidRDefault="00905626" w:rsidP="00905626">
            <w:pPr>
              <w:pStyle w:val="NormalWeb"/>
              <w:numPr>
                <w:ilvl w:val="0"/>
                <w:numId w:val="55"/>
              </w:numPr>
            </w:pPr>
            <w:r>
              <w:t>Encourage peer collaboration for students who need help navigating their research tools.</w:t>
            </w:r>
          </w:p>
          <w:p w14:paraId="3E88025B" w14:textId="77777777" w:rsidR="00905626" w:rsidRDefault="00905626" w:rsidP="00905626">
            <w:pPr>
              <w:pStyle w:val="NormalWeb"/>
              <w:numPr>
                <w:ilvl w:val="0"/>
                <w:numId w:val="56"/>
              </w:numPr>
            </w:pPr>
            <w:r>
              <w:t>Mid-Lesson Check-In (5 min):</w:t>
            </w:r>
          </w:p>
          <w:p w14:paraId="02CF3793" w14:textId="77777777" w:rsidR="00905626" w:rsidRDefault="00905626" w:rsidP="00905626">
            <w:pPr>
              <w:pStyle w:val="NormalWeb"/>
              <w:numPr>
                <w:ilvl w:val="0"/>
                <w:numId w:val="57"/>
              </w:numPr>
            </w:pPr>
            <w:r>
              <w:t>Pause the class and ask students to share one interesting fact or vocabulary word they’ve written so far.</w:t>
            </w:r>
          </w:p>
          <w:p w14:paraId="7F0768EB" w14:textId="77777777" w:rsidR="00DE1BF7" w:rsidRDefault="00905626" w:rsidP="00905626">
            <w:pPr>
              <w:pStyle w:val="NormalWeb"/>
              <w:numPr>
                <w:ilvl w:val="0"/>
                <w:numId w:val="57"/>
              </w:numPr>
            </w:pPr>
            <w:r>
              <w:t>Provide quick encouragement or redirection.</w:t>
            </w:r>
          </w:p>
          <w:p w14:paraId="311FF6B5" w14:textId="62AA9A4B" w:rsidR="00A7411C" w:rsidRPr="00315705" w:rsidRDefault="00905626" w:rsidP="00A7411C">
            <w:pPr>
              <w:pStyle w:val="NormalWeb"/>
              <w:numPr>
                <w:ilvl w:val="0"/>
                <w:numId w:val="57"/>
              </w:numPr>
            </w:pPr>
            <w:r>
              <w:t>Provide brain break video</w:t>
            </w:r>
            <w:r w:rsidR="00A7411C">
              <w:t xml:space="preserve"> after modeling fact boxes.  </w:t>
            </w:r>
            <w:hyperlink r:id="rId8" w:history="1">
              <w:r w:rsidR="00A7411C" w:rsidRPr="008F1564">
                <w:rPr>
                  <w:rStyle w:val="Hyperlink"/>
                </w:rPr>
                <w:t>https://www.youtube.com/watch?v=tKimfTaP6Yo</w:t>
              </w:r>
            </w:hyperlink>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5D04BE48" w14:textId="5F04E4DE" w:rsidR="00905626" w:rsidRDefault="00905626" w:rsidP="00905626">
            <w:pPr>
              <w:pStyle w:val="NormalWeb"/>
              <w:numPr>
                <w:ilvl w:val="0"/>
                <w:numId w:val="59"/>
              </w:numPr>
            </w:pPr>
            <w:r>
              <w:t>Informal: Observation of student progress on packet completion and on-task research with oral check-ins on students' understanding of vocabulary and research categories</w:t>
            </w:r>
          </w:p>
          <w:p w14:paraId="0FCC8B2C" w14:textId="477809B8" w:rsidR="00A8077B" w:rsidRPr="00315705" w:rsidRDefault="00905626" w:rsidP="00905626">
            <w:pPr>
              <w:pStyle w:val="NormalWeb"/>
              <w:numPr>
                <w:ilvl w:val="0"/>
                <w:numId w:val="59"/>
              </w:numPr>
            </w:pPr>
            <w:r>
              <w:t>Formal: Collected packets at the end of the session to check for completeness and effort in each section of the data collection.</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4D63F3A9" w14:textId="77777777" w:rsidR="00905626" w:rsidRDefault="00905626" w:rsidP="00905626">
            <w:pPr>
              <w:pStyle w:val="NormalWeb"/>
            </w:pPr>
            <w:r>
              <w:t>Review/Closing (3-5 min):</w:t>
            </w:r>
          </w:p>
          <w:p w14:paraId="0E877AD5" w14:textId="2932BE7E" w:rsidR="00905626" w:rsidRDefault="00905626" w:rsidP="00905626">
            <w:pPr>
              <w:pStyle w:val="NormalWeb"/>
              <w:numPr>
                <w:ilvl w:val="0"/>
                <w:numId w:val="58"/>
              </w:numPr>
            </w:pPr>
            <w:r>
              <w:t>Remind students that the information they researched today will be used to make a real book about their animal as teacher collects packets from students.</w:t>
            </w:r>
          </w:p>
          <w:p w14:paraId="7E7FE816" w14:textId="77777777" w:rsidR="00905626" w:rsidRDefault="00905626" w:rsidP="00905626">
            <w:pPr>
              <w:pStyle w:val="NormalWeb"/>
              <w:numPr>
                <w:ilvl w:val="0"/>
                <w:numId w:val="58"/>
              </w:numPr>
            </w:pPr>
            <w:r>
              <w:t>Ask: "What was something new you learned about your animal today?"</w:t>
            </w:r>
          </w:p>
          <w:p w14:paraId="6D468A2A" w14:textId="4AC1817C" w:rsidR="00D520CC" w:rsidRPr="00315705" w:rsidRDefault="00905626" w:rsidP="00905626">
            <w:pPr>
              <w:pStyle w:val="NormalWeb"/>
              <w:numPr>
                <w:ilvl w:val="0"/>
                <w:numId w:val="58"/>
              </w:numPr>
            </w:pPr>
            <w:r>
              <w:t>Preview the next day's task: "Tomorrow, we’ll start turning these notes into pages for your animal report book."</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lastRenderedPageBreak/>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0C8E852A" w14:textId="77777777" w:rsidR="00FD705D" w:rsidRPr="006B12DB" w:rsidRDefault="00D520CC" w:rsidP="00FD705D">
            <w:pPr>
              <w:pStyle w:val="ListParagraph"/>
              <w:numPr>
                <w:ilvl w:val="0"/>
                <w:numId w:val="60"/>
              </w:numPr>
              <w:rPr>
                <w:rFonts w:eastAsiaTheme="minorHAnsi"/>
                <w:color w:val="000000"/>
                <w:sz w:val="22"/>
                <w:szCs w:val="22"/>
              </w:rPr>
            </w:pPr>
            <w:r w:rsidRPr="006B12DB">
              <w:rPr>
                <w:rFonts w:eastAsiaTheme="minorHAnsi"/>
                <w:color w:val="000000"/>
                <w:sz w:val="22"/>
                <w:szCs w:val="22"/>
              </w:rPr>
              <w:t>What was most effective about this lesson? What evidence do you have to support your response in terms of content understanding and in classroom management?</w:t>
            </w:r>
          </w:p>
          <w:p w14:paraId="15362A4E" w14:textId="77777777" w:rsidR="00FD705D" w:rsidRPr="006B12DB" w:rsidRDefault="00FD705D" w:rsidP="00FD705D">
            <w:pPr>
              <w:pStyle w:val="ListParagraph"/>
              <w:rPr>
                <w:rFonts w:eastAsiaTheme="minorHAnsi"/>
                <w:color w:val="000000"/>
                <w:sz w:val="22"/>
                <w:szCs w:val="22"/>
              </w:rPr>
            </w:pPr>
          </w:p>
          <w:p w14:paraId="5DFD42F5" w14:textId="52976623" w:rsidR="00FD705D" w:rsidRPr="006B12DB" w:rsidRDefault="00FD705D" w:rsidP="00FD705D">
            <w:pPr>
              <w:pStyle w:val="ListParagraph"/>
              <w:rPr>
                <w:sz w:val="22"/>
                <w:szCs w:val="22"/>
              </w:rPr>
            </w:pPr>
            <w:r w:rsidRPr="006B12DB">
              <w:rPr>
                <w:sz w:val="22"/>
                <w:szCs w:val="22"/>
              </w:rPr>
              <w:t>The most effective part was how motivated the students were to research their animal. Giving them choice made them excited to learn. The research packet broke things down clearly, and the visual modeling helped them know what to do. A lot of students used vocabulary like “habitat” and “adaptation” without being prompted.</w:t>
            </w:r>
          </w:p>
          <w:p w14:paraId="0B8256E7" w14:textId="77777777" w:rsidR="00FD705D" w:rsidRPr="006B12DB" w:rsidRDefault="00FD705D" w:rsidP="00FD705D">
            <w:pPr>
              <w:pStyle w:val="ListParagraph"/>
              <w:rPr>
                <w:rFonts w:eastAsiaTheme="minorHAnsi"/>
                <w:color w:val="000000"/>
                <w:sz w:val="22"/>
                <w:szCs w:val="22"/>
              </w:rPr>
            </w:pPr>
          </w:p>
          <w:p w14:paraId="5ACC2A02" w14:textId="77777777" w:rsidR="00FD705D" w:rsidRPr="006B12DB" w:rsidRDefault="00D520CC" w:rsidP="00FD705D">
            <w:pPr>
              <w:pStyle w:val="ListParagraph"/>
              <w:numPr>
                <w:ilvl w:val="0"/>
                <w:numId w:val="60"/>
              </w:numPr>
              <w:rPr>
                <w:rFonts w:eastAsiaTheme="minorHAnsi"/>
                <w:color w:val="000000"/>
                <w:sz w:val="22"/>
                <w:szCs w:val="22"/>
              </w:rPr>
            </w:pPr>
            <w:r w:rsidRPr="006B12DB">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57709EC6" w14:textId="77777777" w:rsidR="00FD705D" w:rsidRPr="006B12DB" w:rsidRDefault="00FD705D" w:rsidP="00FD705D">
            <w:pPr>
              <w:pStyle w:val="ListParagraph"/>
              <w:rPr>
                <w:sz w:val="22"/>
                <w:szCs w:val="22"/>
              </w:rPr>
            </w:pPr>
          </w:p>
          <w:p w14:paraId="6F36FB13" w14:textId="6E8DF804" w:rsidR="00FD705D" w:rsidRPr="006B12DB" w:rsidRDefault="00FD705D" w:rsidP="00FD705D">
            <w:pPr>
              <w:pStyle w:val="ListParagraph"/>
              <w:rPr>
                <w:sz w:val="22"/>
                <w:szCs w:val="22"/>
              </w:rPr>
            </w:pPr>
            <w:r w:rsidRPr="006B12DB">
              <w:rPr>
                <w:sz w:val="22"/>
                <w:szCs w:val="22"/>
              </w:rPr>
              <w:t>Next time, I’d be more intentional about pairing students who may struggle with reading. Some students needed more support to find facts in their animal books and lost focus. I’d also use a timer to break the session into smaller chunks, so students know how long they have to work on each section.</w:t>
            </w:r>
          </w:p>
          <w:p w14:paraId="7783B533" w14:textId="77777777" w:rsidR="00FD705D" w:rsidRPr="006B12DB" w:rsidRDefault="00FD705D" w:rsidP="00FD705D">
            <w:pPr>
              <w:pStyle w:val="ListParagraph"/>
              <w:rPr>
                <w:rFonts w:eastAsiaTheme="minorHAnsi"/>
                <w:color w:val="000000"/>
                <w:sz w:val="22"/>
                <w:szCs w:val="22"/>
              </w:rPr>
            </w:pPr>
          </w:p>
          <w:p w14:paraId="2B1AA6E4" w14:textId="77777777" w:rsidR="00FD705D" w:rsidRPr="006B12DB" w:rsidRDefault="00D520CC" w:rsidP="00FD705D">
            <w:pPr>
              <w:pStyle w:val="ListParagraph"/>
              <w:numPr>
                <w:ilvl w:val="0"/>
                <w:numId w:val="60"/>
              </w:numPr>
              <w:rPr>
                <w:rFonts w:eastAsiaTheme="minorHAnsi"/>
                <w:color w:val="000000"/>
                <w:sz w:val="22"/>
                <w:szCs w:val="22"/>
              </w:rPr>
            </w:pPr>
            <w:r w:rsidRPr="006B12DB">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528CCFF8" w14:textId="77777777" w:rsidR="00FD705D" w:rsidRPr="006B12DB" w:rsidRDefault="00FD705D" w:rsidP="00FD705D">
            <w:pPr>
              <w:pStyle w:val="ListParagraph"/>
              <w:rPr>
                <w:rFonts w:eastAsiaTheme="minorHAnsi"/>
                <w:color w:val="000000"/>
                <w:sz w:val="22"/>
                <w:szCs w:val="22"/>
              </w:rPr>
            </w:pPr>
          </w:p>
          <w:p w14:paraId="20C84026" w14:textId="79D0F2D9" w:rsidR="00FD705D" w:rsidRPr="006B12DB" w:rsidRDefault="00FD705D" w:rsidP="00FD705D">
            <w:pPr>
              <w:pStyle w:val="ListParagraph"/>
              <w:rPr>
                <w:sz w:val="22"/>
                <w:szCs w:val="22"/>
              </w:rPr>
            </w:pPr>
            <w:r w:rsidRPr="006B12DB">
              <w:rPr>
                <w:sz w:val="22"/>
                <w:szCs w:val="22"/>
              </w:rPr>
              <w:t>Because the topic was high-interest, student engagement stayed strong. I gave quick verbal feedback like “Tell me more about what your animal eats” or “Check that sentence, does it tell where your animal lives?” That helped redirect and pushed their thinking. They also responded well to hearing their peers share interesting facts during the mid-lesson check-in.</w:t>
            </w:r>
          </w:p>
          <w:p w14:paraId="1DB99150" w14:textId="77777777" w:rsidR="00FD705D" w:rsidRPr="006B12DB" w:rsidRDefault="00FD705D" w:rsidP="00FD705D">
            <w:pPr>
              <w:pStyle w:val="ListParagraph"/>
              <w:rPr>
                <w:rFonts w:eastAsiaTheme="minorHAnsi"/>
                <w:color w:val="000000"/>
                <w:sz w:val="22"/>
                <w:szCs w:val="22"/>
              </w:rPr>
            </w:pPr>
          </w:p>
          <w:p w14:paraId="66B40DD9" w14:textId="77777777" w:rsidR="00FD705D" w:rsidRPr="006B12DB" w:rsidRDefault="00DE1BF7" w:rsidP="00FD705D">
            <w:pPr>
              <w:pStyle w:val="ListParagraph"/>
              <w:numPr>
                <w:ilvl w:val="0"/>
                <w:numId w:val="60"/>
              </w:numPr>
              <w:rPr>
                <w:sz w:val="22"/>
                <w:szCs w:val="22"/>
              </w:rPr>
            </w:pPr>
            <w:r w:rsidRPr="006B12DB">
              <w:rPr>
                <w:sz w:val="22"/>
                <w:szCs w:val="22"/>
              </w:rPr>
              <w:t xml:space="preserve">Based on your responses above (#1-3), how would formal/informal assessment data from the lesson inform the changes you would make in the next lesson in this series?  </w:t>
            </w:r>
          </w:p>
          <w:p w14:paraId="7C1101B2" w14:textId="77777777" w:rsidR="00FD705D" w:rsidRPr="006B12DB" w:rsidRDefault="00FD705D" w:rsidP="00FD705D">
            <w:pPr>
              <w:pStyle w:val="ListParagraph"/>
              <w:rPr>
                <w:sz w:val="22"/>
                <w:szCs w:val="22"/>
              </w:rPr>
            </w:pPr>
          </w:p>
          <w:p w14:paraId="0F425D56" w14:textId="77777777" w:rsidR="00FD705D" w:rsidRPr="006B12DB" w:rsidRDefault="00FD705D" w:rsidP="00FD705D">
            <w:pPr>
              <w:pStyle w:val="ListParagraph"/>
              <w:rPr>
                <w:sz w:val="22"/>
                <w:szCs w:val="22"/>
              </w:rPr>
            </w:pPr>
            <w:r w:rsidRPr="006B12DB">
              <w:rPr>
                <w:sz w:val="22"/>
                <w:szCs w:val="22"/>
              </w:rPr>
              <w:t>Looking over the packets showed me who needs help turning notes into complete sentences. Some were strong with content but left sections incomplete. So, for Day 2, I plan to scaffold the writing with sentence starters and maybe do a group brainstorm before independent writing.</w:t>
            </w:r>
          </w:p>
          <w:p w14:paraId="0C6BE9C3" w14:textId="248421CA" w:rsidR="00FD705D" w:rsidRPr="00FD705D" w:rsidRDefault="00FD705D" w:rsidP="00FD705D">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4EAE9F35"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455E3E">
              <w:rPr>
                <w:sz w:val="22"/>
                <w:szCs w:val="22"/>
              </w:rPr>
              <w:t>4</w:t>
            </w:r>
            <w:r>
              <w:rPr>
                <w:sz w:val="22"/>
                <w:szCs w:val="22"/>
              </w:rPr>
              <w:t>/</w:t>
            </w:r>
            <w:r w:rsidR="00455E3E">
              <w:rPr>
                <w:sz w:val="22"/>
                <w:szCs w:val="22"/>
              </w:rPr>
              <w:t>8</w:t>
            </w:r>
            <w:r>
              <w:rPr>
                <w:sz w:val="22"/>
                <w:szCs w:val="22"/>
              </w:rPr>
              <w:t>/</w:t>
            </w:r>
            <w:r w:rsidR="002D4414">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5AD964EA" w14:textId="673F239A" w:rsidR="00455E3E" w:rsidRDefault="00455E3E" w:rsidP="00012E18">
            <w:pPr>
              <w:jc w:val="center"/>
              <w:rPr>
                <w:sz w:val="22"/>
                <w:szCs w:val="22"/>
              </w:rPr>
            </w:pPr>
            <w:r>
              <w:rPr>
                <w:sz w:val="22"/>
                <w:szCs w:val="22"/>
              </w:rPr>
              <w:t>1</w:t>
            </w:r>
            <w:r w:rsidRPr="00455E3E">
              <w:rPr>
                <w:sz w:val="22"/>
                <w:szCs w:val="22"/>
              </w:rPr>
              <w:t>st</w:t>
            </w: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27E8CC05" w:rsidR="00A65332" w:rsidRPr="00315705" w:rsidRDefault="00455E3E" w:rsidP="00315705">
            <w:pPr>
              <w:jc w:val="center"/>
              <w:rPr>
                <w:sz w:val="22"/>
                <w:szCs w:val="22"/>
              </w:rPr>
            </w:pPr>
            <w:r>
              <w:rPr>
                <w:sz w:val="22"/>
                <w:szCs w:val="22"/>
              </w:rPr>
              <w:t>Writing – Field Trip Reflection (Vons)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3EF6939D" w14:textId="77777777" w:rsidR="00455E3E" w:rsidRDefault="00144D50" w:rsidP="00455E3E">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7213570E" w14:textId="77777777" w:rsidR="00455E3E" w:rsidRPr="00455E3E" w:rsidRDefault="00455E3E" w:rsidP="00455E3E">
            <w:pPr>
              <w:pStyle w:val="ListParagraph"/>
              <w:keepNext/>
              <w:numPr>
                <w:ilvl w:val="0"/>
                <w:numId w:val="48"/>
              </w:numPr>
              <w:outlineLvl w:val="0"/>
              <w:rPr>
                <w:rFonts w:eastAsia="Times"/>
                <w:b/>
                <w:bCs/>
                <w:sz w:val="22"/>
                <w:szCs w:val="22"/>
              </w:rPr>
            </w:pPr>
            <w:r>
              <w:t xml:space="preserve">CCSS.ELA-LITERACY.W.1.2 - Write informative/explanatory texts in which they name a topic, supply some facts about the topic, and provide some sense of closure. </w:t>
            </w:r>
          </w:p>
          <w:p w14:paraId="7F86734B" w14:textId="65A47B19" w:rsidR="00455E3E" w:rsidRPr="00455E3E" w:rsidRDefault="00455E3E" w:rsidP="00455E3E">
            <w:pPr>
              <w:pStyle w:val="ListParagraph"/>
              <w:keepNext/>
              <w:numPr>
                <w:ilvl w:val="0"/>
                <w:numId w:val="48"/>
              </w:numPr>
              <w:outlineLvl w:val="0"/>
              <w:rPr>
                <w:rFonts w:eastAsia="Times"/>
                <w:b/>
                <w:bCs/>
                <w:sz w:val="22"/>
                <w:szCs w:val="22"/>
              </w:rPr>
            </w:pPr>
            <w:r>
              <w:t>CCSS.ELA-LITERACY.W.2.2 - Write informative/explanatory texts in which they introduce a topic, use facts and definitions to develop points, and provide a concluding statement or section.</w:t>
            </w:r>
          </w:p>
          <w:p w14:paraId="6AF4F294" w14:textId="759852B1" w:rsidR="00315705" w:rsidRPr="00315705" w:rsidRDefault="00315705" w:rsidP="00AA7809">
            <w:pPr>
              <w:pStyle w:val="ListParagraph"/>
              <w:keepNext/>
              <w:outlineLvl w:val="0"/>
              <w:rPr>
                <w:rFonts w:eastAsia="Times"/>
                <w:b/>
                <w:bCs/>
                <w:sz w:val="22"/>
                <w:szCs w:val="22"/>
              </w:rPr>
            </w:pPr>
          </w:p>
        </w:tc>
        <w:tc>
          <w:tcPr>
            <w:tcW w:w="5400" w:type="dxa"/>
            <w:tcBorders>
              <w:top w:val="thickThinSmallGap" w:sz="24" w:space="0" w:color="auto"/>
              <w:left w:val="thickThinSmallGap" w:sz="24" w:space="0" w:color="auto"/>
              <w:right w:val="thickThinSmallGap" w:sz="24" w:space="0" w:color="auto"/>
            </w:tcBorders>
          </w:tcPr>
          <w:p w14:paraId="1ABFC725" w14:textId="77777777" w:rsidR="00455E3E" w:rsidRDefault="00144D50" w:rsidP="00455E3E">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4124E217" w14:textId="77777777" w:rsidR="00455E3E" w:rsidRPr="00455E3E" w:rsidRDefault="00455E3E" w:rsidP="00455E3E">
            <w:pPr>
              <w:pStyle w:val="ListParagraph"/>
              <w:numPr>
                <w:ilvl w:val="0"/>
                <w:numId w:val="49"/>
              </w:numPr>
              <w:rPr>
                <w:rFonts w:eastAsia="Times"/>
                <w:b/>
                <w:bCs/>
                <w:sz w:val="22"/>
                <w:szCs w:val="22"/>
              </w:rPr>
            </w:pPr>
            <w:r>
              <w:t>ELD.PI.1-2.1 - Exchanging information and ideas with others through oral collaborative conversations.</w:t>
            </w:r>
          </w:p>
          <w:p w14:paraId="77B32795" w14:textId="2360518A" w:rsidR="00455E3E" w:rsidRPr="00455E3E" w:rsidRDefault="00455E3E" w:rsidP="00455E3E">
            <w:pPr>
              <w:pStyle w:val="ListParagraph"/>
              <w:numPr>
                <w:ilvl w:val="0"/>
                <w:numId w:val="49"/>
              </w:numPr>
              <w:rPr>
                <w:rFonts w:eastAsia="Times"/>
                <w:b/>
                <w:bCs/>
                <w:sz w:val="22"/>
                <w:szCs w:val="22"/>
              </w:rPr>
            </w:pPr>
            <w:r>
              <w:t>ELD.PI.1-2.9 - Expressing information and ideas in oral presentations and written texts.</w:t>
            </w:r>
          </w:p>
          <w:p w14:paraId="520B1439" w14:textId="6FAE6B81" w:rsidR="00315705" w:rsidRPr="00315705" w:rsidRDefault="00315705" w:rsidP="00AA7809">
            <w:pPr>
              <w:pStyle w:val="ListParagraph"/>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2D707C33" w14:textId="77777777" w:rsidR="00455E3E" w:rsidRDefault="006B039E" w:rsidP="00455E3E">
            <w:pPr>
              <w:keepNext/>
              <w:outlineLvl w:val="0"/>
              <w:rPr>
                <w:rFonts w:eastAsia="Times"/>
                <w:b/>
                <w:bCs/>
                <w:sz w:val="22"/>
                <w:szCs w:val="22"/>
              </w:rPr>
            </w:pPr>
            <w:r w:rsidRPr="006C76A0">
              <w:rPr>
                <w:rFonts w:eastAsia="Times"/>
                <w:b/>
                <w:bCs/>
                <w:sz w:val="22"/>
                <w:szCs w:val="22"/>
              </w:rPr>
              <w:t xml:space="preserve">Lesson Objective(s)/Goal(s): </w:t>
            </w:r>
          </w:p>
          <w:p w14:paraId="07C19E8C" w14:textId="44F04D94" w:rsidR="00315705" w:rsidRPr="00455E3E" w:rsidRDefault="00455E3E" w:rsidP="00455E3E">
            <w:pPr>
              <w:pStyle w:val="ListParagraph"/>
              <w:keepNext/>
              <w:numPr>
                <w:ilvl w:val="0"/>
                <w:numId w:val="50"/>
              </w:numPr>
              <w:outlineLvl w:val="0"/>
              <w:rPr>
                <w:rFonts w:eastAsia="Times"/>
                <w:b/>
                <w:bCs/>
                <w:sz w:val="22"/>
                <w:szCs w:val="22"/>
              </w:rPr>
            </w:pPr>
            <w:r>
              <w:t>By the end of the lesson, given a field trip reflection worksheet, students will write at least two complete sentences describing what they learned and their favorite part of the field trip to VONS and illustrate their experience with a matching picture with full accuracy and completion.</w:t>
            </w:r>
          </w:p>
        </w:tc>
        <w:tc>
          <w:tcPr>
            <w:tcW w:w="5400" w:type="dxa"/>
            <w:tcBorders>
              <w:top w:val="thickThinSmallGap" w:sz="24" w:space="0" w:color="auto"/>
              <w:left w:val="thickThinSmallGap" w:sz="24" w:space="0" w:color="auto"/>
              <w:right w:val="thickThinSmallGap" w:sz="24" w:space="0" w:color="auto"/>
            </w:tcBorders>
          </w:tcPr>
          <w:p w14:paraId="5A042891" w14:textId="77777777" w:rsidR="00455E3E" w:rsidRDefault="006B039E" w:rsidP="00455E3E">
            <w:pPr>
              <w:rPr>
                <w:b/>
                <w:sz w:val="22"/>
                <w:szCs w:val="22"/>
              </w:rPr>
            </w:pPr>
            <w:r w:rsidRPr="00BB7B32">
              <w:rPr>
                <w:b/>
                <w:sz w:val="22"/>
                <w:szCs w:val="22"/>
              </w:rPr>
              <w:t>Language Objective(s):</w:t>
            </w:r>
          </w:p>
          <w:p w14:paraId="29EC03ED" w14:textId="02ED05CD" w:rsidR="00315705" w:rsidRPr="00455E3E" w:rsidRDefault="00455E3E" w:rsidP="00455E3E">
            <w:pPr>
              <w:pStyle w:val="ListParagraph"/>
              <w:numPr>
                <w:ilvl w:val="0"/>
                <w:numId w:val="50"/>
              </w:numPr>
              <w:rPr>
                <w:b/>
                <w:sz w:val="22"/>
                <w:szCs w:val="22"/>
              </w:rPr>
            </w:pPr>
            <w:r>
              <w:t>With sentence starters and teacher modeling, students will write complete sentences using past tense verbs and relevant vocabulary from their field trip experience with 85% accuracy.</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C8B36E7" w14:textId="77777777" w:rsidR="00455E3E" w:rsidRDefault="00455E3E" w:rsidP="00455E3E">
            <w:pPr>
              <w:pStyle w:val="NormalWeb"/>
              <w:numPr>
                <w:ilvl w:val="0"/>
                <w:numId w:val="50"/>
              </w:numPr>
            </w:pPr>
            <w:r>
              <w:t xml:space="preserve">Functions: Reflect, describe, explain </w:t>
            </w:r>
          </w:p>
          <w:p w14:paraId="11D2FE6D" w14:textId="77777777" w:rsidR="00455E3E" w:rsidRDefault="00455E3E" w:rsidP="00455E3E">
            <w:pPr>
              <w:pStyle w:val="NormalWeb"/>
              <w:numPr>
                <w:ilvl w:val="0"/>
                <w:numId w:val="50"/>
              </w:numPr>
            </w:pPr>
            <w:r>
              <w:t xml:space="preserve">Vocabulary: learned, favorite, visited, groceries, store, bakery, deli, cashier, produce </w:t>
            </w:r>
          </w:p>
          <w:p w14:paraId="0C7182F0" w14:textId="77777777" w:rsidR="00455E3E" w:rsidRDefault="00455E3E" w:rsidP="00455E3E">
            <w:pPr>
              <w:pStyle w:val="NormalWeb"/>
              <w:numPr>
                <w:ilvl w:val="0"/>
                <w:numId w:val="50"/>
              </w:numPr>
            </w:pPr>
            <w:r>
              <w:t xml:space="preserve">Discourse: Writing and oral sharing of reflections </w:t>
            </w:r>
          </w:p>
          <w:p w14:paraId="1FAA2AA4" w14:textId="2C15F453" w:rsidR="00455E3E" w:rsidRDefault="00455E3E" w:rsidP="00455E3E">
            <w:pPr>
              <w:pStyle w:val="NormalWeb"/>
              <w:numPr>
                <w:ilvl w:val="0"/>
                <w:numId w:val="50"/>
              </w:numPr>
            </w:pPr>
            <w:r>
              <w:t>Syntax: "One thing I learned at VONS was ___." / "My favorite part of visiting VONS was ___."</w:t>
            </w:r>
          </w:p>
          <w:p w14:paraId="0377DB37" w14:textId="4A62A51B" w:rsidR="006B039E" w:rsidRPr="006264F7" w:rsidRDefault="006B039E" w:rsidP="00AA7809">
            <w:pPr>
              <w:pStyle w:val="NormalWeb"/>
              <w:ind w:left="720"/>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1BAE8DEC" w14:textId="78DB41A0" w:rsidR="00455E3E" w:rsidRDefault="00455E3E" w:rsidP="00455E3E">
            <w:pPr>
              <w:pStyle w:val="NormalWeb"/>
              <w:numPr>
                <w:ilvl w:val="0"/>
                <w:numId w:val="51"/>
              </w:numPr>
            </w:pPr>
            <w:r>
              <w:t>Sentence starters modeled on the board</w:t>
            </w:r>
          </w:p>
          <w:p w14:paraId="12874737" w14:textId="6EEF995C" w:rsidR="00455E3E" w:rsidRDefault="00455E3E" w:rsidP="00455E3E">
            <w:pPr>
              <w:pStyle w:val="NormalWeb"/>
              <w:numPr>
                <w:ilvl w:val="0"/>
                <w:numId w:val="51"/>
              </w:numPr>
            </w:pPr>
            <w:r>
              <w:t>Oral dictation support for students struggling with their writing</w:t>
            </w:r>
          </w:p>
          <w:p w14:paraId="6AC3D076" w14:textId="77777777" w:rsidR="00455E3E" w:rsidRDefault="00455E3E" w:rsidP="00455E3E">
            <w:pPr>
              <w:pStyle w:val="NormalWeb"/>
              <w:numPr>
                <w:ilvl w:val="0"/>
                <w:numId w:val="51"/>
              </w:numPr>
            </w:pPr>
            <w:r>
              <w:t>Picture prompts from the field trip or class discussion</w:t>
            </w:r>
          </w:p>
          <w:p w14:paraId="752123A5" w14:textId="77777777" w:rsidR="00455E3E" w:rsidRDefault="00455E3E" w:rsidP="00455E3E">
            <w:pPr>
              <w:pStyle w:val="NormalWeb"/>
              <w:numPr>
                <w:ilvl w:val="0"/>
                <w:numId w:val="51"/>
              </w:numPr>
            </w:pPr>
            <w:r>
              <w:t>Use of a word bank on the board for key vocabulary</w:t>
            </w:r>
          </w:p>
          <w:p w14:paraId="55BACF0A" w14:textId="3B7FB4DA" w:rsidR="006B039E" w:rsidRPr="00315705" w:rsidRDefault="00455E3E" w:rsidP="00455E3E">
            <w:pPr>
              <w:pStyle w:val="NormalWeb"/>
              <w:numPr>
                <w:ilvl w:val="0"/>
                <w:numId w:val="51"/>
              </w:numPr>
            </w:pPr>
            <w:r>
              <w:t>Peer conferencing or partner review before turning in work</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50A8736" w14:textId="77777777" w:rsidR="00455E3E" w:rsidRDefault="00455E3E" w:rsidP="00455E3E">
            <w:pPr>
              <w:pStyle w:val="NormalWeb"/>
              <w:numPr>
                <w:ilvl w:val="0"/>
                <w:numId w:val="52"/>
              </w:numPr>
            </w:pPr>
            <w:r>
              <w:t>Introduction and Modeling (5-7 min):</w:t>
            </w:r>
          </w:p>
          <w:p w14:paraId="7FF1DB8F" w14:textId="77777777" w:rsidR="00455E3E" w:rsidRDefault="00455E3E" w:rsidP="00455E3E">
            <w:pPr>
              <w:pStyle w:val="NormalWeb"/>
              <w:numPr>
                <w:ilvl w:val="0"/>
                <w:numId w:val="53"/>
              </w:numPr>
            </w:pPr>
            <w:r>
              <w:t>Begin with a short class discussion: "What do you remember about our trip to VONS?"</w:t>
            </w:r>
          </w:p>
          <w:p w14:paraId="7C80FEF2" w14:textId="77777777" w:rsidR="00455E3E" w:rsidRDefault="00455E3E" w:rsidP="00455E3E">
            <w:pPr>
              <w:pStyle w:val="NormalWeb"/>
              <w:numPr>
                <w:ilvl w:val="0"/>
                <w:numId w:val="53"/>
              </w:numPr>
            </w:pPr>
            <w:r>
              <w:t>Create a quick word bank on the board (produce, cashier, bakery, etc.)</w:t>
            </w:r>
          </w:p>
          <w:p w14:paraId="7BC18FCF" w14:textId="77777777" w:rsidR="00455E3E" w:rsidRDefault="00455E3E" w:rsidP="00455E3E">
            <w:pPr>
              <w:pStyle w:val="NormalWeb"/>
              <w:numPr>
                <w:ilvl w:val="0"/>
                <w:numId w:val="53"/>
              </w:numPr>
            </w:pPr>
            <w:r>
              <w:t>Show the reflection worksheet. Model how to fill out the top section: drawing yourself at VONS.</w:t>
            </w:r>
          </w:p>
          <w:p w14:paraId="4BB6E8D1" w14:textId="5B78D759" w:rsidR="00455E3E" w:rsidRDefault="00455E3E" w:rsidP="00455E3E">
            <w:pPr>
              <w:pStyle w:val="NormalWeb"/>
              <w:numPr>
                <w:ilvl w:val="0"/>
                <w:numId w:val="53"/>
              </w:numPr>
            </w:pPr>
            <w:r>
              <w:t>Model writing a complete sentence using sentence frame: "One thing I learned at VONS was that the bakery makes fresh bread every day."</w:t>
            </w:r>
          </w:p>
          <w:p w14:paraId="430E7411" w14:textId="77777777" w:rsidR="00455E3E" w:rsidRDefault="00455E3E" w:rsidP="00455E3E">
            <w:pPr>
              <w:pStyle w:val="NormalWeb"/>
              <w:numPr>
                <w:ilvl w:val="0"/>
                <w:numId w:val="54"/>
              </w:numPr>
            </w:pPr>
            <w:r>
              <w:t>Independent Work Time (20-25 min):</w:t>
            </w:r>
          </w:p>
          <w:p w14:paraId="1C87775C" w14:textId="77777777" w:rsidR="00455E3E" w:rsidRDefault="00455E3E" w:rsidP="00455E3E">
            <w:pPr>
              <w:pStyle w:val="NormalWeb"/>
              <w:numPr>
                <w:ilvl w:val="0"/>
                <w:numId w:val="55"/>
              </w:numPr>
            </w:pPr>
            <w:r>
              <w:t>Distribute the field trip reflection worksheet to students</w:t>
            </w:r>
          </w:p>
          <w:p w14:paraId="13FACD55" w14:textId="77777777" w:rsidR="00455E3E" w:rsidRDefault="00455E3E" w:rsidP="00455E3E">
            <w:pPr>
              <w:pStyle w:val="NormalWeb"/>
              <w:numPr>
                <w:ilvl w:val="0"/>
                <w:numId w:val="55"/>
              </w:numPr>
            </w:pPr>
            <w:r>
              <w:t>Students complete their drawing and write at least two complete sentences:</w:t>
            </w:r>
          </w:p>
          <w:p w14:paraId="17A3DF3E" w14:textId="77777777" w:rsidR="00455E3E" w:rsidRDefault="00455E3E" w:rsidP="00455E3E">
            <w:pPr>
              <w:pStyle w:val="NormalWeb"/>
              <w:numPr>
                <w:ilvl w:val="1"/>
                <w:numId w:val="55"/>
              </w:numPr>
            </w:pPr>
            <w:r>
              <w:t>One thing I learned at VONS</w:t>
            </w:r>
          </w:p>
          <w:p w14:paraId="04B80B32" w14:textId="77777777" w:rsidR="00455E3E" w:rsidRDefault="00455E3E" w:rsidP="00455E3E">
            <w:pPr>
              <w:pStyle w:val="NormalWeb"/>
              <w:numPr>
                <w:ilvl w:val="1"/>
                <w:numId w:val="55"/>
              </w:numPr>
            </w:pPr>
            <w:r>
              <w:t>My favorite part about visiting VONS</w:t>
            </w:r>
          </w:p>
          <w:p w14:paraId="23921D16" w14:textId="592A6A3B" w:rsidR="00455E3E" w:rsidRDefault="00455E3E" w:rsidP="00455E3E">
            <w:pPr>
              <w:pStyle w:val="NormalWeb"/>
              <w:numPr>
                <w:ilvl w:val="0"/>
                <w:numId w:val="55"/>
              </w:numPr>
            </w:pPr>
            <w:r>
              <w:t>Remind students to use their best handwriting and match their pictures to their writing while making sure to use sentence frames modeled on board as examples</w:t>
            </w:r>
          </w:p>
          <w:p w14:paraId="37729701" w14:textId="77777777" w:rsidR="00455E3E" w:rsidRDefault="00455E3E" w:rsidP="00455E3E">
            <w:pPr>
              <w:pStyle w:val="NormalWeb"/>
              <w:numPr>
                <w:ilvl w:val="0"/>
                <w:numId w:val="55"/>
              </w:numPr>
            </w:pPr>
            <w:r>
              <w:t>Walk around to support spelling, sentence structure, and vocabulary choices</w:t>
            </w:r>
          </w:p>
          <w:p w14:paraId="4217DC2D" w14:textId="77777777" w:rsidR="00455E3E" w:rsidRDefault="00455E3E" w:rsidP="00455E3E">
            <w:pPr>
              <w:pStyle w:val="NormalWeb"/>
              <w:numPr>
                <w:ilvl w:val="0"/>
                <w:numId w:val="56"/>
              </w:numPr>
            </w:pPr>
            <w:r>
              <w:t>Sharing and Peer Check (5-7 min):</w:t>
            </w:r>
          </w:p>
          <w:p w14:paraId="286689E2" w14:textId="77777777" w:rsidR="00455E3E" w:rsidRDefault="00455E3E" w:rsidP="00455E3E">
            <w:pPr>
              <w:pStyle w:val="NormalWeb"/>
              <w:numPr>
                <w:ilvl w:val="0"/>
                <w:numId w:val="57"/>
              </w:numPr>
            </w:pPr>
            <w:r>
              <w:t>Pair students to read their sentences aloud to a buddy</w:t>
            </w:r>
          </w:p>
          <w:p w14:paraId="00C46D49" w14:textId="77777777" w:rsidR="00455E3E" w:rsidRDefault="00455E3E" w:rsidP="00455E3E">
            <w:pPr>
              <w:pStyle w:val="NormalWeb"/>
              <w:numPr>
                <w:ilvl w:val="0"/>
                <w:numId w:val="57"/>
              </w:numPr>
            </w:pPr>
            <w:r>
              <w:t>Ask partners to give a thumbs up if the picture and writing match</w:t>
            </w:r>
          </w:p>
          <w:p w14:paraId="311FF6B5" w14:textId="09193426" w:rsidR="00DE1BF7" w:rsidRPr="00315705" w:rsidRDefault="00455E3E" w:rsidP="00455E3E">
            <w:pPr>
              <w:pStyle w:val="NormalWeb"/>
              <w:numPr>
                <w:ilvl w:val="0"/>
                <w:numId w:val="57"/>
              </w:numPr>
            </w:pPr>
            <w:r>
              <w:t>Select 2–3 volunteers to share with the whole class</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744D38F" w14:textId="76781452" w:rsidR="00455E3E" w:rsidRDefault="00455E3E" w:rsidP="00455E3E">
            <w:pPr>
              <w:pStyle w:val="NormalWeb"/>
              <w:numPr>
                <w:ilvl w:val="0"/>
                <w:numId w:val="58"/>
              </w:numPr>
            </w:pPr>
            <w:r>
              <w:t>Informal: Observation of student participation during oral sharing and check for sentence structure: subject, verb, punctuation, capitalization</w:t>
            </w:r>
          </w:p>
          <w:p w14:paraId="0FCC8B2C" w14:textId="098AC5D9" w:rsidR="00A8077B" w:rsidRPr="00315705" w:rsidRDefault="00455E3E" w:rsidP="00455E3E">
            <w:pPr>
              <w:pStyle w:val="NormalWeb"/>
              <w:numPr>
                <w:ilvl w:val="0"/>
                <w:numId w:val="58"/>
              </w:numPr>
            </w:pPr>
            <w:r>
              <w:t>Formal: Completed worksheet with matching picture and two complete on-topic sentences</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717780A" w14:textId="77777777" w:rsidR="00455E3E" w:rsidRDefault="00455E3E" w:rsidP="00455E3E">
            <w:pPr>
              <w:pStyle w:val="NormalWeb"/>
            </w:pPr>
            <w:r>
              <w:t>Review/Closing (2-3 min):</w:t>
            </w:r>
          </w:p>
          <w:p w14:paraId="0A650927" w14:textId="77777777" w:rsidR="00455E3E" w:rsidRDefault="00455E3E" w:rsidP="00455E3E">
            <w:pPr>
              <w:pStyle w:val="NormalWeb"/>
              <w:numPr>
                <w:ilvl w:val="0"/>
                <w:numId w:val="59"/>
              </w:numPr>
            </w:pPr>
            <w:r>
              <w:t>Recap: "We practiced writing about real experiences today. We also used pictures to help our reader understand what happened."</w:t>
            </w:r>
          </w:p>
          <w:p w14:paraId="611CD7C3" w14:textId="77777777" w:rsidR="00455E3E" w:rsidRDefault="00455E3E" w:rsidP="00455E3E">
            <w:pPr>
              <w:pStyle w:val="NormalWeb"/>
              <w:numPr>
                <w:ilvl w:val="0"/>
                <w:numId w:val="59"/>
              </w:numPr>
            </w:pPr>
            <w:r>
              <w:t>Ask: "What was your favorite thing someone else wrote or shared today?"</w:t>
            </w:r>
          </w:p>
          <w:p w14:paraId="6D468A2A" w14:textId="5476ADA9" w:rsidR="00D520CC" w:rsidRPr="00315705" w:rsidRDefault="00455E3E" w:rsidP="00455E3E">
            <w:pPr>
              <w:pStyle w:val="NormalWeb"/>
              <w:numPr>
                <w:ilvl w:val="0"/>
                <w:numId w:val="59"/>
              </w:numPr>
            </w:pPr>
            <w:r>
              <w:t>Collect the worksheets to create a class memory book of the VONS trip</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lastRenderedPageBreak/>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3A3F3C2E" w14:textId="77777777" w:rsidR="00A16E82" w:rsidRPr="00E4385A" w:rsidRDefault="00D520CC" w:rsidP="00A16E82">
            <w:pPr>
              <w:pStyle w:val="ListParagraph"/>
              <w:numPr>
                <w:ilvl w:val="1"/>
                <w:numId w:val="57"/>
              </w:numPr>
              <w:rPr>
                <w:rFonts w:eastAsiaTheme="minorHAnsi"/>
                <w:color w:val="000000"/>
                <w:sz w:val="22"/>
                <w:szCs w:val="22"/>
              </w:rPr>
            </w:pPr>
            <w:r w:rsidRPr="00E4385A">
              <w:rPr>
                <w:rFonts w:eastAsiaTheme="minorHAnsi"/>
                <w:color w:val="000000"/>
                <w:sz w:val="22"/>
                <w:szCs w:val="22"/>
              </w:rPr>
              <w:t>What was most effective about this lesson? What evidence do you have to support your response in terms of content understanding and in classroom management?</w:t>
            </w:r>
          </w:p>
          <w:p w14:paraId="533D9701" w14:textId="77777777" w:rsidR="00A16E82" w:rsidRPr="00E4385A" w:rsidRDefault="00A16E82" w:rsidP="00A16E82">
            <w:pPr>
              <w:pStyle w:val="ListParagraph"/>
              <w:ind w:left="1440"/>
              <w:rPr>
                <w:rFonts w:eastAsiaTheme="minorHAnsi"/>
                <w:color w:val="000000"/>
                <w:sz w:val="22"/>
                <w:szCs w:val="22"/>
              </w:rPr>
            </w:pPr>
          </w:p>
          <w:p w14:paraId="2842ECD0" w14:textId="163D9303" w:rsidR="00A16E82" w:rsidRPr="00E4385A" w:rsidRDefault="00A16E82" w:rsidP="00A16E82">
            <w:pPr>
              <w:pStyle w:val="ListParagraph"/>
              <w:ind w:left="1440"/>
              <w:rPr>
                <w:sz w:val="22"/>
                <w:szCs w:val="22"/>
              </w:rPr>
            </w:pPr>
            <w:r w:rsidRPr="00E4385A">
              <w:rPr>
                <w:rFonts w:eastAsiaTheme="minorHAnsi"/>
                <w:color w:val="000000"/>
                <w:sz w:val="22"/>
                <w:szCs w:val="22"/>
              </w:rPr>
              <w:t>S</w:t>
            </w:r>
            <w:r w:rsidRPr="00E4385A">
              <w:rPr>
                <w:sz w:val="22"/>
                <w:szCs w:val="22"/>
              </w:rPr>
              <w:t>tudents were really excited to talk about the VONS trip, and that made writing feel less intimidating. They enjoyed drawing and talking about their experience, and many were able to complete their two sentences using the sentence starters we modeled. The word bank helped students stay on topic.</w:t>
            </w:r>
          </w:p>
          <w:p w14:paraId="49DBCEAA" w14:textId="77777777" w:rsidR="00A16E82" w:rsidRPr="00E4385A" w:rsidRDefault="00A16E82" w:rsidP="00A16E82">
            <w:pPr>
              <w:pStyle w:val="ListParagraph"/>
              <w:ind w:left="1440"/>
              <w:rPr>
                <w:rFonts w:eastAsiaTheme="minorHAnsi"/>
                <w:color w:val="000000"/>
                <w:sz w:val="22"/>
                <w:szCs w:val="22"/>
              </w:rPr>
            </w:pPr>
          </w:p>
          <w:p w14:paraId="593272E1" w14:textId="173CBFE4" w:rsidR="00B44436" w:rsidRPr="00E4385A" w:rsidRDefault="00D520CC" w:rsidP="00A16E82">
            <w:pPr>
              <w:pStyle w:val="ListParagraph"/>
              <w:numPr>
                <w:ilvl w:val="1"/>
                <w:numId w:val="57"/>
              </w:numPr>
              <w:rPr>
                <w:rFonts w:eastAsiaTheme="minorHAnsi"/>
                <w:color w:val="000000"/>
                <w:sz w:val="22"/>
                <w:szCs w:val="22"/>
              </w:rPr>
            </w:pPr>
            <w:r w:rsidRPr="00E4385A">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30F9FBD9" w14:textId="77777777" w:rsidR="00A16E82" w:rsidRPr="00E4385A" w:rsidRDefault="00A16E82" w:rsidP="00A16E82">
            <w:pPr>
              <w:pStyle w:val="ListParagraph"/>
              <w:ind w:left="1440"/>
              <w:rPr>
                <w:sz w:val="22"/>
                <w:szCs w:val="22"/>
              </w:rPr>
            </w:pPr>
          </w:p>
          <w:p w14:paraId="0E1EFB8C" w14:textId="55A4DE88" w:rsidR="00A16E82" w:rsidRPr="00E4385A" w:rsidRDefault="00A16E82" w:rsidP="00A16E82">
            <w:pPr>
              <w:pStyle w:val="ListParagraph"/>
              <w:ind w:left="1440"/>
              <w:rPr>
                <w:sz w:val="22"/>
                <w:szCs w:val="22"/>
              </w:rPr>
            </w:pPr>
            <w:r w:rsidRPr="00E4385A">
              <w:rPr>
                <w:sz w:val="22"/>
                <w:szCs w:val="22"/>
              </w:rPr>
              <w:t>I would show more examples of student writing first before letting them start. A few students were confused about what kind of sentences to write. Also, I’d prep some vocabulary cards or images from the trip to give them stronger visual reminders while they worked.</w:t>
            </w:r>
          </w:p>
          <w:p w14:paraId="21D5842F" w14:textId="77777777" w:rsidR="00A16E82" w:rsidRPr="00E4385A" w:rsidRDefault="00A16E82" w:rsidP="00A16E82">
            <w:pPr>
              <w:pStyle w:val="ListParagraph"/>
              <w:ind w:left="1440"/>
              <w:rPr>
                <w:sz w:val="22"/>
                <w:szCs w:val="22"/>
              </w:rPr>
            </w:pPr>
          </w:p>
          <w:p w14:paraId="1380BF41" w14:textId="77777777" w:rsidR="00A16E82" w:rsidRPr="00E4385A" w:rsidRDefault="00D520CC" w:rsidP="00A16E82">
            <w:pPr>
              <w:pStyle w:val="ListParagraph"/>
              <w:numPr>
                <w:ilvl w:val="1"/>
                <w:numId w:val="57"/>
              </w:numPr>
              <w:rPr>
                <w:rFonts w:eastAsiaTheme="minorHAnsi"/>
                <w:color w:val="000000"/>
                <w:sz w:val="22"/>
                <w:szCs w:val="22"/>
              </w:rPr>
            </w:pPr>
            <w:r w:rsidRPr="00E4385A">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17726614" w14:textId="77777777" w:rsidR="00A16E82" w:rsidRPr="00E4385A" w:rsidRDefault="00A16E82" w:rsidP="00A16E82">
            <w:pPr>
              <w:pStyle w:val="ListParagraph"/>
              <w:ind w:left="1440"/>
              <w:rPr>
                <w:sz w:val="22"/>
                <w:szCs w:val="22"/>
              </w:rPr>
            </w:pPr>
          </w:p>
          <w:p w14:paraId="473168F2" w14:textId="61F1E1DA" w:rsidR="00A16E82" w:rsidRPr="00E4385A" w:rsidRDefault="00A16E82" w:rsidP="00A16E82">
            <w:pPr>
              <w:pStyle w:val="ListParagraph"/>
              <w:ind w:left="1440"/>
              <w:rPr>
                <w:sz w:val="22"/>
                <w:szCs w:val="22"/>
              </w:rPr>
            </w:pPr>
            <w:r w:rsidRPr="00E4385A">
              <w:rPr>
                <w:sz w:val="22"/>
                <w:szCs w:val="22"/>
              </w:rPr>
              <w:t>The questions I asked like “What did you see in the bakery?” or “Who helped you in the store?” helped spark student memory and gave them a place to start writing. Partner talk also helped the more hesitant writers figure out what they wanted to say.</w:t>
            </w:r>
          </w:p>
          <w:p w14:paraId="3D4F005A" w14:textId="77777777" w:rsidR="00A16E82" w:rsidRPr="00E4385A" w:rsidRDefault="00A16E82" w:rsidP="00A16E82">
            <w:pPr>
              <w:pStyle w:val="ListParagraph"/>
              <w:ind w:left="1440"/>
              <w:rPr>
                <w:rFonts w:eastAsiaTheme="minorHAnsi"/>
                <w:color w:val="000000"/>
                <w:sz w:val="22"/>
                <w:szCs w:val="22"/>
              </w:rPr>
            </w:pPr>
          </w:p>
          <w:p w14:paraId="49AB3EB9" w14:textId="77777777" w:rsidR="00A16E82" w:rsidRPr="00E4385A" w:rsidRDefault="00DE1BF7" w:rsidP="00A16E82">
            <w:pPr>
              <w:pStyle w:val="ListParagraph"/>
              <w:numPr>
                <w:ilvl w:val="1"/>
                <w:numId w:val="57"/>
              </w:numPr>
              <w:rPr>
                <w:sz w:val="22"/>
                <w:szCs w:val="22"/>
              </w:rPr>
            </w:pPr>
            <w:r w:rsidRPr="00E4385A">
              <w:rPr>
                <w:sz w:val="22"/>
                <w:szCs w:val="22"/>
              </w:rPr>
              <w:t xml:space="preserve">Based on your responses above (#1-3), how would formal/informal assessment data from the lesson inform the changes you would make in the next lesson in this series?  </w:t>
            </w:r>
          </w:p>
          <w:p w14:paraId="04B53496" w14:textId="77777777" w:rsidR="00A16E82" w:rsidRPr="00E4385A" w:rsidRDefault="00A16E82" w:rsidP="00A16E82">
            <w:pPr>
              <w:pStyle w:val="ListParagraph"/>
              <w:ind w:left="1440"/>
              <w:rPr>
                <w:sz w:val="22"/>
                <w:szCs w:val="22"/>
              </w:rPr>
            </w:pPr>
          </w:p>
          <w:p w14:paraId="19FD1702" w14:textId="77777777" w:rsidR="00A16E82" w:rsidRPr="00E4385A" w:rsidRDefault="00A16E82" w:rsidP="00A16E82">
            <w:pPr>
              <w:pStyle w:val="ListParagraph"/>
              <w:ind w:left="1440"/>
              <w:rPr>
                <w:sz w:val="22"/>
                <w:szCs w:val="22"/>
              </w:rPr>
            </w:pPr>
            <w:r w:rsidRPr="00E4385A">
              <w:rPr>
                <w:sz w:val="22"/>
                <w:szCs w:val="22"/>
              </w:rPr>
              <w:t>I noticed some students need more practice with past tense verbs and sentence structure. I’ll focus on that in our next writing activity and keep providing sentence starters and models. I’m also thinking of using a writing checklist next time to help them self-monitor.</w:t>
            </w:r>
          </w:p>
          <w:p w14:paraId="0C6BE9C3" w14:textId="36AF1C9C" w:rsidR="00A16E82" w:rsidRPr="00A16E82" w:rsidRDefault="00A16E82" w:rsidP="00A16E82">
            <w:pPr>
              <w:pStyle w:val="ListParagraph"/>
              <w:ind w:left="1440"/>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0C3F5BDF"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F47543">
              <w:rPr>
                <w:sz w:val="22"/>
                <w:szCs w:val="22"/>
              </w:rPr>
              <w:t>4</w:t>
            </w:r>
            <w:r>
              <w:rPr>
                <w:sz w:val="22"/>
                <w:szCs w:val="22"/>
              </w:rPr>
              <w:t>/</w:t>
            </w:r>
            <w:r w:rsidR="00F47543">
              <w:rPr>
                <w:sz w:val="22"/>
                <w:szCs w:val="22"/>
              </w:rPr>
              <w:t>9</w:t>
            </w:r>
            <w:r>
              <w:rPr>
                <w:sz w:val="22"/>
                <w:szCs w:val="22"/>
              </w:rPr>
              <w:t>/</w:t>
            </w:r>
            <w:r w:rsidR="008B01B1">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1FA31F28" w14:textId="3AF876F5" w:rsidR="00F47543" w:rsidRDefault="00F47543" w:rsidP="00012E18">
            <w:pPr>
              <w:jc w:val="center"/>
              <w:rPr>
                <w:sz w:val="22"/>
                <w:szCs w:val="22"/>
              </w:rPr>
            </w:pP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3C5AB403" w14:textId="77777777" w:rsidR="00F47543" w:rsidRDefault="00A65332" w:rsidP="00F47543">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7AB2E727" w:rsidR="00A65332" w:rsidRPr="00F47543" w:rsidRDefault="00F47543" w:rsidP="00F47543">
            <w:pPr>
              <w:jc w:val="center"/>
              <w:rPr>
                <w:sz w:val="22"/>
                <w:szCs w:val="22"/>
              </w:rPr>
            </w:pPr>
            <w:r>
              <w:t>Math - Time, Problem Solving with Patterns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918CBDF" w14:textId="77777777" w:rsidR="00F47543" w:rsidRDefault="00144D50" w:rsidP="00F47543">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35A5DB51" w14:textId="77777777" w:rsidR="00F47543" w:rsidRPr="00F47543" w:rsidRDefault="00F47543" w:rsidP="00F47543">
            <w:pPr>
              <w:pStyle w:val="ListParagraph"/>
              <w:keepNext/>
              <w:numPr>
                <w:ilvl w:val="0"/>
                <w:numId w:val="48"/>
              </w:numPr>
              <w:outlineLvl w:val="0"/>
              <w:rPr>
                <w:rFonts w:eastAsia="Times"/>
                <w:b/>
                <w:bCs/>
                <w:sz w:val="22"/>
                <w:szCs w:val="22"/>
              </w:rPr>
            </w:pPr>
            <w:r>
              <w:t>CCSS.MATH.CONTENT.2.MD.C.8 - Solve word problems involving dollar bills, quarters, dimes, nickels, and pennies, using $ and ¢ symbols appropriately.</w:t>
            </w:r>
          </w:p>
          <w:p w14:paraId="51F68D27" w14:textId="77777777" w:rsidR="00F47543" w:rsidRPr="00F47543" w:rsidRDefault="00F47543" w:rsidP="00F47543">
            <w:pPr>
              <w:pStyle w:val="ListParagraph"/>
              <w:keepNext/>
              <w:numPr>
                <w:ilvl w:val="0"/>
                <w:numId w:val="48"/>
              </w:numPr>
              <w:outlineLvl w:val="0"/>
              <w:rPr>
                <w:rFonts w:eastAsia="Times"/>
                <w:b/>
                <w:bCs/>
                <w:sz w:val="22"/>
                <w:szCs w:val="22"/>
              </w:rPr>
            </w:pPr>
            <w:r>
              <w:t>CCSS.MATH.CONTENT.2.MD.B.6 - Represent whole numbers as lengths from 0 on a number line diagram.</w:t>
            </w:r>
          </w:p>
          <w:p w14:paraId="2041D723" w14:textId="64B013DA" w:rsidR="00F47543" w:rsidRPr="00F47543" w:rsidRDefault="00F47543" w:rsidP="00F47543">
            <w:pPr>
              <w:pStyle w:val="ListParagraph"/>
              <w:keepNext/>
              <w:numPr>
                <w:ilvl w:val="0"/>
                <w:numId w:val="48"/>
              </w:numPr>
              <w:outlineLvl w:val="0"/>
              <w:rPr>
                <w:rFonts w:eastAsia="Times"/>
                <w:b/>
                <w:bCs/>
                <w:sz w:val="22"/>
                <w:szCs w:val="22"/>
              </w:rPr>
            </w:pPr>
            <w:r>
              <w:t>CCSS.MATH.CONTENT.2.MD.C.7 - Tell and write time from analog and digital clocks to the nearest five minutes, using a.m. and p.m.</w:t>
            </w:r>
          </w:p>
          <w:p w14:paraId="6AF4F294" w14:textId="759852B1" w:rsidR="00315705" w:rsidRPr="00315705" w:rsidRDefault="00315705" w:rsidP="00AA7809">
            <w:pPr>
              <w:pStyle w:val="ListParagraph"/>
              <w:keepNext/>
              <w:outlineLvl w:val="0"/>
              <w:rPr>
                <w:rFonts w:eastAsia="Times"/>
                <w:b/>
                <w:bCs/>
                <w:sz w:val="22"/>
                <w:szCs w:val="22"/>
              </w:rPr>
            </w:pPr>
          </w:p>
        </w:tc>
        <w:tc>
          <w:tcPr>
            <w:tcW w:w="5400" w:type="dxa"/>
            <w:tcBorders>
              <w:top w:val="thickThinSmallGap" w:sz="24" w:space="0" w:color="auto"/>
              <w:left w:val="thickThinSmallGap" w:sz="24" w:space="0" w:color="auto"/>
              <w:right w:val="thickThinSmallGap" w:sz="24" w:space="0" w:color="auto"/>
            </w:tcBorders>
          </w:tcPr>
          <w:p w14:paraId="4F2C8AB6" w14:textId="77777777" w:rsidR="00E4768F" w:rsidRDefault="00144D50" w:rsidP="00E4768F">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06382BAA" w14:textId="4DBFB917" w:rsidR="00E4768F" w:rsidRPr="00E4768F" w:rsidRDefault="00E4768F" w:rsidP="00E4768F">
            <w:pPr>
              <w:pStyle w:val="ListParagraph"/>
              <w:numPr>
                <w:ilvl w:val="0"/>
                <w:numId w:val="61"/>
              </w:numPr>
              <w:rPr>
                <w:rFonts w:eastAsia="Times"/>
                <w:b/>
                <w:bCs/>
                <w:sz w:val="22"/>
                <w:szCs w:val="22"/>
              </w:rPr>
            </w:pPr>
            <w:r w:rsidRPr="00E4768F">
              <w:rPr>
                <w:rStyle w:val="Strong"/>
                <w:b w:val="0"/>
                <w:bCs w:val="0"/>
              </w:rPr>
              <w:t>ELD.PI.2.10</w:t>
            </w:r>
            <w:r>
              <w:t xml:space="preserve"> – Students describe the reasoning used and the steps taken to solve math problems, using precise mathematical vocabulary and complete sentences.</w:t>
            </w:r>
          </w:p>
          <w:p w14:paraId="520B1439" w14:textId="6FAE6B81" w:rsidR="00315705" w:rsidRPr="00315705" w:rsidRDefault="00315705" w:rsidP="00AA7809">
            <w:pPr>
              <w:pStyle w:val="ListParagraph"/>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6C7FEA90" w14:textId="77777777" w:rsidR="00F47543" w:rsidRDefault="006B039E" w:rsidP="00F47543">
            <w:pPr>
              <w:keepNext/>
              <w:outlineLvl w:val="0"/>
              <w:rPr>
                <w:rFonts w:eastAsia="Times"/>
                <w:b/>
                <w:bCs/>
                <w:sz w:val="22"/>
                <w:szCs w:val="22"/>
              </w:rPr>
            </w:pPr>
            <w:r w:rsidRPr="006C76A0">
              <w:rPr>
                <w:rFonts w:eastAsia="Times"/>
                <w:b/>
                <w:bCs/>
                <w:sz w:val="22"/>
                <w:szCs w:val="22"/>
              </w:rPr>
              <w:t xml:space="preserve">Lesson Objective(s)/Goal(s): </w:t>
            </w:r>
          </w:p>
          <w:p w14:paraId="07C19E8C" w14:textId="74BC5378" w:rsidR="00315705" w:rsidRPr="00F47543" w:rsidRDefault="00F47543" w:rsidP="00F47543">
            <w:pPr>
              <w:pStyle w:val="ListParagraph"/>
              <w:keepNext/>
              <w:numPr>
                <w:ilvl w:val="0"/>
                <w:numId w:val="49"/>
              </w:numPr>
              <w:outlineLvl w:val="0"/>
              <w:rPr>
                <w:rFonts w:eastAsia="Times"/>
                <w:b/>
                <w:bCs/>
                <w:sz w:val="22"/>
                <w:szCs w:val="22"/>
              </w:rPr>
            </w:pPr>
            <w:r>
              <w:t>By the end of the lesson, given whole-group modeling and scaffolded guided practice, students will be able to apply the "Find a Pattern" strategy to solve time-based word problems and accurately determine and record times for at least 90% accuracy completion of their MyMathbook problems.</w:t>
            </w:r>
          </w:p>
        </w:tc>
        <w:tc>
          <w:tcPr>
            <w:tcW w:w="5400" w:type="dxa"/>
            <w:tcBorders>
              <w:top w:val="thickThinSmallGap" w:sz="24" w:space="0" w:color="auto"/>
              <w:left w:val="thickThinSmallGap" w:sz="24" w:space="0" w:color="auto"/>
              <w:right w:val="thickThinSmallGap" w:sz="24" w:space="0" w:color="auto"/>
            </w:tcBorders>
          </w:tcPr>
          <w:p w14:paraId="4521D718" w14:textId="77777777" w:rsidR="00F47543" w:rsidRDefault="006B039E" w:rsidP="00F47543">
            <w:pPr>
              <w:rPr>
                <w:b/>
                <w:sz w:val="22"/>
                <w:szCs w:val="22"/>
              </w:rPr>
            </w:pPr>
            <w:r w:rsidRPr="00BB7B32">
              <w:rPr>
                <w:b/>
                <w:sz w:val="22"/>
                <w:szCs w:val="22"/>
              </w:rPr>
              <w:t>Language Objective(s):</w:t>
            </w:r>
          </w:p>
          <w:p w14:paraId="29EC03ED" w14:textId="61276B9C" w:rsidR="00315705" w:rsidRPr="00F47543" w:rsidRDefault="00F47543" w:rsidP="00F47543">
            <w:pPr>
              <w:pStyle w:val="ListParagraph"/>
              <w:numPr>
                <w:ilvl w:val="0"/>
                <w:numId w:val="49"/>
              </w:numPr>
              <w:rPr>
                <w:b/>
                <w:sz w:val="22"/>
                <w:szCs w:val="22"/>
              </w:rPr>
            </w:pPr>
            <w:r>
              <w:t>Given verbal sentence starters and modeled examples, students will be able to explain their problem-solving strategy using complete sentences with 80% accuracy.</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61B60B94" w14:textId="77777777" w:rsidR="00F47543" w:rsidRDefault="00F47543" w:rsidP="00F47543">
            <w:pPr>
              <w:pStyle w:val="NormalWeb"/>
              <w:numPr>
                <w:ilvl w:val="0"/>
                <w:numId w:val="49"/>
              </w:numPr>
            </w:pPr>
            <w:r>
              <w:t>Functions: Explain, solve, describe</w:t>
            </w:r>
          </w:p>
          <w:p w14:paraId="0B9BC76E" w14:textId="77777777" w:rsidR="00F47543" w:rsidRDefault="00F47543" w:rsidP="00F47543">
            <w:pPr>
              <w:pStyle w:val="NormalWeb"/>
              <w:numPr>
                <w:ilvl w:val="0"/>
                <w:numId w:val="49"/>
              </w:numPr>
            </w:pPr>
            <w:r>
              <w:t>Vocabulary: pattern, hour, half hour, time, next, before, after</w:t>
            </w:r>
          </w:p>
          <w:p w14:paraId="0F09483B" w14:textId="77777777" w:rsidR="00F47543" w:rsidRDefault="00F47543" w:rsidP="00F47543">
            <w:pPr>
              <w:pStyle w:val="NormalWeb"/>
              <w:numPr>
                <w:ilvl w:val="0"/>
                <w:numId w:val="49"/>
              </w:numPr>
            </w:pPr>
            <w:r>
              <w:t>Discourse: Whole group modeling, think-pair-share discussion</w:t>
            </w:r>
          </w:p>
          <w:p w14:paraId="0377DB37" w14:textId="6530751A" w:rsidR="006B039E" w:rsidRPr="00F47543" w:rsidRDefault="00F47543" w:rsidP="00F47543">
            <w:pPr>
              <w:pStyle w:val="NormalWeb"/>
              <w:numPr>
                <w:ilvl w:val="0"/>
                <w:numId w:val="49"/>
              </w:numPr>
            </w:pPr>
            <w:r>
              <w:t>Syntax: "The next time is ___ because ___ happened every ___ minutes."</w:t>
            </w: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69641F4D" w14:textId="77777777" w:rsidR="00F47543" w:rsidRDefault="00F47543" w:rsidP="00F47543">
            <w:pPr>
              <w:pStyle w:val="NormalWeb"/>
              <w:numPr>
                <w:ilvl w:val="0"/>
                <w:numId w:val="50"/>
              </w:numPr>
            </w:pPr>
            <w:r>
              <w:t>Scaffolded problems and modeling during direct instruction</w:t>
            </w:r>
          </w:p>
          <w:p w14:paraId="4111CDD9" w14:textId="77777777" w:rsidR="00F47543" w:rsidRDefault="00F47543" w:rsidP="00F47543">
            <w:pPr>
              <w:pStyle w:val="NormalWeb"/>
              <w:numPr>
                <w:ilvl w:val="0"/>
                <w:numId w:val="50"/>
              </w:numPr>
            </w:pPr>
            <w:r>
              <w:t>Clock manipulatives for kinesthetic learners</w:t>
            </w:r>
          </w:p>
          <w:p w14:paraId="6312E7DB" w14:textId="77777777" w:rsidR="00F47543" w:rsidRDefault="00F47543" w:rsidP="00F47543">
            <w:pPr>
              <w:pStyle w:val="NormalWeb"/>
              <w:numPr>
                <w:ilvl w:val="0"/>
                <w:numId w:val="50"/>
              </w:numPr>
            </w:pPr>
            <w:r>
              <w:t>Peer support during independent and guided practice</w:t>
            </w:r>
          </w:p>
          <w:p w14:paraId="67559738" w14:textId="77777777" w:rsidR="00F47543" w:rsidRDefault="00F47543" w:rsidP="00F47543">
            <w:pPr>
              <w:pStyle w:val="NormalWeb"/>
              <w:numPr>
                <w:ilvl w:val="0"/>
                <w:numId w:val="50"/>
              </w:numPr>
            </w:pPr>
            <w:r>
              <w:t>Sentence frames and rephrased problems for struggling learners</w:t>
            </w:r>
          </w:p>
          <w:p w14:paraId="55BACF0A" w14:textId="311D78F9" w:rsidR="006B039E" w:rsidRPr="00315705" w:rsidRDefault="00F47543" w:rsidP="00F47543">
            <w:pPr>
              <w:pStyle w:val="NormalWeb"/>
              <w:numPr>
                <w:ilvl w:val="0"/>
                <w:numId w:val="50"/>
              </w:numPr>
            </w:pPr>
            <w:r>
              <w:lastRenderedPageBreak/>
              <w:t>Extra time and verbal clarification for students with processing delays</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39F792E3" w14:textId="77777777" w:rsidR="00F47543" w:rsidRDefault="00F47543" w:rsidP="00F47543">
            <w:pPr>
              <w:pStyle w:val="NormalWeb"/>
              <w:numPr>
                <w:ilvl w:val="0"/>
                <w:numId w:val="51"/>
              </w:numPr>
            </w:pPr>
            <w:r>
              <w:t>Introduction (5 min):</w:t>
            </w:r>
          </w:p>
          <w:p w14:paraId="69CAE947" w14:textId="77777777" w:rsidR="00F47543" w:rsidRDefault="00F47543" w:rsidP="00F47543">
            <w:pPr>
              <w:pStyle w:val="NormalWeb"/>
              <w:numPr>
                <w:ilvl w:val="0"/>
                <w:numId w:val="52"/>
              </w:numPr>
            </w:pPr>
            <w:r>
              <w:t>Greet students and share the lesson goal: "Today we are going to solve word problems about time by finding a pattern."</w:t>
            </w:r>
          </w:p>
          <w:p w14:paraId="28643F55" w14:textId="77777777" w:rsidR="00F47543" w:rsidRDefault="00F47543" w:rsidP="00F47543">
            <w:pPr>
              <w:pStyle w:val="NormalWeb"/>
              <w:numPr>
                <w:ilvl w:val="0"/>
                <w:numId w:val="52"/>
              </w:numPr>
            </w:pPr>
            <w:r>
              <w:t>Review the essential question: "How do I use and tell time?"</w:t>
            </w:r>
          </w:p>
          <w:p w14:paraId="28DE60FE" w14:textId="77777777" w:rsidR="00F47543" w:rsidRDefault="00F47543" w:rsidP="00F47543">
            <w:pPr>
              <w:pStyle w:val="NormalWeb"/>
              <w:numPr>
                <w:ilvl w:val="0"/>
                <w:numId w:val="52"/>
              </w:numPr>
            </w:pPr>
            <w:r>
              <w:t>Briefly review how time changes in 30-minute and 1-hour increments using the classroom analog clock and digital timer.</w:t>
            </w:r>
          </w:p>
          <w:p w14:paraId="763BC431" w14:textId="77777777" w:rsidR="00F47543" w:rsidRDefault="00F47543" w:rsidP="00F47543">
            <w:pPr>
              <w:pStyle w:val="NormalWeb"/>
              <w:numPr>
                <w:ilvl w:val="0"/>
                <w:numId w:val="53"/>
              </w:numPr>
            </w:pPr>
            <w:r>
              <w:t>Whole Group Modeling (10-12 min):</w:t>
            </w:r>
          </w:p>
          <w:p w14:paraId="6DE2766C" w14:textId="77777777" w:rsidR="00F47543" w:rsidRDefault="00F47543" w:rsidP="00F47543">
            <w:pPr>
              <w:pStyle w:val="NormalWeb"/>
              <w:numPr>
                <w:ilvl w:val="0"/>
                <w:numId w:val="54"/>
              </w:numPr>
            </w:pPr>
            <w:r>
              <w:t>Project the MyMath Lesson 3 page 605 (Bus problem).</w:t>
            </w:r>
          </w:p>
          <w:p w14:paraId="23E5F95C" w14:textId="751DBBAC" w:rsidR="00F47543" w:rsidRDefault="00F47543" w:rsidP="00F47543">
            <w:pPr>
              <w:pStyle w:val="NormalWeb"/>
              <w:numPr>
                <w:ilvl w:val="0"/>
                <w:numId w:val="54"/>
              </w:numPr>
            </w:pPr>
            <w:r>
              <w:t xml:space="preserve">Think aloud and model the "Understand, Plan, Solve, Check" strategy using </w:t>
            </w:r>
            <w:r w:rsidR="00C93EB0">
              <w:t xml:space="preserve">a </w:t>
            </w:r>
            <w:r>
              <w:t>highlighter and clock visuals.</w:t>
            </w:r>
          </w:p>
          <w:p w14:paraId="489BF618" w14:textId="77777777" w:rsidR="00F47543" w:rsidRDefault="00F47543" w:rsidP="00F47543">
            <w:pPr>
              <w:pStyle w:val="NormalWeb"/>
              <w:numPr>
                <w:ilvl w:val="0"/>
                <w:numId w:val="54"/>
              </w:numPr>
            </w:pPr>
            <w:r>
              <w:t>Write time intervals on the board: 9:30, 10:00, 10:30, 11:00.</w:t>
            </w:r>
          </w:p>
          <w:p w14:paraId="223CCEFD" w14:textId="77777777" w:rsidR="00F47543" w:rsidRDefault="00F47543" w:rsidP="00F47543">
            <w:pPr>
              <w:pStyle w:val="NormalWeb"/>
              <w:numPr>
                <w:ilvl w:val="0"/>
                <w:numId w:val="54"/>
              </w:numPr>
            </w:pPr>
            <w:r>
              <w:t>Ask guiding questions: "What pattern do we see?" "What is changing each time?"</w:t>
            </w:r>
          </w:p>
          <w:p w14:paraId="11DD7257" w14:textId="2B19653F" w:rsidR="00F47543" w:rsidRDefault="00F47543" w:rsidP="00F47543">
            <w:pPr>
              <w:pStyle w:val="NormalWeb"/>
              <w:numPr>
                <w:ilvl w:val="0"/>
                <w:numId w:val="54"/>
              </w:numPr>
            </w:pPr>
            <w:r>
              <w:t>Provide sentence starters for student discussion: "The next bus leaves at ___ because ___."</w:t>
            </w:r>
          </w:p>
          <w:p w14:paraId="77783072" w14:textId="77777777" w:rsidR="00F47543" w:rsidRDefault="00F47543" w:rsidP="00F47543">
            <w:pPr>
              <w:pStyle w:val="NormalWeb"/>
              <w:numPr>
                <w:ilvl w:val="0"/>
                <w:numId w:val="55"/>
              </w:numPr>
            </w:pPr>
            <w:r>
              <w:t>Guided Practice (10-12 min):</w:t>
            </w:r>
          </w:p>
          <w:p w14:paraId="58E77222" w14:textId="77777777" w:rsidR="00F47543" w:rsidRDefault="00F47543" w:rsidP="00F47543">
            <w:pPr>
              <w:pStyle w:val="NormalWeb"/>
              <w:numPr>
                <w:ilvl w:val="0"/>
                <w:numId w:val="56"/>
              </w:numPr>
            </w:pPr>
            <w:r>
              <w:t>Turn to pages 606-607 in MyMath book. Read each problem aloud.</w:t>
            </w:r>
          </w:p>
          <w:p w14:paraId="421271C5" w14:textId="6C89122E" w:rsidR="00F47543" w:rsidRDefault="00F47543" w:rsidP="00F47543">
            <w:pPr>
              <w:pStyle w:val="NormalWeb"/>
              <w:numPr>
                <w:ilvl w:val="0"/>
                <w:numId w:val="56"/>
              </w:numPr>
            </w:pPr>
            <w:r>
              <w:t xml:space="preserve">Work together through problem #1, pausing for students to share input and show thinking on </w:t>
            </w:r>
            <w:r w:rsidR="00C93EB0">
              <w:t>their workbook.</w:t>
            </w:r>
          </w:p>
          <w:p w14:paraId="58A3703A" w14:textId="77777777" w:rsidR="00F47543" w:rsidRDefault="00F47543" w:rsidP="00F47543">
            <w:pPr>
              <w:pStyle w:val="NormalWeb"/>
              <w:numPr>
                <w:ilvl w:val="0"/>
                <w:numId w:val="56"/>
              </w:numPr>
            </w:pPr>
            <w:r>
              <w:t>Allow student pairs to work on problems #2 and #3. Circulate to prompt and redirect where needed.</w:t>
            </w:r>
          </w:p>
          <w:p w14:paraId="11153CDC" w14:textId="77777777" w:rsidR="00F47543" w:rsidRDefault="00F47543" w:rsidP="00F47543">
            <w:pPr>
              <w:pStyle w:val="NormalWeb"/>
              <w:numPr>
                <w:ilvl w:val="0"/>
                <w:numId w:val="56"/>
              </w:numPr>
            </w:pPr>
            <w:r>
              <w:t>Use clock visuals or manipulatives as needed for support.</w:t>
            </w:r>
          </w:p>
          <w:p w14:paraId="76CC8AF3" w14:textId="77777777" w:rsidR="00F47543" w:rsidRDefault="00F47543" w:rsidP="00F47543">
            <w:pPr>
              <w:pStyle w:val="NormalWeb"/>
              <w:numPr>
                <w:ilvl w:val="0"/>
                <w:numId w:val="57"/>
              </w:numPr>
            </w:pPr>
            <w:r>
              <w:t>Independent Practice (5-7 min):</w:t>
            </w:r>
          </w:p>
          <w:p w14:paraId="1FFB93FA" w14:textId="01243E12" w:rsidR="00F47543" w:rsidRDefault="00F47543" w:rsidP="00F47543">
            <w:pPr>
              <w:pStyle w:val="NormalWeb"/>
              <w:numPr>
                <w:ilvl w:val="0"/>
                <w:numId w:val="58"/>
              </w:numPr>
            </w:pPr>
            <w:r>
              <w:t>Students work individually or in pairs on Review the Strategies problems if time permits</w:t>
            </w:r>
            <w:r w:rsidR="00C93EB0">
              <w:t xml:space="preserve"> for </w:t>
            </w:r>
            <w:r>
              <w:t>#4-6 (page 608).</w:t>
            </w:r>
          </w:p>
          <w:p w14:paraId="11688F80" w14:textId="12440703" w:rsidR="00F47543" w:rsidRDefault="00F47543" w:rsidP="00F47543">
            <w:pPr>
              <w:pStyle w:val="NormalWeb"/>
              <w:numPr>
                <w:ilvl w:val="0"/>
                <w:numId w:val="58"/>
              </w:numPr>
            </w:pPr>
            <w:r>
              <w:t>Encourage them to draw clocks or number lines wherever helpful.</w:t>
            </w:r>
          </w:p>
          <w:p w14:paraId="311FF6B5" w14:textId="04CA4257" w:rsidR="00DE1BF7" w:rsidRPr="00315705" w:rsidRDefault="00F47543" w:rsidP="00F47543">
            <w:pPr>
              <w:pStyle w:val="NormalWeb"/>
              <w:numPr>
                <w:ilvl w:val="0"/>
                <w:numId w:val="58"/>
              </w:numPr>
            </w:pPr>
            <w:r>
              <w:t>Remind them to explain their work to a partner using complete sentences.</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4835C523" w14:textId="77777777" w:rsidR="00A8077B" w:rsidRDefault="00F47543" w:rsidP="00F47543">
            <w:pPr>
              <w:pStyle w:val="NormalWeb"/>
              <w:numPr>
                <w:ilvl w:val="0"/>
                <w:numId w:val="59"/>
              </w:numPr>
            </w:pPr>
            <w:r>
              <w:t>Informal: Monitor oral responses and accuracy during whole group modeling and guided practice.</w:t>
            </w:r>
          </w:p>
          <w:p w14:paraId="0FCC8B2C" w14:textId="719FA5E5" w:rsidR="00F47543" w:rsidRPr="00315705" w:rsidRDefault="00F47543" w:rsidP="00F47543">
            <w:pPr>
              <w:pStyle w:val="NormalWeb"/>
              <w:numPr>
                <w:ilvl w:val="0"/>
                <w:numId w:val="59"/>
              </w:numPr>
            </w:pPr>
            <w:r>
              <w:t>Formal: Completion of MyMathbook problems with at least 90% accuracy.</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5726166" w14:textId="77777777" w:rsidR="00F47543" w:rsidRDefault="00F47543" w:rsidP="00F47543">
            <w:pPr>
              <w:pStyle w:val="NormalWeb"/>
            </w:pPr>
            <w:r>
              <w:t>Review/Closing (3-5 min):</w:t>
            </w:r>
          </w:p>
          <w:p w14:paraId="100F290D" w14:textId="77777777" w:rsidR="00F47543" w:rsidRDefault="00F47543" w:rsidP="00F47543">
            <w:pPr>
              <w:pStyle w:val="NormalWeb"/>
              <w:numPr>
                <w:ilvl w:val="0"/>
                <w:numId w:val="60"/>
              </w:numPr>
            </w:pPr>
            <w:r>
              <w:t>Recap strategy: "Today we solved problems by finding a pattern."</w:t>
            </w:r>
          </w:p>
          <w:p w14:paraId="30A68488" w14:textId="77777777" w:rsidR="00F47543" w:rsidRDefault="00F47543" w:rsidP="00F47543">
            <w:pPr>
              <w:pStyle w:val="NormalWeb"/>
              <w:numPr>
                <w:ilvl w:val="0"/>
                <w:numId w:val="60"/>
              </w:numPr>
            </w:pPr>
            <w:r>
              <w:t>Ask: "Who can tell me what time comes after 11:00 if we keep the same pattern?"</w:t>
            </w:r>
          </w:p>
          <w:p w14:paraId="6D468A2A" w14:textId="6900726A" w:rsidR="00D520CC" w:rsidRPr="00315705" w:rsidRDefault="00F47543" w:rsidP="00F47543">
            <w:pPr>
              <w:pStyle w:val="NormalWeb"/>
              <w:numPr>
                <w:ilvl w:val="0"/>
                <w:numId w:val="60"/>
              </w:numPr>
            </w:pPr>
            <w:r>
              <w:lastRenderedPageBreak/>
              <w:t>Exit Ticket: On a sticky note, write the time that comes next in this pattern: 2:00, 2:30, ___ and write one sentence about how you figured it out.</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105C690A" w14:textId="77777777" w:rsidR="00A4338B" w:rsidRPr="00596DEC" w:rsidRDefault="00D520CC" w:rsidP="00A4338B">
            <w:pPr>
              <w:pStyle w:val="ListParagraph"/>
              <w:numPr>
                <w:ilvl w:val="1"/>
                <w:numId w:val="58"/>
              </w:numPr>
              <w:rPr>
                <w:rFonts w:eastAsiaTheme="minorHAnsi"/>
                <w:color w:val="000000"/>
                <w:sz w:val="22"/>
                <w:szCs w:val="22"/>
              </w:rPr>
            </w:pPr>
            <w:r w:rsidRPr="00596DEC">
              <w:rPr>
                <w:rFonts w:eastAsiaTheme="minorHAnsi"/>
                <w:color w:val="000000"/>
                <w:sz w:val="22"/>
                <w:szCs w:val="22"/>
              </w:rPr>
              <w:t>What was most effective about this lesson? What evidence do you have to support your response in terms of content understanding and in classroom management?</w:t>
            </w:r>
          </w:p>
          <w:p w14:paraId="240C8D61" w14:textId="77777777" w:rsidR="00A4338B" w:rsidRPr="00596DEC" w:rsidRDefault="00A4338B" w:rsidP="00A4338B">
            <w:pPr>
              <w:pStyle w:val="ListParagraph"/>
              <w:ind w:left="1440"/>
              <w:rPr>
                <w:rFonts w:eastAsiaTheme="minorHAnsi"/>
                <w:color w:val="000000"/>
                <w:sz w:val="22"/>
                <w:szCs w:val="22"/>
              </w:rPr>
            </w:pPr>
          </w:p>
          <w:p w14:paraId="75DD8DC5" w14:textId="3DC4054F" w:rsidR="00A4338B" w:rsidRPr="00596DEC" w:rsidRDefault="00A4338B" w:rsidP="00A4338B">
            <w:pPr>
              <w:pStyle w:val="ListParagraph"/>
              <w:ind w:left="1440"/>
              <w:rPr>
                <w:sz w:val="22"/>
                <w:szCs w:val="22"/>
              </w:rPr>
            </w:pPr>
            <w:r w:rsidRPr="00596DEC">
              <w:rPr>
                <w:sz w:val="22"/>
                <w:szCs w:val="22"/>
              </w:rPr>
              <w:t>Modeling the "find a pattern" strategy during the whole-group lesson worked really well. The bus schedule problem made it easy for students to see the time pattern, and using the classroom clock as a visual helped connect it to real-life thinking. They were also engaged during partner talk and were using time words more confidently by the end.</w:t>
            </w:r>
          </w:p>
          <w:p w14:paraId="4D8EC89E" w14:textId="77777777" w:rsidR="00A4338B" w:rsidRPr="00596DEC" w:rsidRDefault="00A4338B" w:rsidP="00A4338B">
            <w:pPr>
              <w:pStyle w:val="ListParagraph"/>
              <w:ind w:left="1440"/>
              <w:rPr>
                <w:rFonts w:eastAsiaTheme="minorHAnsi"/>
                <w:color w:val="000000"/>
                <w:sz w:val="22"/>
                <w:szCs w:val="22"/>
              </w:rPr>
            </w:pPr>
          </w:p>
          <w:p w14:paraId="306D037B" w14:textId="77777777" w:rsidR="00A4338B" w:rsidRPr="00596DEC" w:rsidRDefault="00D520CC" w:rsidP="00A4338B">
            <w:pPr>
              <w:pStyle w:val="ListParagraph"/>
              <w:numPr>
                <w:ilvl w:val="1"/>
                <w:numId w:val="58"/>
              </w:numPr>
              <w:rPr>
                <w:rFonts w:eastAsiaTheme="minorHAnsi"/>
                <w:color w:val="000000"/>
                <w:sz w:val="22"/>
                <w:szCs w:val="22"/>
              </w:rPr>
            </w:pPr>
            <w:r w:rsidRPr="00596DEC">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2A1B302E" w14:textId="77777777" w:rsidR="00A4338B" w:rsidRPr="00596DEC" w:rsidRDefault="00A4338B" w:rsidP="00A4338B">
            <w:pPr>
              <w:pStyle w:val="ListParagraph"/>
              <w:ind w:left="1440"/>
              <w:rPr>
                <w:sz w:val="22"/>
                <w:szCs w:val="22"/>
              </w:rPr>
            </w:pPr>
          </w:p>
          <w:p w14:paraId="6A39480E" w14:textId="5DEB61FE" w:rsidR="00A4338B" w:rsidRPr="00596DEC" w:rsidRDefault="00A4338B" w:rsidP="00A4338B">
            <w:pPr>
              <w:pStyle w:val="ListParagraph"/>
              <w:ind w:left="1440"/>
              <w:rPr>
                <w:sz w:val="22"/>
                <w:szCs w:val="22"/>
              </w:rPr>
            </w:pPr>
            <w:r w:rsidRPr="00596DEC">
              <w:rPr>
                <w:sz w:val="22"/>
                <w:szCs w:val="22"/>
              </w:rPr>
              <w:t>Next time, I’d slow down a bit during the guided practice. Some students needed more time with the first few problems before moving on. I’d also give students sentence strips with sentence frames printed on them, so they could use the language supports more independently during partner talk.</w:t>
            </w:r>
          </w:p>
          <w:p w14:paraId="51A984A0" w14:textId="77777777" w:rsidR="00A4338B" w:rsidRPr="00596DEC" w:rsidRDefault="00A4338B" w:rsidP="00A4338B">
            <w:pPr>
              <w:pStyle w:val="ListParagraph"/>
              <w:ind w:left="1440"/>
              <w:rPr>
                <w:rFonts w:eastAsiaTheme="minorHAnsi"/>
                <w:color w:val="000000"/>
                <w:sz w:val="22"/>
                <w:szCs w:val="22"/>
              </w:rPr>
            </w:pPr>
          </w:p>
          <w:p w14:paraId="65605CF5" w14:textId="77777777" w:rsidR="00A4338B" w:rsidRPr="00596DEC" w:rsidRDefault="00D520CC" w:rsidP="00A4338B">
            <w:pPr>
              <w:pStyle w:val="ListParagraph"/>
              <w:numPr>
                <w:ilvl w:val="1"/>
                <w:numId w:val="58"/>
              </w:numPr>
              <w:rPr>
                <w:rFonts w:eastAsiaTheme="minorHAnsi"/>
                <w:color w:val="000000"/>
                <w:sz w:val="22"/>
                <w:szCs w:val="22"/>
              </w:rPr>
            </w:pPr>
            <w:r w:rsidRPr="00596DEC">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7AD75551" w14:textId="77777777" w:rsidR="00A4338B" w:rsidRPr="00596DEC" w:rsidRDefault="00A4338B" w:rsidP="00A4338B">
            <w:pPr>
              <w:pStyle w:val="ListParagraph"/>
              <w:ind w:left="1440"/>
              <w:rPr>
                <w:rFonts w:eastAsiaTheme="minorHAnsi"/>
                <w:color w:val="000000"/>
                <w:sz w:val="22"/>
                <w:szCs w:val="22"/>
              </w:rPr>
            </w:pPr>
          </w:p>
          <w:p w14:paraId="320082EB" w14:textId="2C0FF283" w:rsidR="00A4338B" w:rsidRPr="00596DEC" w:rsidRDefault="00A4338B" w:rsidP="00A4338B">
            <w:pPr>
              <w:pStyle w:val="ListParagraph"/>
              <w:ind w:left="1440"/>
              <w:rPr>
                <w:sz w:val="22"/>
                <w:szCs w:val="22"/>
              </w:rPr>
            </w:pPr>
            <w:r w:rsidRPr="00596DEC">
              <w:rPr>
                <w:sz w:val="22"/>
                <w:szCs w:val="22"/>
              </w:rPr>
              <w:t>I asked things like “What time comes next?” and “How do you know that’s the right time?” and those questions helped them explain their thinking out loud. I gave a lot of quick feedback like “That’s a great pattern you found” or “Let’s check if your clocks match the intervals,” which helped guide students without giving away answers.</w:t>
            </w:r>
          </w:p>
          <w:p w14:paraId="04C477D4" w14:textId="77777777" w:rsidR="00A4338B" w:rsidRPr="00596DEC" w:rsidRDefault="00A4338B" w:rsidP="00A4338B">
            <w:pPr>
              <w:pStyle w:val="ListParagraph"/>
              <w:ind w:left="1440"/>
              <w:rPr>
                <w:rFonts w:eastAsiaTheme="minorHAnsi"/>
                <w:color w:val="000000"/>
                <w:sz w:val="22"/>
                <w:szCs w:val="22"/>
              </w:rPr>
            </w:pPr>
          </w:p>
          <w:p w14:paraId="4D8480FC" w14:textId="77777777" w:rsidR="00A4338B" w:rsidRPr="00596DEC" w:rsidRDefault="00DE1BF7" w:rsidP="00A4338B">
            <w:pPr>
              <w:pStyle w:val="ListParagraph"/>
              <w:numPr>
                <w:ilvl w:val="1"/>
                <w:numId w:val="58"/>
              </w:numPr>
              <w:rPr>
                <w:sz w:val="22"/>
                <w:szCs w:val="22"/>
              </w:rPr>
            </w:pPr>
            <w:r w:rsidRPr="00596DEC">
              <w:rPr>
                <w:sz w:val="22"/>
                <w:szCs w:val="22"/>
              </w:rPr>
              <w:t xml:space="preserve">Based on your responses above (#1-3), how would formal/informal assessment data from the lesson inform the changes you would make in the next lesson in this series?  </w:t>
            </w:r>
          </w:p>
          <w:p w14:paraId="28F24CC8" w14:textId="77777777" w:rsidR="00A4338B" w:rsidRPr="00596DEC" w:rsidRDefault="00A4338B" w:rsidP="00A4338B">
            <w:pPr>
              <w:pStyle w:val="ListParagraph"/>
              <w:ind w:left="1440"/>
              <w:rPr>
                <w:sz w:val="22"/>
                <w:szCs w:val="22"/>
              </w:rPr>
            </w:pPr>
          </w:p>
          <w:p w14:paraId="0C8DC55A" w14:textId="77777777" w:rsidR="00A4338B" w:rsidRPr="00596DEC" w:rsidRDefault="00A4338B" w:rsidP="00A4338B">
            <w:pPr>
              <w:pStyle w:val="ListParagraph"/>
              <w:ind w:left="1440"/>
              <w:rPr>
                <w:sz w:val="22"/>
                <w:szCs w:val="22"/>
              </w:rPr>
            </w:pPr>
            <w:r w:rsidRPr="00596DEC">
              <w:rPr>
                <w:sz w:val="22"/>
                <w:szCs w:val="22"/>
              </w:rPr>
              <w:t xml:space="preserve">The </w:t>
            </w:r>
            <w:proofErr w:type="spellStart"/>
            <w:r w:rsidRPr="00596DEC">
              <w:rPr>
                <w:sz w:val="22"/>
                <w:szCs w:val="22"/>
              </w:rPr>
              <w:t>MyMath</w:t>
            </w:r>
            <w:proofErr w:type="spellEnd"/>
            <w:r w:rsidRPr="00596DEC">
              <w:rPr>
                <w:sz w:val="22"/>
                <w:szCs w:val="22"/>
              </w:rPr>
              <w:t xml:space="preserve"> problems showed that most students understood the pattern concept but a few needed more support with drawing clocks and labeling time. I’ll review clock visuals and give more practice with number lines before moving to the next </w:t>
            </w:r>
            <w:proofErr w:type="spellStart"/>
            <w:r w:rsidRPr="00596DEC">
              <w:rPr>
                <w:sz w:val="22"/>
                <w:szCs w:val="22"/>
              </w:rPr>
              <w:t>MyMath</w:t>
            </w:r>
            <w:proofErr w:type="spellEnd"/>
            <w:r w:rsidRPr="00596DEC">
              <w:rPr>
                <w:sz w:val="22"/>
                <w:szCs w:val="22"/>
              </w:rPr>
              <w:t xml:space="preserve"> lesson on elapsed time.</w:t>
            </w:r>
          </w:p>
          <w:p w14:paraId="0C6BE9C3" w14:textId="24AA00ED" w:rsidR="00A4338B" w:rsidRPr="00A4338B" w:rsidRDefault="00A4338B" w:rsidP="00A4338B">
            <w:pPr>
              <w:pStyle w:val="ListParagraph"/>
              <w:ind w:left="1440"/>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36752F9F"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831069">
              <w:rPr>
                <w:sz w:val="22"/>
                <w:szCs w:val="22"/>
              </w:rPr>
              <w:t>4</w:t>
            </w:r>
            <w:r>
              <w:rPr>
                <w:sz w:val="22"/>
                <w:szCs w:val="22"/>
              </w:rPr>
              <w:t>/</w:t>
            </w:r>
            <w:r w:rsidR="00831069">
              <w:rPr>
                <w:sz w:val="22"/>
                <w:szCs w:val="22"/>
              </w:rPr>
              <w:t>9</w:t>
            </w:r>
            <w:r>
              <w:rPr>
                <w:sz w:val="22"/>
                <w:szCs w:val="22"/>
              </w:rPr>
              <w:t>/</w:t>
            </w:r>
            <w:r w:rsidR="00966191">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3C6FCCEF" w14:textId="5742C436" w:rsidR="00831069" w:rsidRDefault="00831069" w:rsidP="00012E18">
            <w:pPr>
              <w:jc w:val="center"/>
              <w:rPr>
                <w:sz w:val="22"/>
                <w:szCs w:val="22"/>
              </w:rPr>
            </w:pPr>
            <w:r>
              <w:rPr>
                <w:sz w:val="22"/>
                <w:szCs w:val="22"/>
              </w:rPr>
              <w:t>1</w:t>
            </w:r>
            <w:r w:rsidRPr="00831069">
              <w:rPr>
                <w:sz w:val="22"/>
                <w:szCs w:val="22"/>
              </w:rPr>
              <w:t>st</w:t>
            </w: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02F43B27" w14:textId="77777777" w:rsidR="00831069" w:rsidRDefault="00A65332" w:rsidP="00831069">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4A60E9C0" w:rsidR="00A65332" w:rsidRPr="00831069" w:rsidRDefault="00831069" w:rsidP="00831069">
            <w:pPr>
              <w:jc w:val="center"/>
              <w:rPr>
                <w:sz w:val="22"/>
                <w:szCs w:val="22"/>
              </w:rPr>
            </w:pPr>
            <w:r>
              <w:t>Physical Education – Cooperative Play and Team Building</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 xml:space="preserve">504 </w:t>
            </w:r>
            <w:proofErr w:type="gramStart"/>
            <w:r w:rsidR="00A65332" w:rsidRPr="002A4419">
              <w:rPr>
                <w:szCs w:val="16"/>
              </w:rPr>
              <w:t>plan</w:t>
            </w:r>
            <w:proofErr w:type="gramEnd"/>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5D0F7F12" w14:textId="77777777" w:rsidR="00831069" w:rsidRDefault="00144D50" w:rsidP="00831069">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41D739CC" w14:textId="77777777" w:rsidR="00831069" w:rsidRPr="00831069" w:rsidRDefault="00831069" w:rsidP="00831069">
            <w:pPr>
              <w:pStyle w:val="ListParagraph"/>
              <w:keepNext/>
              <w:numPr>
                <w:ilvl w:val="0"/>
                <w:numId w:val="48"/>
              </w:numPr>
              <w:outlineLvl w:val="0"/>
              <w:rPr>
                <w:rFonts w:eastAsia="Times"/>
                <w:b/>
                <w:bCs/>
                <w:sz w:val="22"/>
                <w:szCs w:val="22"/>
              </w:rPr>
            </w:pPr>
            <w:r>
              <w:t>CA PE Standard 1.1: Students demonstrate basic movement patterns.</w:t>
            </w:r>
          </w:p>
          <w:p w14:paraId="7D601304" w14:textId="77777777" w:rsidR="00831069" w:rsidRPr="00831069" w:rsidRDefault="00831069" w:rsidP="00831069">
            <w:pPr>
              <w:pStyle w:val="ListParagraph"/>
              <w:keepNext/>
              <w:numPr>
                <w:ilvl w:val="0"/>
                <w:numId w:val="48"/>
              </w:numPr>
              <w:outlineLvl w:val="0"/>
              <w:rPr>
                <w:rFonts w:eastAsia="Times"/>
                <w:b/>
                <w:bCs/>
                <w:sz w:val="22"/>
                <w:szCs w:val="22"/>
              </w:rPr>
            </w:pPr>
            <w:r>
              <w:t>CA PE Standard 2.3: Work cooperatively with a partner or in a small group to complete a challenge.</w:t>
            </w:r>
          </w:p>
          <w:p w14:paraId="6AF4F294" w14:textId="78A56D53" w:rsidR="00315705" w:rsidRPr="00831069" w:rsidRDefault="00831069" w:rsidP="00831069">
            <w:pPr>
              <w:pStyle w:val="ListParagraph"/>
              <w:keepNext/>
              <w:numPr>
                <w:ilvl w:val="0"/>
                <w:numId w:val="48"/>
              </w:numPr>
              <w:outlineLvl w:val="0"/>
              <w:rPr>
                <w:rFonts w:eastAsia="Times"/>
                <w:b/>
                <w:bCs/>
                <w:sz w:val="22"/>
                <w:szCs w:val="22"/>
              </w:rPr>
            </w:pPr>
            <w:r>
              <w:t>CA PE Standard 5.1: Demonstrate personal responsibility during physical activity.</w:t>
            </w:r>
          </w:p>
        </w:tc>
        <w:tc>
          <w:tcPr>
            <w:tcW w:w="5400" w:type="dxa"/>
            <w:tcBorders>
              <w:top w:val="thickThinSmallGap" w:sz="24" w:space="0" w:color="auto"/>
              <w:left w:val="thickThinSmallGap" w:sz="24" w:space="0" w:color="auto"/>
              <w:right w:val="thickThinSmallGap" w:sz="24" w:space="0" w:color="auto"/>
            </w:tcBorders>
          </w:tcPr>
          <w:p w14:paraId="60E001EE" w14:textId="77777777" w:rsidR="00831069" w:rsidRDefault="00144D50" w:rsidP="00831069">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144D66AD" w14:textId="77777777" w:rsidR="00831069" w:rsidRDefault="00831069" w:rsidP="00831069">
            <w:pPr>
              <w:pStyle w:val="ListParagraph"/>
              <w:numPr>
                <w:ilvl w:val="0"/>
                <w:numId w:val="49"/>
              </w:numPr>
            </w:pPr>
            <w:r>
              <w:t xml:space="preserve">ELD.PI.1-2.1 - Exchanging information and ideas with others through oral collaborative conversations. </w:t>
            </w:r>
          </w:p>
          <w:p w14:paraId="5FE259A3" w14:textId="4497F2E0" w:rsidR="00831069" w:rsidRPr="00831069" w:rsidRDefault="00831069" w:rsidP="00831069">
            <w:pPr>
              <w:pStyle w:val="ListParagraph"/>
              <w:numPr>
                <w:ilvl w:val="0"/>
                <w:numId w:val="49"/>
              </w:numPr>
            </w:pPr>
            <w:r>
              <w:t>ELD.PI.1-2.10 - Writing and speaking about familiar topics using complete sentences.</w:t>
            </w:r>
          </w:p>
          <w:p w14:paraId="520B1439" w14:textId="6FAE6B81" w:rsidR="00315705" w:rsidRPr="00315705" w:rsidRDefault="00315705" w:rsidP="00AA7809">
            <w:pPr>
              <w:pStyle w:val="ListParagraph"/>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7026B4AE" w14:textId="77777777" w:rsidR="00831069" w:rsidRDefault="006B039E" w:rsidP="00831069">
            <w:pPr>
              <w:keepNext/>
              <w:outlineLvl w:val="0"/>
              <w:rPr>
                <w:rFonts w:eastAsia="Times"/>
                <w:b/>
                <w:bCs/>
                <w:sz w:val="22"/>
                <w:szCs w:val="22"/>
              </w:rPr>
            </w:pPr>
            <w:r w:rsidRPr="006C76A0">
              <w:rPr>
                <w:rFonts w:eastAsia="Times"/>
                <w:b/>
                <w:bCs/>
                <w:sz w:val="22"/>
                <w:szCs w:val="22"/>
              </w:rPr>
              <w:t xml:space="preserve">Lesson Objective(s)/Goal(s): </w:t>
            </w:r>
          </w:p>
          <w:p w14:paraId="7723B34D" w14:textId="142DE990" w:rsidR="00831069" w:rsidRPr="00831069" w:rsidRDefault="00831069" w:rsidP="00831069">
            <w:pPr>
              <w:pStyle w:val="ListParagraph"/>
              <w:keepNext/>
              <w:numPr>
                <w:ilvl w:val="0"/>
                <w:numId w:val="50"/>
              </w:numPr>
              <w:outlineLvl w:val="0"/>
              <w:rPr>
                <w:rFonts w:eastAsia="Times"/>
                <w:b/>
                <w:bCs/>
                <w:sz w:val="22"/>
                <w:szCs w:val="22"/>
              </w:rPr>
            </w:pPr>
            <w:r w:rsidRPr="00831069">
              <w:rPr>
                <w:rFonts w:eastAsia="Times"/>
                <w:sz w:val="22"/>
                <w:szCs w:val="22"/>
              </w:rPr>
              <w:t>By the end of the lesson, g</w:t>
            </w:r>
            <w:r w:rsidRPr="00831069">
              <w:t>iven</w:t>
            </w:r>
            <w:r>
              <w:t xml:space="preserve"> a team-based relay race with differentiated roles, students will be able to actively participate, follow directions, and demonstrate cooperation and responsible play, with 100% of students engaged and participating.</w:t>
            </w:r>
          </w:p>
          <w:p w14:paraId="07C19E8C" w14:textId="6FA94EA1" w:rsidR="00315705" w:rsidRPr="00315705" w:rsidRDefault="00315705" w:rsidP="00AA7809">
            <w:pPr>
              <w:pStyle w:val="ListParagraph"/>
              <w:keepNext/>
              <w:outlineLvl w:val="0"/>
              <w:rPr>
                <w:rFonts w:eastAsia="Times"/>
                <w:b/>
                <w:bCs/>
                <w:sz w:val="22"/>
                <w:szCs w:val="22"/>
              </w:rPr>
            </w:pPr>
          </w:p>
        </w:tc>
        <w:tc>
          <w:tcPr>
            <w:tcW w:w="5400" w:type="dxa"/>
            <w:tcBorders>
              <w:top w:val="thickThinSmallGap" w:sz="24" w:space="0" w:color="auto"/>
              <w:left w:val="thickThinSmallGap" w:sz="24" w:space="0" w:color="auto"/>
              <w:right w:val="thickThinSmallGap" w:sz="24" w:space="0" w:color="auto"/>
            </w:tcBorders>
          </w:tcPr>
          <w:p w14:paraId="179E0992" w14:textId="77777777" w:rsidR="00831069" w:rsidRDefault="006B039E" w:rsidP="00831069">
            <w:pPr>
              <w:rPr>
                <w:b/>
                <w:sz w:val="22"/>
                <w:szCs w:val="22"/>
              </w:rPr>
            </w:pPr>
            <w:r w:rsidRPr="00BB7B32">
              <w:rPr>
                <w:b/>
                <w:sz w:val="22"/>
                <w:szCs w:val="22"/>
              </w:rPr>
              <w:t>Language Objective(s):</w:t>
            </w:r>
          </w:p>
          <w:p w14:paraId="2B6679A0" w14:textId="62815B72" w:rsidR="00831069" w:rsidRPr="00831069" w:rsidRDefault="00831069" w:rsidP="00831069">
            <w:pPr>
              <w:pStyle w:val="ListParagraph"/>
              <w:numPr>
                <w:ilvl w:val="0"/>
                <w:numId w:val="50"/>
              </w:numPr>
              <w:rPr>
                <w:b/>
                <w:sz w:val="22"/>
                <w:szCs w:val="22"/>
              </w:rPr>
            </w:pPr>
            <w:r>
              <w:t xml:space="preserve">Students will be able to explain their task in the relay and encourage teammates using complete sentences </w:t>
            </w:r>
          </w:p>
          <w:p w14:paraId="29EC03ED" w14:textId="1D8E58BB" w:rsidR="00315705" w:rsidRPr="001673CD" w:rsidRDefault="00315705" w:rsidP="00AA7809">
            <w:pPr>
              <w:pStyle w:val="ListParagraph"/>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7FBDC4EA" w14:textId="77777777" w:rsidR="00831069" w:rsidRDefault="00831069" w:rsidP="00831069">
            <w:pPr>
              <w:pStyle w:val="NormalWeb"/>
              <w:numPr>
                <w:ilvl w:val="0"/>
                <w:numId w:val="50"/>
              </w:numPr>
            </w:pPr>
            <w:r>
              <w:t xml:space="preserve">Functions: Explain, encourage, follow </w:t>
            </w:r>
          </w:p>
          <w:p w14:paraId="3CB61D8B" w14:textId="77777777" w:rsidR="00831069" w:rsidRDefault="00831069" w:rsidP="00831069">
            <w:pPr>
              <w:pStyle w:val="NormalWeb"/>
              <w:numPr>
                <w:ilvl w:val="0"/>
                <w:numId w:val="50"/>
              </w:numPr>
            </w:pPr>
            <w:r>
              <w:t xml:space="preserve">Vocabulary: relay, team, race, tag, cone, finish line, cheer </w:t>
            </w:r>
          </w:p>
          <w:p w14:paraId="340BF865" w14:textId="77777777" w:rsidR="00831069" w:rsidRDefault="00831069" w:rsidP="00831069">
            <w:pPr>
              <w:pStyle w:val="NormalWeb"/>
              <w:numPr>
                <w:ilvl w:val="0"/>
                <w:numId w:val="50"/>
              </w:numPr>
            </w:pPr>
            <w:r>
              <w:t xml:space="preserve">Discourse: Team collaboration, peer encouragement </w:t>
            </w:r>
          </w:p>
          <w:p w14:paraId="0377DB37" w14:textId="31981FE2" w:rsidR="006B039E" w:rsidRPr="00831069" w:rsidRDefault="00831069" w:rsidP="00831069">
            <w:pPr>
              <w:pStyle w:val="NormalWeb"/>
              <w:numPr>
                <w:ilvl w:val="0"/>
                <w:numId w:val="50"/>
              </w:numPr>
            </w:pPr>
            <w:r>
              <w:t>Syntax: “I am going to ___.” / “You go after ___.” / “Let’s cheer for ___!”</w:t>
            </w: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7D9BD83B" w14:textId="77777777" w:rsidR="00831069" w:rsidRDefault="00831069" w:rsidP="00831069">
            <w:pPr>
              <w:pStyle w:val="NormalWeb"/>
              <w:numPr>
                <w:ilvl w:val="0"/>
                <w:numId w:val="51"/>
              </w:numPr>
            </w:pPr>
            <w:r>
              <w:t>Strategic groupings to support peer modeling</w:t>
            </w:r>
          </w:p>
          <w:p w14:paraId="5EC34166" w14:textId="77777777" w:rsidR="00831069" w:rsidRDefault="00831069" w:rsidP="00831069">
            <w:pPr>
              <w:pStyle w:val="NormalWeb"/>
              <w:numPr>
                <w:ilvl w:val="0"/>
                <w:numId w:val="51"/>
              </w:numPr>
            </w:pPr>
            <w:r>
              <w:t>Differentiated physical roles based on ability (e.g., carrying vs. running vs. signaling)</w:t>
            </w:r>
          </w:p>
          <w:p w14:paraId="03B0CA8A" w14:textId="77777777" w:rsidR="00831069" w:rsidRDefault="00831069" w:rsidP="00831069">
            <w:pPr>
              <w:pStyle w:val="NormalWeb"/>
              <w:numPr>
                <w:ilvl w:val="0"/>
                <w:numId w:val="51"/>
              </w:numPr>
            </w:pPr>
            <w:r>
              <w:t>Clear visuals and modeling before each round</w:t>
            </w:r>
          </w:p>
          <w:p w14:paraId="55BACF0A" w14:textId="424781AA" w:rsidR="006B039E" w:rsidRPr="00315705" w:rsidRDefault="00831069" w:rsidP="00831069">
            <w:pPr>
              <w:pStyle w:val="NormalWeb"/>
              <w:numPr>
                <w:ilvl w:val="0"/>
                <w:numId w:val="51"/>
              </w:numPr>
            </w:pPr>
            <w:r>
              <w:t>Multiple forms of participation (e.g., runners, cone re-setters, timers, cheer captains)</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lastRenderedPageBreak/>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C45D4BF" w14:textId="77777777" w:rsidR="00831069" w:rsidRDefault="00831069" w:rsidP="00831069">
            <w:pPr>
              <w:pStyle w:val="NormalWeb"/>
              <w:numPr>
                <w:ilvl w:val="0"/>
                <w:numId w:val="52"/>
              </w:numPr>
            </w:pPr>
            <w:r>
              <w:t>Introduction (5 min):</w:t>
            </w:r>
          </w:p>
          <w:p w14:paraId="4DFF8BE9" w14:textId="77777777" w:rsidR="00831069" w:rsidRDefault="00831069" w:rsidP="00831069">
            <w:pPr>
              <w:pStyle w:val="NormalWeb"/>
              <w:numPr>
                <w:ilvl w:val="0"/>
                <w:numId w:val="53"/>
              </w:numPr>
            </w:pPr>
            <w:r>
              <w:t>Greet students and explain that today’s activity is a fun, team-based relay race.</w:t>
            </w:r>
          </w:p>
          <w:p w14:paraId="5FA75278" w14:textId="77777777" w:rsidR="00831069" w:rsidRDefault="00831069" w:rsidP="00831069">
            <w:pPr>
              <w:pStyle w:val="NormalWeb"/>
              <w:numPr>
                <w:ilvl w:val="0"/>
                <w:numId w:val="53"/>
              </w:numPr>
            </w:pPr>
            <w:r>
              <w:t>Share objectives: “Today we are going to play a relay race game where everyone gets a role to help their team!”</w:t>
            </w:r>
          </w:p>
          <w:p w14:paraId="3113A3DB" w14:textId="77777777" w:rsidR="00831069" w:rsidRDefault="00831069" w:rsidP="00831069">
            <w:pPr>
              <w:pStyle w:val="NormalWeb"/>
              <w:numPr>
                <w:ilvl w:val="0"/>
                <w:numId w:val="53"/>
              </w:numPr>
            </w:pPr>
            <w:r>
              <w:t>Review safety expectations and respectful behavior.</w:t>
            </w:r>
          </w:p>
          <w:p w14:paraId="5981CF5D" w14:textId="77777777" w:rsidR="00831069" w:rsidRDefault="00831069" w:rsidP="00831069">
            <w:pPr>
              <w:pStyle w:val="NormalWeb"/>
              <w:numPr>
                <w:ilvl w:val="0"/>
                <w:numId w:val="54"/>
              </w:numPr>
            </w:pPr>
            <w:r>
              <w:t>Set Up &amp; Modeling (10 min):</w:t>
            </w:r>
          </w:p>
          <w:p w14:paraId="63FD1593" w14:textId="77777777" w:rsidR="00831069" w:rsidRDefault="00831069" w:rsidP="00831069">
            <w:pPr>
              <w:pStyle w:val="NormalWeb"/>
              <w:numPr>
                <w:ilvl w:val="0"/>
                <w:numId w:val="55"/>
              </w:numPr>
            </w:pPr>
            <w:r>
              <w:t>Divide the class into at least five mixed-grade teams (based on behavior/ability balance).</w:t>
            </w:r>
          </w:p>
          <w:p w14:paraId="7F318CBA" w14:textId="5E3198BD" w:rsidR="00831069" w:rsidRDefault="00831069" w:rsidP="00831069">
            <w:pPr>
              <w:pStyle w:val="NormalWeb"/>
              <w:numPr>
                <w:ilvl w:val="0"/>
                <w:numId w:val="55"/>
              </w:numPr>
            </w:pPr>
            <w:r>
              <w:t>Introduce the use of cones to mark start, checkpoints, and finish lines.</w:t>
            </w:r>
          </w:p>
          <w:p w14:paraId="2AF0C417" w14:textId="0D5BB2F1" w:rsidR="00831069" w:rsidRDefault="00831069" w:rsidP="00831069">
            <w:pPr>
              <w:pStyle w:val="NormalWeb"/>
              <w:numPr>
                <w:ilvl w:val="0"/>
                <w:numId w:val="55"/>
              </w:numPr>
            </w:pPr>
            <w:r>
              <w:t>Demonstrate one round with volunteers showing different roles (e.g., skipping, running, hopping, butt kickers, high knees).</w:t>
            </w:r>
          </w:p>
          <w:p w14:paraId="719F7E3E" w14:textId="77777777" w:rsidR="00831069" w:rsidRDefault="00831069" w:rsidP="00831069">
            <w:pPr>
              <w:pStyle w:val="NormalWeb"/>
              <w:numPr>
                <w:ilvl w:val="0"/>
                <w:numId w:val="55"/>
              </w:numPr>
            </w:pPr>
            <w:r>
              <w:t>Clarify how students will rotate through different roles.</w:t>
            </w:r>
          </w:p>
          <w:p w14:paraId="0EBB1334" w14:textId="77777777" w:rsidR="00831069" w:rsidRDefault="00831069" w:rsidP="00831069">
            <w:pPr>
              <w:pStyle w:val="NormalWeb"/>
              <w:numPr>
                <w:ilvl w:val="0"/>
                <w:numId w:val="56"/>
              </w:numPr>
            </w:pPr>
            <w:r>
              <w:t>Relay Race (20-25 min):</w:t>
            </w:r>
          </w:p>
          <w:p w14:paraId="39DC5CFA" w14:textId="77777777" w:rsidR="00831069" w:rsidRDefault="00831069" w:rsidP="00831069">
            <w:pPr>
              <w:pStyle w:val="NormalWeb"/>
              <w:numPr>
                <w:ilvl w:val="0"/>
                <w:numId w:val="57"/>
              </w:numPr>
            </w:pPr>
            <w:r>
              <w:t>Begin the race with all five teams lined up.</w:t>
            </w:r>
          </w:p>
          <w:p w14:paraId="55E7A74E" w14:textId="77777777" w:rsidR="00831069" w:rsidRDefault="00831069" w:rsidP="00831069">
            <w:pPr>
              <w:pStyle w:val="NormalWeb"/>
              <w:numPr>
                <w:ilvl w:val="0"/>
                <w:numId w:val="57"/>
              </w:numPr>
            </w:pPr>
            <w:r>
              <w:t>Each team will send one runner at a time to the cone and back.</w:t>
            </w:r>
          </w:p>
          <w:p w14:paraId="330A35ED" w14:textId="23694B66" w:rsidR="00831069" w:rsidRDefault="00831069" w:rsidP="00831069">
            <w:pPr>
              <w:pStyle w:val="NormalWeb"/>
              <w:numPr>
                <w:ilvl w:val="0"/>
                <w:numId w:val="57"/>
              </w:numPr>
            </w:pPr>
            <w:r>
              <w:t>After tagging the next player, that runner becomes a cheer goer or helper for the round until the rest of the team has finished.</w:t>
            </w:r>
          </w:p>
          <w:p w14:paraId="29C38FBA" w14:textId="77777777" w:rsidR="00831069" w:rsidRDefault="00831069" w:rsidP="00831069">
            <w:pPr>
              <w:pStyle w:val="NormalWeb"/>
              <w:numPr>
                <w:ilvl w:val="0"/>
                <w:numId w:val="57"/>
              </w:numPr>
            </w:pPr>
            <w:r>
              <w:t>Continue rotating until all students have completed a turn or role.</w:t>
            </w:r>
          </w:p>
          <w:p w14:paraId="5FFD8F81" w14:textId="77777777" w:rsidR="00831069" w:rsidRDefault="00831069" w:rsidP="00831069">
            <w:pPr>
              <w:pStyle w:val="NormalWeb"/>
              <w:numPr>
                <w:ilvl w:val="0"/>
                <w:numId w:val="58"/>
              </w:numPr>
            </w:pPr>
            <w:r>
              <w:t>Cool Down &amp; Debrief (5 min):</w:t>
            </w:r>
          </w:p>
          <w:p w14:paraId="1D773D21" w14:textId="77777777" w:rsidR="00831069" w:rsidRDefault="00831069" w:rsidP="00831069">
            <w:pPr>
              <w:pStyle w:val="NormalWeb"/>
              <w:numPr>
                <w:ilvl w:val="0"/>
                <w:numId w:val="59"/>
              </w:numPr>
            </w:pPr>
            <w:r>
              <w:t>Lead students in a light cool down walk and stretch circle.</w:t>
            </w:r>
          </w:p>
          <w:p w14:paraId="0270D8BC" w14:textId="77777777" w:rsidR="00831069" w:rsidRDefault="00831069" w:rsidP="00831069">
            <w:pPr>
              <w:pStyle w:val="NormalWeb"/>
              <w:numPr>
                <w:ilvl w:val="0"/>
                <w:numId w:val="59"/>
              </w:numPr>
            </w:pPr>
            <w:r>
              <w:t>Ask: “What was your favorite part of the relay?” / “How did you help your team today?”</w:t>
            </w:r>
          </w:p>
          <w:p w14:paraId="311FF6B5" w14:textId="093BDEF0" w:rsidR="00DE1BF7" w:rsidRPr="00315705" w:rsidRDefault="00831069" w:rsidP="00831069">
            <w:pPr>
              <w:pStyle w:val="NormalWeb"/>
              <w:numPr>
                <w:ilvl w:val="0"/>
                <w:numId w:val="59"/>
              </w:numPr>
            </w:pPr>
            <w:r>
              <w:t>Encourage students to share how they worked together.</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1C1441B8" w14:textId="77777777" w:rsidR="00831069" w:rsidRDefault="00831069" w:rsidP="00831069">
            <w:pPr>
              <w:pStyle w:val="NormalWeb"/>
              <w:numPr>
                <w:ilvl w:val="0"/>
                <w:numId w:val="60"/>
              </w:numPr>
            </w:pPr>
            <w:r>
              <w:t>Informal: Observation of participation and cooperation during the activity</w:t>
            </w:r>
          </w:p>
          <w:p w14:paraId="0FCC8B2C" w14:textId="2CC9E43D" w:rsidR="00831069" w:rsidRPr="00315705" w:rsidRDefault="00831069" w:rsidP="00831069">
            <w:pPr>
              <w:pStyle w:val="NormalWeb"/>
              <w:numPr>
                <w:ilvl w:val="0"/>
                <w:numId w:val="60"/>
              </w:numPr>
            </w:pPr>
            <w:r>
              <w:t xml:space="preserve">Formal: Full participation and accuracy of relay race from all students </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50678B5" w14:textId="77777777" w:rsidR="00831069" w:rsidRDefault="00831069" w:rsidP="00831069">
            <w:pPr>
              <w:pStyle w:val="NormalWeb"/>
            </w:pPr>
            <w:r>
              <w:t>Review/Closing (3-5 min):</w:t>
            </w:r>
          </w:p>
          <w:p w14:paraId="1451A946" w14:textId="77777777" w:rsidR="00831069" w:rsidRDefault="00831069" w:rsidP="00831069">
            <w:pPr>
              <w:pStyle w:val="NormalWeb"/>
              <w:numPr>
                <w:ilvl w:val="0"/>
                <w:numId w:val="61"/>
              </w:numPr>
            </w:pPr>
            <w:r>
              <w:t>Recap the importance of teamwork, trying your best, and being safe.</w:t>
            </w:r>
          </w:p>
          <w:p w14:paraId="1BD79D1A" w14:textId="77777777" w:rsidR="00831069" w:rsidRDefault="00831069" w:rsidP="00831069">
            <w:pPr>
              <w:pStyle w:val="NormalWeb"/>
              <w:numPr>
                <w:ilvl w:val="0"/>
                <w:numId w:val="61"/>
              </w:numPr>
            </w:pPr>
            <w:r>
              <w:t>Ask: “How did it feel to help your team today?” / “What role did you like most?”</w:t>
            </w:r>
          </w:p>
          <w:p w14:paraId="6D468A2A" w14:textId="027C0AC7" w:rsidR="00D520CC" w:rsidRPr="00315705" w:rsidRDefault="00831069" w:rsidP="00831069">
            <w:pPr>
              <w:pStyle w:val="NormalWeb"/>
              <w:numPr>
                <w:ilvl w:val="0"/>
                <w:numId w:val="61"/>
              </w:numPr>
            </w:pPr>
            <w:r>
              <w:t>Reinforce that everyone’s contribution made the relay fun and successful.</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48CE7A55" w14:textId="77777777" w:rsidR="00720C6F" w:rsidRPr="00391B36" w:rsidRDefault="00D520CC" w:rsidP="00720C6F">
            <w:pPr>
              <w:pStyle w:val="ListParagraph"/>
              <w:numPr>
                <w:ilvl w:val="0"/>
                <w:numId w:val="62"/>
              </w:numPr>
              <w:rPr>
                <w:rFonts w:eastAsiaTheme="minorHAnsi"/>
                <w:color w:val="000000"/>
                <w:sz w:val="22"/>
                <w:szCs w:val="22"/>
              </w:rPr>
            </w:pPr>
            <w:r w:rsidRPr="00391B36">
              <w:rPr>
                <w:rFonts w:eastAsiaTheme="minorHAnsi"/>
                <w:color w:val="000000"/>
                <w:sz w:val="22"/>
                <w:szCs w:val="22"/>
              </w:rPr>
              <w:t>What was most effective about this lesson? What evidence do you have to support your response in terms of content understanding and in classroom management?</w:t>
            </w:r>
          </w:p>
          <w:p w14:paraId="6199B8FC" w14:textId="77777777" w:rsidR="00720C6F" w:rsidRPr="00391B36" w:rsidRDefault="00720C6F" w:rsidP="00720C6F">
            <w:pPr>
              <w:pStyle w:val="ListParagraph"/>
              <w:rPr>
                <w:rFonts w:eastAsiaTheme="minorHAnsi"/>
                <w:color w:val="000000"/>
                <w:sz w:val="22"/>
                <w:szCs w:val="22"/>
              </w:rPr>
            </w:pPr>
          </w:p>
          <w:p w14:paraId="6F327620" w14:textId="3437F408" w:rsidR="00720C6F" w:rsidRPr="00391B36" w:rsidRDefault="00720C6F" w:rsidP="00720C6F">
            <w:pPr>
              <w:pStyle w:val="ListParagraph"/>
              <w:rPr>
                <w:sz w:val="22"/>
                <w:szCs w:val="22"/>
              </w:rPr>
            </w:pPr>
            <w:r w:rsidRPr="00391B36">
              <w:rPr>
                <w:sz w:val="22"/>
                <w:szCs w:val="22"/>
              </w:rPr>
              <w:t>The teamwork aspect really stood out. Students were cheering each other on and were excited to take part in the race, even if they weren’t the fastest. Giving everyone a role (like timer, cheerleader, or runner) helped students feel involved and successful, no matter their ability level.</w:t>
            </w:r>
          </w:p>
          <w:p w14:paraId="6ABFD5CF" w14:textId="77777777" w:rsidR="00720C6F" w:rsidRPr="00391B36" w:rsidRDefault="00720C6F" w:rsidP="00720C6F">
            <w:pPr>
              <w:pStyle w:val="ListParagraph"/>
              <w:rPr>
                <w:rFonts w:eastAsiaTheme="minorHAnsi"/>
                <w:color w:val="000000"/>
                <w:sz w:val="22"/>
                <w:szCs w:val="22"/>
              </w:rPr>
            </w:pPr>
          </w:p>
          <w:p w14:paraId="2AA11C1B" w14:textId="77777777" w:rsidR="00720C6F" w:rsidRPr="00391B36" w:rsidRDefault="00D520CC" w:rsidP="00720C6F">
            <w:pPr>
              <w:pStyle w:val="ListParagraph"/>
              <w:numPr>
                <w:ilvl w:val="0"/>
                <w:numId w:val="62"/>
              </w:numPr>
              <w:rPr>
                <w:rFonts w:eastAsiaTheme="minorHAnsi"/>
                <w:color w:val="000000"/>
                <w:sz w:val="22"/>
                <w:szCs w:val="22"/>
              </w:rPr>
            </w:pPr>
            <w:r w:rsidRPr="00391B36">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3F2D0D97" w14:textId="77777777" w:rsidR="00720C6F" w:rsidRPr="00391B36" w:rsidRDefault="00720C6F" w:rsidP="00720C6F">
            <w:pPr>
              <w:pStyle w:val="ListParagraph"/>
              <w:rPr>
                <w:rFonts w:eastAsiaTheme="minorHAnsi"/>
                <w:color w:val="000000"/>
                <w:sz w:val="22"/>
                <w:szCs w:val="22"/>
              </w:rPr>
            </w:pPr>
          </w:p>
          <w:p w14:paraId="5D66FE38" w14:textId="01C0092F" w:rsidR="00720C6F" w:rsidRPr="00391B36" w:rsidRDefault="00720C6F" w:rsidP="00720C6F">
            <w:pPr>
              <w:pStyle w:val="ListParagraph"/>
              <w:rPr>
                <w:sz w:val="22"/>
                <w:szCs w:val="22"/>
              </w:rPr>
            </w:pPr>
            <w:r w:rsidRPr="00391B36">
              <w:rPr>
                <w:sz w:val="22"/>
                <w:szCs w:val="22"/>
              </w:rPr>
              <w:t>I would probably spend more time practicing transitions between roles. A few students weren’t sure when it was their turn, and it caused a little confusion. Next time, I’d go through a slower demo and maybe color-code teams or give out visual cue cards to show whose turn is next.</w:t>
            </w:r>
          </w:p>
          <w:p w14:paraId="4BD9F3EF" w14:textId="77777777" w:rsidR="00720C6F" w:rsidRPr="00391B36" w:rsidRDefault="00720C6F" w:rsidP="00720C6F">
            <w:pPr>
              <w:pStyle w:val="ListParagraph"/>
              <w:rPr>
                <w:rFonts w:eastAsiaTheme="minorHAnsi"/>
                <w:color w:val="000000"/>
                <w:sz w:val="22"/>
                <w:szCs w:val="22"/>
              </w:rPr>
            </w:pPr>
          </w:p>
          <w:p w14:paraId="5909495D" w14:textId="77777777" w:rsidR="00720C6F" w:rsidRPr="00391B36" w:rsidRDefault="00D520CC" w:rsidP="00720C6F">
            <w:pPr>
              <w:pStyle w:val="ListParagraph"/>
              <w:numPr>
                <w:ilvl w:val="0"/>
                <w:numId w:val="62"/>
              </w:numPr>
              <w:rPr>
                <w:rFonts w:eastAsiaTheme="minorHAnsi"/>
                <w:color w:val="000000"/>
                <w:sz w:val="22"/>
                <w:szCs w:val="22"/>
              </w:rPr>
            </w:pPr>
            <w:r w:rsidRPr="00391B36">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770115AF" w14:textId="77777777" w:rsidR="00720C6F" w:rsidRPr="00391B36" w:rsidRDefault="00720C6F" w:rsidP="00720C6F">
            <w:pPr>
              <w:pStyle w:val="ListParagraph"/>
              <w:rPr>
                <w:rFonts w:eastAsiaTheme="minorHAnsi"/>
                <w:color w:val="000000"/>
                <w:sz w:val="22"/>
                <w:szCs w:val="22"/>
              </w:rPr>
            </w:pPr>
          </w:p>
          <w:p w14:paraId="11DDDF05" w14:textId="55755CB3" w:rsidR="00720C6F" w:rsidRPr="00391B36" w:rsidRDefault="00720C6F" w:rsidP="00720C6F">
            <w:pPr>
              <w:pStyle w:val="ListParagraph"/>
              <w:rPr>
                <w:rFonts w:eastAsiaTheme="minorHAnsi"/>
                <w:color w:val="000000"/>
                <w:sz w:val="22"/>
                <w:szCs w:val="22"/>
              </w:rPr>
            </w:pPr>
            <w:r w:rsidRPr="00391B36">
              <w:rPr>
                <w:sz w:val="22"/>
                <w:szCs w:val="22"/>
              </w:rPr>
              <w:t>Students talked a lot during the activity, mostly in a positive way</w:t>
            </w:r>
            <w:r w:rsidR="009775FC" w:rsidRPr="00391B36">
              <w:rPr>
                <w:sz w:val="22"/>
                <w:szCs w:val="22"/>
              </w:rPr>
              <w:t>, c</w:t>
            </w:r>
            <w:r w:rsidRPr="00391B36">
              <w:rPr>
                <w:sz w:val="22"/>
                <w:szCs w:val="22"/>
              </w:rPr>
              <w:t>heering each other on and explaining the race order. I heard them say things like “You go next!” or “We’re almost done!” and that showed they understood the task and were thinking about team success. I gave quick reminders about roles and praised effort, not just speed.</w:t>
            </w:r>
          </w:p>
          <w:p w14:paraId="1BAC52E4" w14:textId="77777777" w:rsidR="00720C6F" w:rsidRPr="00391B36" w:rsidRDefault="00720C6F" w:rsidP="00720C6F">
            <w:pPr>
              <w:rPr>
                <w:sz w:val="22"/>
                <w:szCs w:val="22"/>
              </w:rPr>
            </w:pPr>
          </w:p>
          <w:p w14:paraId="1F7C593E" w14:textId="77777777" w:rsidR="00720C6F" w:rsidRPr="00391B36" w:rsidRDefault="00DE1BF7" w:rsidP="00720C6F">
            <w:pPr>
              <w:pStyle w:val="ListParagraph"/>
              <w:numPr>
                <w:ilvl w:val="0"/>
                <w:numId w:val="62"/>
              </w:numPr>
              <w:rPr>
                <w:sz w:val="22"/>
                <w:szCs w:val="22"/>
              </w:rPr>
            </w:pPr>
            <w:r w:rsidRPr="00391B36">
              <w:rPr>
                <w:sz w:val="22"/>
                <w:szCs w:val="22"/>
              </w:rPr>
              <w:t xml:space="preserve">Based on your responses above (#1-3), how would formal/informal assessment data from the lesson inform the changes you would make in the next lesson in this series?  </w:t>
            </w:r>
          </w:p>
          <w:p w14:paraId="232637E6" w14:textId="77777777" w:rsidR="00720C6F" w:rsidRPr="00391B36" w:rsidRDefault="00720C6F" w:rsidP="00720C6F">
            <w:pPr>
              <w:pStyle w:val="ListParagraph"/>
              <w:rPr>
                <w:sz w:val="22"/>
                <w:szCs w:val="22"/>
              </w:rPr>
            </w:pPr>
          </w:p>
          <w:p w14:paraId="5628C751" w14:textId="77777777" w:rsidR="00720C6F" w:rsidRPr="00391B36" w:rsidRDefault="00720C6F" w:rsidP="00720C6F">
            <w:pPr>
              <w:pStyle w:val="ListParagraph"/>
              <w:rPr>
                <w:sz w:val="22"/>
                <w:szCs w:val="22"/>
              </w:rPr>
            </w:pPr>
            <w:r w:rsidRPr="00391B36">
              <w:rPr>
                <w:sz w:val="22"/>
                <w:szCs w:val="22"/>
              </w:rPr>
              <w:t>Every student participated and had a job, which met the goal for the day. For next time, I’d plan another game with more physical variety but keep the cooperative structure. I also want to include a mini writing reflection next time so they can practice expressing what teamwork means to them.</w:t>
            </w:r>
          </w:p>
          <w:p w14:paraId="0C6BE9C3" w14:textId="00785374" w:rsidR="00720C6F" w:rsidRPr="00720C6F" w:rsidRDefault="00720C6F" w:rsidP="00720C6F">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7935FCB9"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AC7660">
              <w:rPr>
                <w:sz w:val="22"/>
                <w:szCs w:val="22"/>
              </w:rPr>
              <w:t>4</w:t>
            </w:r>
            <w:r>
              <w:rPr>
                <w:sz w:val="22"/>
                <w:szCs w:val="22"/>
              </w:rPr>
              <w:t>/</w:t>
            </w:r>
            <w:r w:rsidR="00AC7660">
              <w:rPr>
                <w:sz w:val="22"/>
                <w:szCs w:val="22"/>
              </w:rPr>
              <w:t>10</w:t>
            </w:r>
            <w:r>
              <w:rPr>
                <w:sz w:val="22"/>
                <w:szCs w:val="22"/>
              </w:rPr>
              <w:t>/</w:t>
            </w:r>
            <w:r w:rsidR="00226DB6">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0CF25429" w14:textId="5B489E13" w:rsidR="00AC7660" w:rsidRDefault="00AC7660" w:rsidP="00012E18">
            <w:pPr>
              <w:jc w:val="center"/>
              <w:rPr>
                <w:sz w:val="22"/>
                <w:szCs w:val="22"/>
              </w:rPr>
            </w:pPr>
            <w:r>
              <w:rPr>
                <w:sz w:val="22"/>
                <w:szCs w:val="22"/>
              </w:rPr>
              <w:t>1</w:t>
            </w:r>
            <w:r w:rsidRPr="00AC7660">
              <w:rPr>
                <w:sz w:val="22"/>
                <w:szCs w:val="22"/>
                <w:vertAlign w:val="superscript"/>
              </w:rPr>
              <w:t>st</w:t>
            </w: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52043ADE" w14:textId="77777777" w:rsidR="00AC7660" w:rsidRDefault="00A65332" w:rsidP="00AC7660">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39D24094" w:rsidR="00A65332" w:rsidRPr="00AC7660" w:rsidRDefault="00AC7660" w:rsidP="00AC7660">
            <w:pPr>
              <w:jc w:val="center"/>
              <w:rPr>
                <w:sz w:val="22"/>
                <w:szCs w:val="22"/>
              </w:rPr>
            </w:pPr>
            <w:r>
              <w:t>Social Studies – Communities and Their Functions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36B310F" w14:textId="77777777" w:rsidR="00AC7660" w:rsidRDefault="00144D50" w:rsidP="00AC7660">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514B5F19" w14:textId="77777777" w:rsidR="00AC7660" w:rsidRPr="00AC7660" w:rsidRDefault="00AC7660" w:rsidP="00AC7660">
            <w:pPr>
              <w:pStyle w:val="ListParagraph"/>
              <w:keepNext/>
              <w:numPr>
                <w:ilvl w:val="0"/>
                <w:numId w:val="48"/>
              </w:numPr>
              <w:outlineLvl w:val="0"/>
              <w:rPr>
                <w:rFonts w:eastAsia="Times"/>
                <w:b/>
                <w:bCs/>
                <w:sz w:val="22"/>
                <w:szCs w:val="22"/>
              </w:rPr>
            </w:pPr>
            <w:r>
              <w:t>CA HSS Standard 2.3: Students explain how the United States became a free nation and identify how communities work together to meet people's needs.</w:t>
            </w:r>
          </w:p>
          <w:p w14:paraId="6AF4F294" w14:textId="3372AC5E" w:rsidR="00315705" w:rsidRPr="00AC7660" w:rsidRDefault="00AC7660" w:rsidP="00AC7660">
            <w:pPr>
              <w:pStyle w:val="ListParagraph"/>
              <w:keepNext/>
              <w:numPr>
                <w:ilvl w:val="0"/>
                <w:numId w:val="48"/>
              </w:numPr>
              <w:outlineLvl w:val="0"/>
              <w:rPr>
                <w:rFonts w:eastAsia="Times"/>
                <w:b/>
                <w:bCs/>
                <w:sz w:val="22"/>
                <w:szCs w:val="22"/>
              </w:rPr>
            </w:pPr>
            <w:r>
              <w:t>CA HSS Standard 1.4: Students compare and contrast everyday life in different types of communities and describe the roles and responsibilities of community members.</w:t>
            </w:r>
          </w:p>
        </w:tc>
        <w:tc>
          <w:tcPr>
            <w:tcW w:w="5400" w:type="dxa"/>
            <w:tcBorders>
              <w:top w:val="thickThinSmallGap" w:sz="24" w:space="0" w:color="auto"/>
              <w:left w:val="thickThinSmallGap" w:sz="24" w:space="0" w:color="auto"/>
              <w:right w:val="thickThinSmallGap" w:sz="24" w:space="0" w:color="auto"/>
            </w:tcBorders>
          </w:tcPr>
          <w:p w14:paraId="66430FAB" w14:textId="77777777" w:rsidR="00AC7660" w:rsidRDefault="00144D50" w:rsidP="00AC7660">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2F9BAE26" w14:textId="77777777" w:rsidR="00AC7660" w:rsidRPr="00AC7660" w:rsidRDefault="00AC7660" w:rsidP="00AC7660">
            <w:pPr>
              <w:pStyle w:val="ListParagraph"/>
              <w:numPr>
                <w:ilvl w:val="0"/>
                <w:numId w:val="49"/>
              </w:numPr>
              <w:rPr>
                <w:rFonts w:eastAsia="Times"/>
                <w:b/>
                <w:bCs/>
                <w:sz w:val="22"/>
                <w:szCs w:val="22"/>
              </w:rPr>
            </w:pPr>
            <w:r>
              <w:t xml:space="preserve">ELD.PI.1-2.10 - Writing and speaking about familiar topics using complete sentences. </w:t>
            </w:r>
          </w:p>
          <w:p w14:paraId="520B1439" w14:textId="6FAF3546" w:rsidR="00315705" w:rsidRPr="00AC7660" w:rsidRDefault="00AC7660" w:rsidP="00AC7660">
            <w:pPr>
              <w:pStyle w:val="ListParagraph"/>
              <w:numPr>
                <w:ilvl w:val="0"/>
                <w:numId w:val="49"/>
              </w:numPr>
              <w:rPr>
                <w:rFonts w:eastAsia="Times"/>
                <w:b/>
                <w:bCs/>
                <w:sz w:val="22"/>
                <w:szCs w:val="22"/>
              </w:rPr>
            </w:pPr>
            <w:r>
              <w:t>ELD.PI.1-2.6 - Reading closely to determine how meaning is conveyed in text.</w:t>
            </w: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10441959" w14:textId="77777777" w:rsidR="00AC7660" w:rsidRDefault="006B039E" w:rsidP="00AC7660">
            <w:pPr>
              <w:keepNext/>
              <w:outlineLvl w:val="0"/>
              <w:rPr>
                <w:rFonts w:eastAsia="Times"/>
                <w:b/>
                <w:bCs/>
                <w:sz w:val="22"/>
                <w:szCs w:val="22"/>
              </w:rPr>
            </w:pPr>
            <w:r w:rsidRPr="006C76A0">
              <w:rPr>
                <w:rFonts w:eastAsia="Times"/>
                <w:b/>
                <w:bCs/>
                <w:sz w:val="22"/>
                <w:szCs w:val="22"/>
              </w:rPr>
              <w:t xml:space="preserve">Lesson Objective(s)/Goal(s): </w:t>
            </w:r>
          </w:p>
          <w:p w14:paraId="62981DAB" w14:textId="5CED2227" w:rsidR="00AC7660" w:rsidRPr="00AC7660" w:rsidRDefault="00AC7660" w:rsidP="00AC7660">
            <w:pPr>
              <w:pStyle w:val="ListParagraph"/>
              <w:keepNext/>
              <w:numPr>
                <w:ilvl w:val="0"/>
                <w:numId w:val="50"/>
              </w:numPr>
              <w:outlineLvl w:val="0"/>
              <w:rPr>
                <w:rFonts w:eastAsia="Times"/>
                <w:b/>
                <w:bCs/>
                <w:sz w:val="22"/>
                <w:szCs w:val="22"/>
              </w:rPr>
            </w:pPr>
            <w:r w:rsidRPr="00AC7660">
              <w:rPr>
                <w:rFonts w:eastAsia="Times"/>
                <w:sz w:val="22"/>
                <w:szCs w:val="22"/>
              </w:rPr>
              <w:t xml:space="preserve">By the end of the lesson, </w:t>
            </w:r>
            <w:r>
              <w:t>given a T-chart and class review, students will list at least five community helpers or services and describe how each one helps the community. Then, students will complete an assessment (multiple choice, true/false, and short response) with at least 70% accuracy.</w:t>
            </w:r>
          </w:p>
          <w:p w14:paraId="07C19E8C" w14:textId="00B70390" w:rsidR="00315705" w:rsidRPr="00AC7660" w:rsidRDefault="00315705" w:rsidP="00AA7809">
            <w:pPr>
              <w:pStyle w:val="ListParagraph"/>
              <w:keepNext/>
              <w:outlineLvl w:val="0"/>
              <w:rPr>
                <w:rFonts w:eastAsia="Times"/>
                <w:sz w:val="22"/>
                <w:szCs w:val="22"/>
              </w:rPr>
            </w:pPr>
          </w:p>
        </w:tc>
        <w:tc>
          <w:tcPr>
            <w:tcW w:w="5400" w:type="dxa"/>
            <w:tcBorders>
              <w:top w:val="thickThinSmallGap" w:sz="24" w:space="0" w:color="auto"/>
              <w:left w:val="thickThinSmallGap" w:sz="24" w:space="0" w:color="auto"/>
              <w:right w:val="thickThinSmallGap" w:sz="24" w:space="0" w:color="auto"/>
            </w:tcBorders>
          </w:tcPr>
          <w:p w14:paraId="7148D4C7" w14:textId="77777777" w:rsidR="00AC7660" w:rsidRDefault="006B039E" w:rsidP="00AC7660">
            <w:pPr>
              <w:rPr>
                <w:b/>
                <w:sz w:val="22"/>
                <w:szCs w:val="22"/>
              </w:rPr>
            </w:pPr>
            <w:r w:rsidRPr="00BB7B32">
              <w:rPr>
                <w:b/>
                <w:sz w:val="22"/>
                <w:szCs w:val="22"/>
              </w:rPr>
              <w:t>Language Objective(s):</w:t>
            </w:r>
          </w:p>
          <w:p w14:paraId="3BBEBDD0" w14:textId="272C8075" w:rsidR="00AC7660" w:rsidRPr="00AC7660" w:rsidRDefault="00AC7660" w:rsidP="00AC7660">
            <w:pPr>
              <w:pStyle w:val="ListParagraph"/>
              <w:numPr>
                <w:ilvl w:val="0"/>
                <w:numId w:val="50"/>
              </w:numPr>
              <w:rPr>
                <w:b/>
                <w:sz w:val="22"/>
                <w:szCs w:val="22"/>
              </w:rPr>
            </w:pPr>
            <w:r>
              <w:t>Given sentence starters and word banks, students will use complete sentences to describe community roles and their functions during both review and assessment tasks.</w:t>
            </w:r>
          </w:p>
          <w:p w14:paraId="29EC03ED" w14:textId="1D8E58BB" w:rsidR="00315705" w:rsidRPr="001673CD" w:rsidRDefault="00315705" w:rsidP="00AA7809">
            <w:pPr>
              <w:pStyle w:val="ListParagraph"/>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0CEBFE5F" w14:textId="77777777" w:rsidR="00AC7660" w:rsidRDefault="00AC7660" w:rsidP="00AC7660">
            <w:pPr>
              <w:pStyle w:val="NormalWeb"/>
              <w:numPr>
                <w:ilvl w:val="0"/>
                <w:numId w:val="50"/>
              </w:numPr>
            </w:pPr>
            <w:r>
              <w:t xml:space="preserve">Functions: Describe, list, explain </w:t>
            </w:r>
          </w:p>
          <w:p w14:paraId="546E6648" w14:textId="77777777" w:rsidR="00AC7660" w:rsidRDefault="00AC7660" w:rsidP="00AC7660">
            <w:pPr>
              <w:pStyle w:val="NormalWeb"/>
              <w:numPr>
                <w:ilvl w:val="0"/>
                <w:numId w:val="50"/>
              </w:numPr>
            </w:pPr>
            <w:r>
              <w:t xml:space="preserve">Vocabulary: community, helper, fire station, grocery store, school, mail, helps, serves </w:t>
            </w:r>
          </w:p>
          <w:p w14:paraId="5B397255" w14:textId="77777777" w:rsidR="00AC7660" w:rsidRDefault="00AC7660" w:rsidP="00AC7660">
            <w:pPr>
              <w:pStyle w:val="NormalWeb"/>
              <w:numPr>
                <w:ilvl w:val="0"/>
                <w:numId w:val="50"/>
              </w:numPr>
            </w:pPr>
            <w:r>
              <w:t xml:space="preserve">Discourse: Written and oral discussion </w:t>
            </w:r>
          </w:p>
          <w:p w14:paraId="1B9E5D11" w14:textId="75D804ED" w:rsidR="00AC7660" w:rsidRDefault="00AC7660" w:rsidP="00AC7660">
            <w:pPr>
              <w:pStyle w:val="NormalWeb"/>
              <w:numPr>
                <w:ilvl w:val="0"/>
                <w:numId w:val="50"/>
              </w:numPr>
            </w:pPr>
            <w:r>
              <w:t>Syntax: "A ___ helps the community by ___." / "We need a ___ because ___."</w:t>
            </w:r>
          </w:p>
          <w:p w14:paraId="0377DB37" w14:textId="4A62A51B" w:rsidR="006B039E" w:rsidRPr="006264F7" w:rsidRDefault="006B039E" w:rsidP="00AA7809">
            <w:pPr>
              <w:pStyle w:val="NormalWeb"/>
              <w:ind w:left="720"/>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EB87CD0" w14:textId="77777777" w:rsidR="00AC7660" w:rsidRDefault="00AC7660" w:rsidP="00AC7660">
            <w:pPr>
              <w:pStyle w:val="NormalWeb"/>
              <w:numPr>
                <w:ilvl w:val="0"/>
                <w:numId w:val="51"/>
              </w:numPr>
            </w:pPr>
            <w:r>
              <w:t>T-chart graphic organizer with visuals and community vocabulary</w:t>
            </w:r>
          </w:p>
          <w:p w14:paraId="7698F932" w14:textId="77777777" w:rsidR="00AC7660" w:rsidRDefault="00AC7660" w:rsidP="00AC7660">
            <w:pPr>
              <w:pStyle w:val="NormalWeb"/>
              <w:numPr>
                <w:ilvl w:val="0"/>
                <w:numId w:val="51"/>
              </w:numPr>
            </w:pPr>
            <w:r>
              <w:t>Sentence frames provided during both review and assessment</w:t>
            </w:r>
          </w:p>
          <w:p w14:paraId="659CF7DC" w14:textId="77777777" w:rsidR="00AC7660" w:rsidRDefault="00AC7660" w:rsidP="00AC7660">
            <w:pPr>
              <w:pStyle w:val="NormalWeb"/>
              <w:numPr>
                <w:ilvl w:val="0"/>
                <w:numId w:val="51"/>
              </w:numPr>
            </w:pPr>
            <w:r>
              <w:t>Oral reading of test questions as needed</w:t>
            </w:r>
          </w:p>
          <w:p w14:paraId="55BACF0A" w14:textId="3B9D40C1" w:rsidR="006B039E" w:rsidRPr="00315705" w:rsidRDefault="00AC7660" w:rsidP="00AC7660">
            <w:pPr>
              <w:pStyle w:val="NormalWeb"/>
              <w:numPr>
                <w:ilvl w:val="0"/>
                <w:numId w:val="51"/>
              </w:numPr>
            </w:pPr>
            <w:r>
              <w:t>Small group option for struggling students with writing or processing needs</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930EB64" w14:textId="7B8268C2" w:rsidR="00AC7660" w:rsidRDefault="00AC7660" w:rsidP="00AC7660">
            <w:pPr>
              <w:pStyle w:val="NormalWeb"/>
              <w:numPr>
                <w:ilvl w:val="0"/>
                <w:numId w:val="52"/>
              </w:numPr>
            </w:pPr>
            <w:r>
              <w:t>Review &amp; T-Chart Activity (20 min):</w:t>
            </w:r>
          </w:p>
          <w:p w14:paraId="64C34C05" w14:textId="77777777" w:rsidR="00AC7660" w:rsidRDefault="00AC7660" w:rsidP="00AC7660">
            <w:pPr>
              <w:pStyle w:val="NormalWeb"/>
              <w:numPr>
                <w:ilvl w:val="0"/>
                <w:numId w:val="53"/>
              </w:numPr>
            </w:pPr>
            <w:r>
              <w:t>Review key vocabulary and concepts from the social studies unit: what a community is, examples of community helpers, and how they support the people</w:t>
            </w:r>
          </w:p>
          <w:p w14:paraId="33483CDA" w14:textId="77777777" w:rsidR="00AC7660" w:rsidRDefault="00AC7660" w:rsidP="00AC7660">
            <w:pPr>
              <w:pStyle w:val="NormalWeb"/>
              <w:numPr>
                <w:ilvl w:val="0"/>
                <w:numId w:val="53"/>
              </w:numPr>
            </w:pPr>
            <w:r>
              <w:t>Distribute a blank T-chart to students</w:t>
            </w:r>
          </w:p>
          <w:p w14:paraId="75533349" w14:textId="77777777" w:rsidR="00AC7660" w:rsidRDefault="00AC7660" w:rsidP="00AC7660">
            <w:pPr>
              <w:pStyle w:val="NormalWeb"/>
              <w:numPr>
                <w:ilvl w:val="1"/>
                <w:numId w:val="53"/>
              </w:numPr>
            </w:pPr>
            <w:r>
              <w:t>Left column: Community Helper/Place</w:t>
            </w:r>
          </w:p>
          <w:p w14:paraId="13E36B49" w14:textId="77777777" w:rsidR="00AC7660" w:rsidRDefault="00AC7660" w:rsidP="00AC7660">
            <w:pPr>
              <w:pStyle w:val="NormalWeb"/>
              <w:numPr>
                <w:ilvl w:val="1"/>
                <w:numId w:val="53"/>
              </w:numPr>
            </w:pPr>
            <w:r>
              <w:t>Right column: How it helps the community</w:t>
            </w:r>
          </w:p>
          <w:p w14:paraId="16979B6D" w14:textId="77777777" w:rsidR="00AC7660" w:rsidRDefault="00AC7660" w:rsidP="00AC7660">
            <w:pPr>
              <w:pStyle w:val="NormalWeb"/>
              <w:numPr>
                <w:ilvl w:val="0"/>
                <w:numId w:val="53"/>
              </w:numPr>
            </w:pPr>
            <w:r>
              <w:t>Model one or two examples on the board (e.g., "Firefighter / keeps people safe from fires")</w:t>
            </w:r>
          </w:p>
          <w:p w14:paraId="51325826" w14:textId="77777777" w:rsidR="00AC7660" w:rsidRDefault="00AC7660" w:rsidP="00AC7660">
            <w:pPr>
              <w:pStyle w:val="NormalWeb"/>
              <w:numPr>
                <w:ilvl w:val="0"/>
                <w:numId w:val="53"/>
              </w:numPr>
            </w:pPr>
            <w:r>
              <w:t>Students complete their own chart with a partner or independently</w:t>
            </w:r>
          </w:p>
          <w:p w14:paraId="136C8273" w14:textId="77777777" w:rsidR="00AC7660" w:rsidRDefault="00AC7660" w:rsidP="00AC7660">
            <w:pPr>
              <w:pStyle w:val="NormalWeb"/>
              <w:numPr>
                <w:ilvl w:val="0"/>
                <w:numId w:val="53"/>
              </w:numPr>
            </w:pPr>
            <w:r>
              <w:t>Encourage students to write at least five entries</w:t>
            </w:r>
          </w:p>
          <w:p w14:paraId="44D524AF" w14:textId="71CCF9AC" w:rsidR="00AC7660" w:rsidRDefault="00AC7660" w:rsidP="00AC7660">
            <w:pPr>
              <w:pStyle w:val="NormalWeb"/>
              <w:numPr>
                <w:ilvl w:val="0"/>
                <w:numId w:val="54"/>
              </w:numPr>
            </w:pPr>
            <w:r>
              <w:t>Class Sharing (5 min):</w:t>
            </w:r>
          </w:p>
          <w:p w14:paraId="3FED1C2D" w14:textId="77777777" w:rsidR="00AC7660" w:rsidRDefault="00AC7660" w:rsidP="00AC7660">
            <w:pPr>
              <w:pStyle w:val="NormalWeb"/>
              <w:numPr>
                <w:ilvl w:val="0"/>
                <w:numId w:val="55"/>
              </w:numPr>
            </w:pPr>
            <w:r>
              <w:t>Invite students to share one or two items from their charts aloud</w:t>
            </w:r>
          </w:p>
          <w:p w14:paraId="065EB295" w14:textId="77777777" w:rsidR="00AC7660" w:rsidRDefault="00AC7660" w:rsidP="00AC7660">
            <w:pPr>
              <w:pStyle w:val="NormalWeb"/>
              <w:numPr>
                <w:ilvl w:val="0"/>
                <w:numId w:val="55"/>
              </w:numPr>
            </w:pPr>
            <w:r>
              <w:t>Clarify any misunderstandings and reinforce accurate vocabulary and functions</w:t>
            </w:r>
          </w:p>
          <w:p w14:paraId="0EEA201F" w14:textId="02A569B2" w:rsidR="0028264C" w:rsidRDefault="0028264C" w:rsidP="0028264C">
            <w:pPr>
              <w:pStyle w:val="NormalWeb"/>
              <w:numPr>
                <w:ilvl w:val="0"/>
                <w:numId w:val="55"/>
              </w:numPr>
            </w:pPr>
            <w:r>
              <w:t xml:space="preserve">Play brain break video to refocus students before assessment </w:t>
            </w:r>
            <w:hyperlink r:id="rId8" w:history="1">
              <w:r w:rsidRPr="008F1564">
                <w:rPr>
                  <w:rStyle w:val="Hyperlink"/>
                </w:rPr>
                <w:t>https://www.youtube.com/watch?v=7Ba1B0nObM0</w:t>
              </w:r>
            </w:hyperlink>
          </w:p>
          <w:p w14:paraId="79F5B57F" w14:textId="567CEEC9" w:rsidR="00AC7660" w:rsidRDefault="00AC7660" w:rsidP="00AC7660">
            <w:pPr>
              <w:pStyle w:val="NormalWeb"/>
              <w:numPr>
                <w:ilvl w:val="0"/>
                <w:numId w:val="56"/>
              </w:numPr>
            </w:pPr>
            <w:r>
              <w:t>Assessment (15 min):</w:t>
            </w:r>
          </w:p>
          <w:p w14:paraId="6240D241" w14:textId="77777777" w:rsidR="00AC7660" w:rsidRDefault="00AC7660" w:rsidP="00AC7660">
            <w:pPr>
              <w:pStyle w:val="NormalWeb"/>
              <w:numPr>
                <w:ilvl w:val="0"/>
                <w:numId w:val="57"/>
              </w:numPr>
            </w:pPr>
            <w:r>
              <w:t>Distribute a mixed-format assessment including:</w:t>
            </w:r>
          </w:p>
          <w:p w14:paraId="6BCEF0E3" w14:textId="77777777" w:rsidR="00AC7660" w:rsidRDefault="00AC7660" w:rsidP="00AC7660">
            <w:pPr>
              <w:pStyle w:val="NormalWeb"/>
              <w:numPr>
                <w:ilvl w:val="1"/>
                <w:numId w:val="57"/>
              </w:numPr>
            </w:pPr>
            <w:r>
              <w:t>5 multiple choice questions (e.g., "Who helps deliver mail? A. Teacher B. Firefighter C. Mail carrier")</w:t>
            </w:r>
          </w:p>
          <w:p w14:paraId="7CFC162B" w14:textId="77777777" w:rsidR="00AC7660" w:rsidRDefault="00AC7660" w:rsidP="00AC7660">
            <w:pPr>
              <w:pStyle w:val="NormalWeb"/>
              <w:numPr>
                <w:ilvl w:val="1"/>
                <w:numId w:val="57"/>
              </w:numPr>
            </w:pPr>
            <w:r>
              <w:t>3 true/false questions (e.g., "A grocery store gives people places to live. True/False")</w:t>
            </w:r>
          </w:p>
          <w:p w14:paraId="6DEB6A6D" w14:textId="77777777" w:rsidR="00AC7660" w:rsidRDefault="00AC7660" w:rsidP="00AC7660">
            <w:pPr>
              <w:pStyle w:val="NormalWeb"/>
              <w:numPr>
                <w:ilvl w:val="1"/>
                <w:numId w:val="57"/>
              </w:numPr>
            </w:pPr>
            <w:r>
              <w:t>2 short answer questions (e.g., "How does a school help a community?")</w:t>
            </w:r>
          </w:p>
          <w:p w14:paraId="7B5ECCB5" w14:textId="77777777" w:rsidR="00AC7660" w:rsidRDefault="00AC7660" w:rsidP="00AC7660">
            <w:pPr>
              <w:pStyle w:val="NormalWeb"/>
              <w:numPr>
                <w:ilvl w:val="0"/>
                <w:numId w:val="57"/>
              </w:numPr>
            </w:pPr>
            <w:r>
              <w:t>Read questions aloud for students who need support</w:t>
            </w:r>
          </w:p>
          <w:p w14:paraId="311FF6B5" w14:textId="350DC7D5" w:rsidR="00DE1BF7" w:rsidRPr="00315705" w:rsidRDefault="00AC7660" w:rsidP="00AC7660">
            <w:pPr>
              <w:pStyle w:val="NormalWeb"/>
              <w:numPr>
                <w:ilvl w:val="0"/>
                <w:numId w:val="57"/>
              </w:numPr>
            </w:pPr>
            <w:r>
              <w:t>Remind students to check for capital letters and punctuation in their writing</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F47C7A4" w14:textId="77777777" w:rsidR="00AC7660" w:rsidRDefault="00AC7660" w:rsidP="00AC7660">
            <w:pPr>
              <w:pStyle w:val="NormalWeb"/>
              <w:numPr>
                <w:ilvl w:val="0"/>
                <w:numId w:val="58"/>
              </w:numPr>
            </w:pPr>
            <w:r>
              <w:t>Informal: Observation of participation and vocabulary use during the review and T-chart activity</w:t>
            </w:r>
          </w:p>
          <w:p w14:paraId="0FCC8B2C" w14:textId="6F844786" w:rsidR="00A8077B" w:rsidRPr="00315705" w:rsidRDefault="00AC7660" w:rsidP="00AC7660">
            <w:pPr>
              <w:pStyle w:val="NormalWeb"/>
              <w:numPr>
                <w:ilvl w:val="0"/>
                <w:numId w:val="58"/>
              </w:numPr>
            </w:pPr>
            <w:r>
              <w:t>Formal: Collected assessment scored (multiple choice/true-false/short answer format)</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EE5F227" w14:textId="77777777" w:rsidR="00AC7660" w:rsidRDefault="00AC7660" w:rsidP="00AC7660">
            <w:pPr>
              <w:pStyle w:val="NormalWeb"/>
            </w:pPr>
            <w:r>
              <w:t>Review/Closing (2-3 min):</w:t>
            </w:r>
          </w:p>
          <w:p w14:paraId="468798EF" w14:textId="77777777" w:rsidR="00AC7660" w:rsidRDefault="00AC7660" w:rsidP="00AC7660">
            <w:pPr>
              <w:pStyle w:val="NormalWeb"/>
              <w:numPr>
                <w:ilvl w:val="0"/>
                <w:numId w:val="59"/>
              </w:numPr>
            </w:pPr>
            <w:r>
              <w:t>Recap: "Communities have people and places that help us every day."</w:t>
            </w:r>
          </w:p>
          <w:p w14:paraId="5B02EFB3" w14:textId="77777777" w:rsidR="00AC7660" w:rsidRDefault="00AC7660" w:rsidP="00AC7660">
            <w:pPr>
              <w:pStyle w:val="NormalWeb"/>
              <w:numPr>
                <w:ilvl w:val="0"/>
                <w:numId w:val="59"/>
              </w:numPr>
            </w:pPr>
            <w:r>
              <w:t>Ask: "What’s one thing you learned or remembered today about your community?"</w:t>
            </w:r>
          </w:p>
          <w:p w14:paraId="6D468A2A" w14:textId="310FA0AD" w:rsidR="00D520CC" w:rsidRPr="00315705" w:rsidRDefault="00AC7660" w:rsidP="00AC7660">
            <w:pPr>
              <w:pStyle w:val="NormalWeb"/>
              <w:numPr>
                <w:ilvl w:val="0"/>
                <w:numId w:val="59"/>
              </w:numPr>
            </w:pPr>
            <w:r>
              <w:t>Praise effort and remind students that they are important members of their own community too</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5186CD70" w14:textId="77777777" w:rsidR="00151E60" w:rsidRPr="004D061D" w:rsidRDefault="00D520CC" w:rsidP="00151E60">
            <w:pPr>
              <w:pStyle w:val="ListParagraph"/>
              <w:numPr>
                <w:ilvl w:val="0"/>
                <w:numId w:val="60"/>
              </w:numPr>
              <w:rPr>
                <w:rFonts w:eastAsiaTheme="minorHAnsi"/>
                <w:color w:val="000000"/>
                <w:sz w:val="22"/>
                <w:szCs w:val="22"/>
              </w:rPr>
            </w:pPr>
            <w:r w:rsidRPr="004D061D">
              <w:rPr>
                <w:rFonts w:eastAsiaTheme="minorHAnsi"/>
                <w:color w:val="000000"/>
                <w:sz w:val="22"/>
                <w:szCs w:val="22"/>
              </w:rPr>
              <w:lastRenderedPageBreak/>
              <w:t>What was most effective about this lesson? What evidence do you have to support your response in terms of content understanding and in classroom management?</w:t>
            </w:r>
          </w:p>
          <w:p w14:paraId="583A6388" w14:textId="77777777" w:rsidR="00151E60" w:rsidRPr="004D061D" w:rsidRDefault="00151E60" w:rsidP="00151E60">
            <w:pPr>
              <w:pStyle w:val="ListParagraph"/>
              <w:rPr>
                <w:rFonts w:eastAsiaTheme="minorHAnsi"/>
                <w:color w:val="000000"/>
                <w:sz w:val="22"/>
                <w:szCs w:val="22"/>
              </w:rPr>
            </w:pPr>
          </w:p>
          <w:p w14:paraId="702B42E7" w14:textId="3B84298A" w:rsidR="00151E60" w:rsidRPr="004D061D" w:rsidRDefault="00151E60" w:rsidP="00151E60">
            <w:pPr>
              <w:pStyle w:val="ListParagraph"/>
              <w:rPr>
                <w:sz w:val="22"/>
                <w:szCs w:val="22"/>
              </w:rPr>
            </w:pPr>
            <w:r w:rsidRPr="004D061D">
              <w:rPr>
                <w:sz w:val="22"/>
                <w:szCs w:val="22"/>
              </w:rPr>
              <w:t xml:space="preserve">The T-chart activity worked really well. It gave students a simple way to organize their ideas and made the concept of community helpers more concrete. They were able to use the sentence frames and word </w:t>
            </w:r>
            <w:r w:rsidRPr="004D061D">
              <w:rPr>
                <w:sz w:val="22"/>
                <w:szCs w:val="22"/>
              </w:rPr>
              <w:lastRenderedPageBreak/>
              <w:t>bank to explain how different places or people help the community. The class share-out also helped reinforce correct ideas and gave kids confidence.</w:t>
            </w:r>
          </w:p>
          <w:p w14:paraId="2246D328" w14:textId="77777777" w:rsidR="00151E60" w:rsidRPr="004D061D" w:rsidRDefault="00151E60" w:rsidP="00151E60">
            <w:pPr>
              <w:pStyle w:val="ListParagraph"/>
              <w:rPr>
                <w:rFonts w:eastAsiaTheme="minorHAnsi"/>
                <w:color w:val="000000"/>
                <w:sz w:val="22"/>
                <w:szCs w:val="22"/>
              </w:rPr>
            </w:pPr>
          </w:p>
          <w:p w14:paraId="377CBFA8" w14:textId="77777777" w:rsidR="00151E60" w:rsidRPr="004D061D" w:rsidRDefault="00D520CC" w:rsidP="00151E60">
            <w:pPr>
              <w:pStyle w:val="ListParagraph"/>
              <w:numPr>
                <w:ilvl w:val="0"/>
                <w:numId w:val="60"/>
              </w:numPr>
              <w:rPr>
                <w:rFonts w:eastAsiaTheme="minorHAnsi"/>
                <w:color w:val="000000"/>
                <w:sz w:val="22"/>
                <w:szCs w:val="22"/>
              </w:rPr>
            </w:pPr>
            <w:r w:rsidRPr="004D061D">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31BB4073" w14:textId="77777777" w:rsidR="00151E60" w:rsidRPr="004D061D" w:rsidRDefault="00151E60" w:rsidP="00151E60">
            <w:pPr>
              <w:pStyle w:val="ListParagraph"/>
              <w:rPr>
                <w:rFonts w:eastAsiaTheme="minorHAnsi"/>
                <w:color w:val="000000"/>
                <w:sz w:val="22"/>
                <w:szCs w:val="22"/>
              </w:rPr>
            </w:pPr>
          </w:p>
          <w:p w14:paraId="76296A32" w14:textId="2D019B9A" w:rsidR="00151E60" w:rsidRPr="004D061D" w:rsidRDefault="00151E60" w:rsidP="00151E60">
            <w:pPr>
              <w:pStyle w:val="ListParagraph"/>
              <w:rPr>
                <w:sz w:val="22"/>
                <w:szCs w:val="22"/>
              </w:rPr>
            </w:pPr>
            <w:r w:rsidRPr="004D061D">
              <w:rPr>
                <w:sz w:val="22"/>
                <w:szCs w:val="22"/>
              </w:rPr>
              <w:t>I would have pre-written some examples of helpers and services on the board. Some students had trouble getting started and needed more support to think of ideas. Also, I’d reduce the number of questions on the assessment or give more time because a few students rushed through it.</w:t>
            </w:r>
          </w:p>
          <w:p w14:paraId="72607F14" w14:textId="77777777" w:rsidR="00151E60" w:rsidRPr="004D061D" w:rsidRDefault="00151E60" w:rsidP="00151E60">
            <w:pPr>
              <w:pStyle w:val="ListParagraph"/>
              <w:rPr>
                <w:rFonts w:eastAsiaTheme="minorHAnsi"/>
                <w:color w:val="000000"/>
                <w:sz w:val="22"/>
                <w:szCs w:val="22"/>
              </w:rPr>
            </w:pPr>
          </w:p>
          <w:p w14:paraId="6272D868" w14:textId="77777777" w:rsidR="00151E60" w:rsidRPr="004D061D" w:rsidRDefault="00D520CC" w:rsidP="00151E60">
            <w:pPr>
              <w:pStyle w:val="ListParagraph"/>
              <w:numPr>
                <w:ilvl w:val="0"/>
                <w:numId w:val="60"/>
              </w:numPr>
              <w:rPr>
                <w:rFonts w:eastAsiaTheme="minorHAnsi"/>
                <w:color w:val="000000"/>
                <w:sz w:val="22"/>
                <w:szCs w:val="22"/>
              </w:rPr>
            </w:pPr>
            <w:r w:rsidRPr="004D061D">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6E50E57F" w14:textId="77777777" w:rsidR="00151E60" w:rsidRPr="004D061D" w:rsidRDefault="00151E60" w:rsidP="00151E60">
            <w:pPr>
              <w:pStyle w:val="ListParagraph"/>
              <w:rPr>
                <w:rFonts w:eastAsiaTheme="minorHAnsi"/>
                <w:color w:val="000000"/>
                <w:sz w:val="22"/>
                <w:szCs w:val="22"/>
              </w:rPr>
            </w:pPr>
          </w:p>
          <w:p w14:paraId="7A64BE48" w14:textId="6AE5007F" w:rsidR="00151E60" w:rsidRPr="004D061D" w:rsidRDefault="00151E60" w:rsidP="00151E60">
            <w:pPr>
              <w:pStyle w:val="ListParagraph"/>
              <w:rPr>
                <w:sz w:val="22"/>
                <w:szCs w:val="22"/>
              </w:rPr>
            </w:pPr>
            <w:r w:rsidRPr="004D061D">
              <w:rPr>
                <w:sz w:val="22"/>
                <w:szCs w:val="22"/>
              </w:rPr>
              <w:t>When I asked things like “Why is a grocery store important?” or “What would happen if we didn’t have firefighters?” it helped students think beyond just naming jobs. They had real conversations with their partners about how helpers affect their everyday lives. The class was super focused during the review and T-chart portion because it felt personal and familiar to them.</w:t>
            </w:r>
          </w:p>
          <w:p w14:paraId="3AF8C86B" w14:textId="77777777" w:rsidR="00151E60" w:rsidRPr="004D061D" w:rsidRDefault="00151E60" w:rsidP="00151E60">
            <w:pPr>
              <w:pStyle w:val="ListParagraph"/>
              <w:rPr>
                <w:rFonts w:eastAsiaTheme="minorHAnsi"/>
                <w:color w:val="000000"/>
                <w:sz w:val="22"/>
                <w:szCs w:val="22"/>
              </w:rPr>
            </w:pPr>
          </w:p>
          <w:p w14:paraId="1A6D2682" w14:textId="77777777" w:rsidR="00151E60" w:rsidRPr="004D061D" w:rsidRDefault="00DE1BF7" w:rsidP="00151E60">
            <w:pPr>
              <w:pStyle w:val="ListParagraph"/>
              <w:numPr>
                <w:ilvl w:val="0"/>
                <w:numId w:val="60"/>
              </w:numPr>
              <w:rPr>
                <w:sz w:val="22"/>
                <w:szCs w:val="22"/>
              </w:rPr>
            </w:pPr>
            <w:r w:rsidRPr="004D061D">
              <w:rPr>
                <w:sz w:val="22"/>
                <w:szCs w:val="22"/>
              </w:rPr>
              <w:t xml:space="preserve">Based on your responses above (#1-3), how would formal/informal assessment data from the lesson inform the changes you would make in the next lesson in this series?  </w:t>
            </w:r>
          </w:p>
          <w:p w14:paraId="6D83FF01" w14:textId="77777777" w:rsidR="00151E60" w:rsidRPr="004D061D" w:rsidRDefault="00151E60" w:rsidP="00151E60">
            <w:pPr>
              <w:pStyle w:val="ListParagraph"/>
              <w:rPr>
                <w:sz w:val="22"/>
                <w:szCs w:val="22"/>
              </w:rPr>
            </w:pPr>
          </w:p>
          <w:p w14:paraId="6F299658" w14:textId="77777777" w:rsidR="00151E60" w:rsidRPr="004D061D" w:rsidRDefault="00151E60" w:rsidP="00151E60">
            <w:pPr>
              <w:pStyle w:val="ListParagraph"/>
              <w:rPr>
                <w:sz w:val="22"/>
                <w:szCs w:val="22"/>
              </w:rPr>
            </w:pPr>
            <w:r w:rsidRPr="004D061D">
              <w:rPr>
                <w:sz w:val="22"/>
                <w:szCs w:val="22"/>
              </w:rPr>
              <w:t>From the assessments, I noticed that students who finished their T-chart successfully also did well on the short-answer questions. For future lessons, I’ll use more graphic organizers like this and give extra time to students who need reading support during assessments. I’ll also continue connecting social studies content to real-world people they interact with.</w:t>
            </w:r>
          </w:p>
          <w:p w14:paraId="0C6BE9C3" w14:textId="7BDAC9DD" w:rsidR="00151E60" w:rsidRPr="00151E60" w:rsidRDefault="00151E60" w:rsidP="00151E60">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2B340D9F"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E97237">
              <w:rPr>
                <w:sz w:val="22"/>
                <w:szCs w:val="22"/>
              </w:rPr>
              <w:t>4</w:t>
            </w:r>
            <w:r>
              <w:rPr>
                <w:sz w:val="22"/>
                <w:szCs w:val="22"/>
              </w:rPr>
              <w:t>/</w:t>
            </w:r>
            <w:r w:rsidR="00E97237">
              <w:rPr>
                <w:sz w:val="22"/>
                <w:szCs w:val="22"/>
              </w:rPr>
              <w:t>10</w:t>
            </w:r>
            <w:r>
              <w:rPr>
                <w:sz w:val="22"/>
                <w:szCs w:val="22"/>
              </w:rPr>
              <w:t>/</w:t>
            </w:r>
            <w:r w:rsidR="00E97237">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72463A06" w14:textId="0B66BE03" w:rsidR="00B065A7" w:rsidRDefault="00B065A7" w:rsidP="00012E18">
            <w:pPr>
              <w:jc w:val="center"/>
              <w:rPr>
                <w:sz w:val="22"/>
                <w:szCs w:val="22"/>
              </w:rPr>
            </w:pPr>
            <w:r>
              <w:rPr>
                <w:sz w:val="22"/>
                <w:szCs w:val="22"/>
              </w:rPr>
              <w:t>1</w:t>
            </w:r>
            <w:r w:rsidRPr="00B065A7">
              <w:rPr>
                <w:sz w:val="22"/>
                <w:szCs w:val="22"/>
                <w:vertAlign w:val="superscript"/>
              </w:rPr>
              <w:t>st</w:t>
            </w: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66FA770D" w14:textId="77777777" w:rsidR="00B065A7" w:rsidRDefault="00A65332" w:rsidP="00B065A7">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4839A84D" w:rsidR="00A65332" w:rsidRPr="00B065A7" w:rsidRDefault="00B065A7" w:rsidP="00B065A7">
            <w:pPr>
              <w:jc w:val="center"/>
              <w:rPr>
                <w:sz w:val="22"/>
                <w:szCs w:val="22"/>
              </w:rPr>
            </w:pPr>
            <w:r>
              <w:t>Visual and Performing Arts – Self-Portraits and Symmetry</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386534DC" w:rsidR="00A65332" w:rsidRPr="002A4419" w:rsidRDefault="00000000" w:rsidP="00A65332">
            <w:pPr>
              <w:rPr>
                <w:szCs w:val="16"/>
              </w:rPr>
            </w:pPr>
            <w:sdt>
              <w:sdtPr>
                <w:rPr>
                  <w:szCs w:val="16"/>
                </w:rPr>
                <w:id w:val="-388724066"/>
                <w14:checkbox>
                  <w14:checked w14:val="0"/>
                  <w14:checkedState w14:val="2612" w14:font="MS Gothic"/>
                  <w14:uncheckedState w14:val="2610" w14:font="MS Gothic"/>
                </w14:checkbox>
              </w:sdtPr>
              <w:sdtContent>
                <w:r w:rsidR="00B065A7">
                  <w:rPr>
                    <w:rFonts w:ascii="MS Gothic" w:eastAsia="MS Gothic" w:hAnsi="MS Gothic" w:hint="eastAsia"/>
                    <w:szCs w:val="16"/>
                  </w:rPr>
                  <w:t>☐</w:t>
                </w:r>
              </w:sdtContent>
            </w:sdt>
            <w:r w:rsidR="00A65332" w:rsidRPr="002A4419">
              <w:rPr>
                <w:szCs w:val="16"/>
              </w:rPr>
              <w:t>Single-day lesson</w:t>
            </w:r>
          </w:p>
          <w:p w14:paraId="6E2D1D84" w14:textId="2F7DCECA" w:rsidR="00A65332" w:rsidRPr="002A4419" w:rsidRDefault="00000000" w:rsidP="00A65332">
            <w:pPr>
              <w:rPr>
                <w:sz w:val="22"/>
                <w:szCs w:val="22"/>
              </w:rPr>
            </w:pPr>
            <w:sdt>
              <w:sdtPr>
                <w:rPr>
                  <w:szCs w:val="16"/>
                </w:rPr>
                <w:id w:val="1063918330"/>
                <w14:checkbox>
                  <w14:checked w14:val="1"/>
                  <w14:checkedState w14:val="2612" w14:font="MS Gothic"/>
                  <w14:uncheckedState w14:val="2610" w14:font="MS Gothic"/>
                </w14:checkbox>
              </w:sdtPr>
              <w:sdtContent>
                <w:r w:rsidR="00B065A7">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C52203"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C52203" w:rsidRDefault="00144D50" w:rsidP="006264F7">
            <w:pPr>
              <w:keepNext/>
              <w:outlineLvl w:val="0"/>
              <w:rPr>
                <w:b/>
                <w:bCs/>
                <w:sz w:val="22"/>
                <w:szCs w:val="22"/>
              </w:rPr>
            </w:pPr>
            <w:r w:rsidRPr="00C52203">
              <w:rPr>
                <w:b/>
                <w:sz w:val="22"/>
                <w:szCs w:val="22"/>
              </w:rPr>
              <w:t>Standard</w:t>
            </w:r>
            <w:r w:rsidR="005F548B" w:rsidRPr="00C52203">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0E092D3" w14:textId="77777777" w:rsidR="00B065A7" w:rsidRPr="00C52203" w:rsidRDefault="00144D50" w:rsidP="00B065A7">
            <w:pPr>
              <w:keepNext/>
              <w:outlineLvl w:val="0"/>
              <w:rPr>
                <w:rFonts w:eastAsia="Times"/>
                <w:b/>
                <w:bCs/>
                <w:sz w:val="22"/>
                <w:szCs w:val="22"/>
              </w:rPr>
            </w:pPr>
            <w:r w:rsidRPr="00C52203">
              <w:rPr>
                <w:rFonts w:eastAsia="Times"/>
                <w:b/>
                <w:bCs/>
                <w:sz w:val="22"/>
                <w:szCs w:val="22"/>
              </w:rPr>
              <w:t>Common Core/Content Standard</w:t>
            </w:r>
            <w:r w:rsidR="005F548B" w:rsidRPr="00C52203">
              <w:rPr>
                <w:rFonts w:eastAsia="Times"/>
                <w:b/>
                <w:bCs/>
                <w:sz w:val="22"/>
                <w:szCs w:val="22"/>
              </w:rPr>
              <w:t>(s)</w:t>
            </w:r>
            <w:r w:rsidRPr="00C52203">
              <w:rPr>
                <w:rFonts w:eastAsia="Times"/>
                <w:b/>
                <w:bCs/>
                <w:sz w:val="22"/>
                <w:szCs w:val="22"/>
              </w:rPr>
              <w:t>:</w:t>
            </w:r>
          </w:p>
          <w:p w14:paraId="572474A3" w14:textId="5DE85101" w:rsidR="00B065A7" w:rsidRPr="00C52203" w:rsidRDefault="00B065A7" w:rsidP="00C52203">
            <w:pPr>
              <w:pStyle w:val="ListParagraph"/>
              <w:keepNext/>
              <w:numPr>
                <w:ilvl w:val="0"/>
                <w:numId w:val="48"/>
              </w:numPr>
              <w:outlineLvl w:val="0"/>
              <w:rPr>
                <w:rFonts w:eastAsia="Times"/>
                <w:b/>
                <w:bCs/>
                <w:sz w:val="22"/>
                <w:szCs w:val="22"/>
              </w:rPr>
            </w:pPr>
            <w:r w:rsidRPr="00C52203">
              <w:rPr>
                <w:sz w:val="22"/>
                <w:szCs w:val="22"/>
              </w:rPr>
              <w:t>CA VAPA Visual Arts Standard (1.VA: Cr1.2) – Use observation and guided practice to create a work of art that represents something about oneself.</w:t>
            </w:r>
          </w:p>
          <w:p w14:paraId="1FAC2CB6" w14:textId="77777777" w:rsidR="00315705" w:rsidRPr="00C52203" w:rsidRDefault="00B065A7" w:rsidP="00C52203">
            <w:pPr>
              <w:pStyle w:val="ListParagraph"/>
              <w:keepNext/>
              <w:numPr>
                <w:ilvl w:val="0"/>
                <w:numId w:val="48"/>
              </w:numPr>
              <w:outlineLvl w:val="0"/>
              <w:rPr>
                <w:rFonts w:eastAsia="Times"/>
                <w:b/>
                <w:bCs/>
                <w:sz w:val="22"/>
                <w:szCs w:val="22"/>
              </w:rPr>
            </w:pPr>
            <w:r w:rsidRPr="00C52203">
              <w:rPr>
                <w:sz w:val="22"/>
                <w:szCs w:val="22"/>
              </w:rPr>
              <w:t>CA VAPA Visual Arts Standard (2.VA: Cr2.1) – Explore uses of materials and tools to create works of art or design.</w:t>
            </w:r>
          </w:p>
          <w:p w14:paraId="1E3A76AC" w14:textId="77777777" w:rsidR="00C52203" w:rsidRPr="00C52203" w:rsidRDefault="00C52203" w:rsidP="00C52203">
            <w:pPr>
              <w:pStyle w:val="NormalWeb"/>
              <w:numPr>
                <w:ilvl w:val="0"/>
                <w:numId w:val="48"/>
              </w:numPr>
              <w:rPr>
                <w:sz w:val="22"/>
                <w:szCs w:val="22"/>
              </w:rPr>
            </w:pPr>
            <w:r w:rsidRPr="00C52203">
              <w:rPr>
                <w:sz w:val="22"/>
                <w:szCs w:val="22"/>
              </w:rPr>
              <w:t>CA Social Studies Standard (Grade 1 - 1.1.1) – Describe the rights and individual responsibilities of citizenship (e.g., being responsible for self, family, school, community, country).</w:t>
            </w:r>
          </w:p>
          <w:p w14:paraId="6AF4F294" w14:textId="6471DF38" w:rsidR="00C52203" w:rsidRPr="00C52203" w:rsidRDefault="00C52203" w:rsidP="00C52203">
            <w:pPr>
              <w:pStyle w:val="NormalWeb"/>
              <w:numPr>
                <w:ilvl w:val="0"/>
                <w:numId w:val="48"/>
              </w:numPr>
              <w:rPr>
                <w:sz w:val="22"/>
                <w:szCs w:val="22"/>
              </w:rPr>
            </w:pPr>
            <w:r w:rsidRPr="00C52203">
              <w:rPr>
                <w:sz w:val="22"/>
                <w:szCs w:val="22"/>
              </w:rPr>
              <w:t>CA Social Studies Standard (Grade 2 - 2.1.1 - adapted) – Students reflect on their family or cultural background as part of their identity.</w:t>
            </w:r>
          </w:p>
        </w:tc>
        <w:tc>
          <w:tcPr>
            <w:tcW w:w="5400" w:type="dxa"/>
            <w:tcBorders>
              <w:top w:val="thickThinSmallGap" w:sz="24" w:space="0" w:color="auto"/>
              <w:left w:val="thickThinSmallGap" w:sz="24" w:space="0" w:color="auto"/>
              <w:right w:val="thickThinSmallGap" w:sz="24" w:space="0" w:color="auto"/>
            </w:tcBorders>
          </w:tcPr>
          <w:p w14:paraId="0DA63A11" w14:textId="77777777" w:rsidR="00B065A7" w:rsidRPr="00C52203" w:rsidRDefault="00144D50" w:rsidP="00B065A7">
            <w:pPr>
              <w:rPr>
                <w:rFonts w:eastAsia="Times"/>
                <w:b/>
                <w:bCs/>
                <w:sz w:val="22"/>
                <w:szCs w:val="22"/>
              </w:rPr>
            </w:pPr>
            <w:r w:rsidRPr="00C52203">
              <w:rPr>
                <w:rFonts w:eastAsia="Times"/>
                <w:b/>
                <w:bCs/>
                <w:sz w:val="22"/>
                <w:szCs w:val="22"/>
              </w:rPr>
              <w:t>ELD Standard</w:t>
            </w:r>
            <w:r w:rsidR="005F548B" w:rsidRPr="00C52203">
              <w:rPr>
                <w:rFonts w:eastAsia="Times"/>
                <w:b/>
                <w:bCs/>
                <w:sz w:val="22"/>
                <w:szCs w:val="22"/>
              </w:rPr>
              <w:t>(s)</w:t>
            </w:r>
            <w:r w:rsidR="006264F7" w:rsidRPr="00C52203">
              <w:rPr>
                <w:rFonts w:eastAsia="Times"/>
                <w:b/>
                <w:bCs/>
                <w:sz w:val="22"/>
                <w:szCs w:val="22"/>
              </w:rPr>
              <w:t>:</w:t>
            </w:r>
          </w:p>
          <w:p w14:paraId="6A9CDB88" w14:textId="77777777" w:rsidR="00B065A7" w:rsidRPr="00C52203" w:rsidRDefault="00B065A7" w:rsidP="00B065A7">
            <w:pPr>
              <w:pStyle w:val="ListParagraph"/>
              <w:numPr>
                <w:ilvl w:val="0"/>
                <w:numId w:val="49"/>
              </w:numPr>
              <w:rPr>
                <w:rFonts w:eastAsia="Times"/>
                <w:b/>
                <w:bCs/>
                <w:sz w:val="22"/>
                <w:szCs w:val="22"/>
              </w:rPr>
            </w:pPr>
            <w:r w:rsidRPr="00C52203">
              <w:rPr>
                <w:sz w:val="22"/>
                <w:szCs w:val="22"/>
              </w:rPr>
              <w:t>ELD.PI.1-2.10 – Writing and speaking about familiar topics using complete sentences.</w:t>
            </w:r>
          </w:p>
          <w:p w14:paraId="0405BFD2" w14:textId="5C880E63" w:rsidR="00B065A7" w:rsidRPr="00C52203" w:rsidRDefault="00B065A7" w:rsidP="00B065A7">
            <w:pPr>
              <w:pStyle w:val="ListParagraph"/>
              <w:numPr>
                <w:ilvl w:val="0"/>
                <w:numId w:val="49"/>
              </w:numPr>
              <w:rPr>
                <w:rFonts w:eastAsia="Times"/>
                <w:b/>
                <w:bCs/>
                <w:sz w:val="22"/>
                <w:szCs w:val="22"/>
              </w:rPr>
            </w:pPr>
            <w:r w:rsidRPr="00C52203">
              <w:rPr>
                <w:sz w:val="22"/>
                <w:szCs w:val="22"/>
              </w:rPr>
              <w:t>ELD.PI.1-2.1 – Exchanging information and ideas with others through oral collaborative conversations.</w:t>
            </w:r>
          </w:p>
          <w:p w14:paraId="520B1439" w14:textId="6FAE6B81" w:rsidR="00315705" w:rsidRPr="00C52203" w:rsidRDefault="00315705" w:rsidP="00AA7809">
            <w:pPr>
              <w:pStyle w:val="ListParagraph"/>
              <w:rPr>
                <w:rFonts w:eastAsia="Times"/>
                <w:b/>
                <w:bCs/>
                <w:sz w:val="22"/>
                <w:szCs w:val="22"/>
              </w:rPr>
            </w:pPr>
          </w:p>
        </w:tc>
      </w:tr>
      <w:tr w:rsidR="006B039E" w:rsidRPr="00C52203"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C52203" w:rsidRDefault="006B039E" w:rsidP="006264F7">
            <w:pPr>
              <w:keepNext/>
              <w:outlineLvl w:val="0"/>
              <w:rPr>
                <w:b/>
                <w:sz w:val="22"/>
                <w:szCs w:val="22"/>
              </w:rPr>
            </w:pPr>
            <w:r w:rsidRPr="00C52203">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1CA8030B" w14:textId="77777777" w:rsidR="00C52203" w:rsidRPr="00C52203" w:rsidRDefault="006B039E" w:rsidP="00C52203">
            <w:pPr>
              <w:keepNext/>
              <w:outlineLvl w:val="0"/>
              <w:rPr>
                <w:rFonts w:eastAsia="Times"/>
                <w:b/>
                <w:bCs/>
                <w:sz w:val="22"/>
                <w:szCs w:val="22"/>
              </w:rPr>
            </w:pPr>
            <w:r w:rsidRPr="00C52203">
              <w:rPr>
                <w:rFonts w:eastAsia="Times"/>
                <w:b/>
                <w:bCs/>
                <w:sz w:val="22"/>
                <w:szCs w:val="22"/>
              </w:rPr>
              <w:t xml:space="preserve">Lesson Objective(s)/Goal(s): </w:t>
            </w:r>
          </w:p>
          <w:p w14:paraId="07C19E8C" w14:textId="03FA1420" w:rsidR="00315705" w:rsidRPr="00C52203" w:rsidRDefault="00C52203" w:rsidP="00C52203">
            <w:pPr>
              <w:pStyle w:val="ListParagraph"/>
              <w:keepNext/>
              <w:numPr>
                <w:ilvl w:val="0"/>
                <w:numId w:val="63"/>
              </w:numPr>
              <w:outlineLvl w:val="0"/>
              <w:rPr>
                <w:rFonts w:eastAsia="Times"/>
                <w:b/>
                <w:bCs/>
                <w:sz w:val="22"/>
                <w:szCs w:val="22"/>
              </w:rPr>
            </w:pPr>
            <w:r w:rsidRPr="00C52203">
              <w:rPr>
                <w:sz w:val="22"/>
                <w:szCs w:val="22"/>
              </w:rPr>
              <w:t xml:space="preserve">By the end of the lesson, students will create a self-portrait on basic facial features and symmetry. Students will also reflect on their identity and role in their family or classroom community through guided discussion and sentence frame writing by completion of a </w:t>
            </w:r>
            <w:r w:rsidRPr="00C52203">
              <w:rPr>
                <w:sz w:val="22"/>
                <w:szCs w:val="22"/>
              </w:rPr>
              <w:lastRenderedPageBreak/>
              <w:t>full reflection and accurate steps completed for self-portrait.</w:t>
            </w:r>
          </w:p>
        </w:tc>
        <w:tc>
          <w:tcPr>
            <w:tcW w:w="5400" w:type="dxa"/>
            <w:tcBorders>
              <w:top w:val="thickThinSmallGap" w:sz="24" w:space="0" w:color="auto"/>
              <w:left w:val="thickThinSmallGap" w:sz="24" w:space="0" w:color="auto"/>
              <w:right w:val="thickThinSmallGap" w:sz="24" w:space="0" w:color="auto"/>
            </w:tcBorders>
          </w:tcPr>
          <w:p w14:paraId="7619B10F" w14:textId="77777777" w:rsidR="00C52203" w:rsidRPr="00C52203" w:rsidRDefault="006B039E" w:rsidP="00C52203">
            <w:pPr>
              <w:rPr>
                <w:b/>
                <w:sz w:val="22"/>
                <w:szCs w:val="22"/>
              </w:rPr>
            </w:pPr>
            <w:r w:rsidRPr="00C52203">
              <w:rPr>
                <w:b/>
                <w:sz w:val="22"/>
                <w:szCs w:val="22"/>
              </w:rPr>
              <w:lastRenderedPageBreak/>
              <w:t>Language Objective(s):</w:t>
            </w:r>
          </w:p>
          <w:p w14:paraId="29EC03ED" w14:textId="7DD7FB85" w:rsidR="00315705" w:rsidRPr="00C52203" w:rsidRDefault="00C52203" w:rsidP="00C52203">
            <w:pPr>
              <w:pStyle w:val="ListParagraph"/>
              <w:numPr>
                <w:ilvl w:val="0"/>
                <w:numId w:val="63"/>
              </w:numPr>
              <w:rPr>
                <w:b/>
                <w:sz w:val="22"/>
                <w:szCs w:val="22"/>
              </w:rPr>
            </w:pPr>
            <w:r w:rsidRPr="00C52203">
              <w:rPr>
                <w:sz w:val="22"/>
                <w:szCs w:val="22"/>
              </w:rPr>
              <w:t>With teacher modeling and structured sharing, students will describe features of their own face using vocabulary related to shape, symmetry, and placement with at least 80% accuracy during whole-class and partner discussions. Students will also complete a simple sentence about their identity or family to connect their artwork to personal and social understanding.</w:t>
            </w:r>
          </w:p>
        </w:tc>
      </w:tr>
      <w:tr w:rsidR="006B039E" w:rsidRPr="00C52203"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C52203" w:rsidRDefault="001D7266" w:rsidP="006B039E">
            <w:pPr>
              <w:rPr>
                <w:b/>
                <w:sz w:val="22"/>
                <w:szCs w:val="22"/>
              </w:rPr>
            </w:pPr>
            <w:r w:rsidRPr="00C52203">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09CA898" w14:textId="77777777" w:rsidR="00C52203" w:rsidRPr="00C52203" w:rsidRDefault="00C52203" w:rsidP="00C52203">
            <w:pPr>
              <w:pStyle w:val="NormalWeb"/>
              <w:numPr>
                <w:ilvl w:val="0"/>
                <w:numId w:val="63"/>
              </w:numPr>
              <w:rPr>
                <w:sz w:val="22"/>
                <w:szCs w:val="22"/>
              </w:rPr>
            </w:pPr>
            <w:r w:rsidRPr="00C52203">
              <w:rPr>
                <w:sz w:val="22"/>
                <w:szCs w:val="22"/>
              </w:rPr>
              <w:t xml:space="preserve">Functions: Describe, identify, reflect </w:t>
            </w:r>
          </w:p>
          <w:p w14:paraId="59A6F05F" w14:textId="77777777" w:rsidR="00C52203" w:rsidRPr="00C52203" w:rsidRDefault="00C52203" w:rsidP="00C52203">
            <w:pPr>
              <w:pStyle w:val="NormalWeb"/>
              <w:numPr>
                <w:ilvl w:val="0"/>
                <w:numId w:val="63"/>
              </w:numPr>
              <w:rPr>
                <w:sz w:val="22"/>
                <w:szCs w:val="22"/>
              </w:rPr>
            </w:pPr>
            <w:r w:rsidRPr="00C52203">
              <w:rPr>
                <w:sz w:val="22"/>
                <w:szCs w:val="22"/>
              </w:rPr>
              <w:t xml:space="preserve">Vocabulary: face, eyes, nose, mouth, ears, eyebrows, shape, symmetry, sketch, community, special, family </w:t>
            </w:r>
          </w:p>
          <w:p w14:paraId="3109A7BC" w14:textId="77777777" w:rsidR="00C52203" w:rsidRPr="00C52203" w:rsidRDefault="00C52203" w:rsidP="00C52203">
            <w:pPr>
              <w:pStyle w:val="NormalWeb"/>
              <w:numPr>
                <w:ilvl w:val="0"/>
                <w:numId w:val="63"/>
              </w:numPr>
              <w:rPr>
                <w:sz w:val="22"/>
                <w:szCs w:val="22"/>
              </w:rPr>
            </w:pPr>
            <w:r w:rsidRPr="00C52203">
              <w:rPr>
                <w:sz w:val="22"/>
                <w:szCs w:val="22"/>
              </w:rPr>
              <w:t xml:space="preserve">Discourse: Partner talk, whole group observation sharing </w:t>
            </w:r>
          </w:p>
          <w:p w14:paraId="0377DB37" w14:textId="746064D8" w:rsidR="006B039E" w:rsidRPr="00C52203" w:rsidRDefault="00C52203" w:rsidP="00C52203">
            <w:pPr>
              <w:pStyle w:val="NormalWeb"/>
              <w:numPr>
                <w:ilvl w:val="0"/>
                <w:numId w:val="63"/>
              </w:numPr>
              <w:rPr>
                <w:sz w:val="22"/>
                <w:szCs w:val="22"/>
              </w:rPr>
            </w:pPr>
            <w:r w:rsidRPr="00C52203">
              <w:rPr>
                <w:sz w:val="22"/>
                <w:szCs w:val="22"/>
              </w:rPr>
              <w:t>Syntax: “My face is shaped like a ___.” / “I placed the eyes on both sides because ___.” / “I am special because ___.” / “My family is important to me because ___.”</w:t>
            </w:r>
          </w:p>
        </w:tc>
      </w:tr>
      <w:tr w:rsidR="006B039E" w:rsidRPr="00C52203"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C52203" w:rsidRDefault="29C6A204" w:rsidP="29C6A204">
            <w:pPr>
              <w:rPr>
                <w:b/>
                <w:bCs/>
                <w:sz w:val="22"/>
                <w:szCs w:val="22"/>
              </w:rPr>
            </w:pPr>
            <w:r w:rsidRPr="00C52203">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117795F5" w14:textId="77777777" w:rsidR="00C52203" w:rsidRPr="00C52203" w:rsidRDefault="00C52203" w:rsidP="00C52203">
            <w:pPr>
              <w:pStyle w:val="NormalWeb"/>
              <w:numPr>
                <w:ilvl w:val="0"/>
                <w:numId w:val="51"/>
              </w:numPr>
              <w:rPr>
                <w:sz w:val="22"/>
                <w:szCs w:val="22"/>
              </w:rPr>
            </w:pPr>
            <w:r w:rsidRPr="00C52203">
              <w:rPr>
                <w:sz w:val="22"/>
                <w:szCs w:val="22"/>
              </w:rPr>
              <w:t>Step-by-step teacher modeling on chart paper or projector</w:t>
            </w:r>
          </w:p>
          <w:p w14:paraId="33C09599" w14:textId="77777777" w:rsidR="00C52203" w:rsidRPr="00C52203" w:rsidRDefault="00C52203" w:rsidP="00C52203">
            <w:pPr>
              <w:pStyle w:val="NormalWeb"/>
              <w:numPr>
                <w:ilvl w:val="0"/>
                <w:numId w:val="51"/>
              </w:numPr>
              <w:rPr>
                <w:sz w:val="22"/>
                <w:szCs w:val="22"/>
              </w:rPr>
            </w:pPr>
            <w:r w:rsidRPr="00C52203">
              <w:rPr>
                <w:sz w:val="22"/>
                <w:szCs w:val="22"/>
              </w:rPr>
              <w:t>Encouragement of tracing and shapes for students needing fine motor support</w:t>
            </w:r>
          </w:p>
          <w:p w14:paraId="7E37CDE5" w14:textId="77777777" w:rsidR="00C52203" w:rsidRPr="00C52203" w:rsidRDefault="00C52203" w:rsidP="00C52203">
            <w:pPr>
              <w:pStyle w:val="NormalWeb"/>
              <w:numPr>
                <w:ilvl w:val="0"/>
                <w:numId w:val="51"/>
              </w:numPr>
              <w:rPr>
                <w:sz w:val="22"/>
                <w:szCs w:val="22"/>
              </w:rPr>
            </w:pPr>
            <w:r w:rsidRPr="00C52203">
              <w:rPr>
                <w:sz w:val="22"/>
                <w:szCs w:val="22"/>
              </w:rPr>
              <w:t>Allowance for guided drawing or scribing assistance for struggling students</w:t>
            </w:r>
          </w:p>
          <w:p w14:paraId="55BACF0A" w14:textId="35C95931" w:rsidR="006B039E" w:rsidRPr="00C52203" w:rsidRDefault="00C52203" w:rsidP="00C52203">
            <w:pPr>
              <w:pStyle w:val="NormalWeb"/>
              <w:numPr>
                <w:ilvl w:val="0"/>
                <w:numId w:val="51"/>
              </w:numPr>
              <w:rPr>
                <w:sz w:val="22"/>
                <w:szCs w:val="22"/>
              </w:rPr>
            </w:pPr>
            <w:r w:rsidRPr="00C52203">
              <w:rPr>
                <w:sz w:val="22"/>
                <w:szCs w:val="22"/>
              </w:rPr>
              <w:t>Sentence frames for written reflection</w:t>
            </w:r>
          </w:p>
        </w:tc>
      </w:tr>
    </w:tbl>
    <w:p w14:paraId="557A754C" w14:textId="4E81AF8D" w:rsidR="00737E9C" w:rsidRPr="00C52203" w:rsidRDefault="00737E9C" w:rsidP="00737E9C">
      <w:pPr>
        <w:tabs>
          <w:tab w:val="left" w:pos="8340"/>
        </w:tabs>
        <w:rPr>
          <w:sz w:val="22"/>
          <w:szCs w:val="22"/>
        </w:rPr>
      </w:pPr>
    </w:p>
    <w:p w14:paraId="60DF40B6" w14:textId="603896AD" w:rsidR="00DE1BF7" w:rsidRPr="00C52203" w:rsidRDefault="00737E9C" w:rsidP="00DE1BF7">
      <w:pPr>
        <w:jc w:val="center"/>
        <w:rPr>
          <w:sz w:val="22"/>
          <w:szCs w:val="22"/>
        </w:rPr>
      </w:pPr>
      <w:r w:rsidRPr="00C52203">
        <w:rPr>
          <w:b/>
          <w:sz w:val="22"/>
          <w:szCs w:val="22"/>
        </w:rPr>
        <w:t>T</w:t>
      </w:r>
      <w:r w:rsidR="00DE1BF7" w:rsidRPr="00C52203">
        <w:rPr>
          <w:b/>
          <w:sz w:val="22"/>
          <w:szCs w:val="22"/>
        </w:rPr>
        <w:t>eaching the Lesson/Sequence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C52203"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C52203" w:rsidRDefault="00DE1BF7" w:rsidP="00646285">
            <w:pPr>
              <w:rPr>
                <w:b/>
                <w:sz w:val="22"/>
                <w:szCs w:val="22"/>
              </w:rPr>
            </w:pPr>
            <w:r w:rsidRPr="00C52203">
              <w:rPr>
                <w:b/>
                <w:sz w:val="22"/>
                <w:szCs w:val="22"/>
              </w:rPr>
              <w:t>Lesson Procedures/ 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19A4FBF" w14:textId="77777777" w:rsidR="00A83743" w:rsidRPr="00C52203" w:rsidRDefault="00A83743" w:rsidP="00A83743">
            <w:pPr>
              <w:pStyle w:val="NormalWeb"/>
              <w:rPr>
                <w:sz w:val="22"/>
                <w:szCs w:val="22"/>
              </w:rPr>
            </w:pPr>
            <w:r w:rsidRPr="00C52203">
              <w:rPr>
                <w:sz w:val="22"/>
                <w:szCs w:val="22"/>
              </w:rPr>
              <w:t>Day 1 Focus – Facial Shapes &amp; Basic Features</w:t>
            </w:r>
          </w:p>
          <w:p w14:paraId="353BCC24" w14:textId="1558F92A" w:rsidR="00C52203" w:rsidRPr="00C52203" w:rsidRDefault="00C52203" w:rsidP="00C52203">
            <w:pPr>
              <w:pStyle w:val="NormalWeb"/>
              <w:rPr>
                <w:sz w:val="22"/>
                <w:szCs w:val="22"/>
              </w:rPr>
            </w:pPr>
            <w:r w:rsidRPr="00C52203">
              <w:rPr>
                <w:sz w:val="22"/>
                <w:szCs w:val="22"/>
              </w:rPr>
              <w:t xml:space="preserve">Introduction (5 min): Introduce the project: "We are going to create self-portraits that show how unique and special each of us are!" Add: "Before we begin, think about what makes you, </w:t>
            </w:r>
            <w:r w:rsidRPr="00C52203">
              <w:rPr>
                <w:rStyle w:val="Emphasis"/>
                <w:sz w:val="22"/>
                <w:szCs w:val="22"/>
              </w:rPr>
              <w:t>you</w:t>
            </w:r>
            <w:r w:rsidRPr="00C52203">
              <w:rPr>
                <w:sz w:val="22"/>
                <w:szCs w:val="22"/>
              </w:rPr>
              <w:t>. Maybe it's your smile, your eyes, or something special about your family." Explain that students will focus on drawing the face shape and basic features using symmetry and then write a short sentence reflecting on their identity or family.</w:t>
            </w:r>
          </w:p>
          <w:p w14:paraId="52134A35" w14:textId="12D35476" w:rsidR="00C52203" w:rsidRPr="00C52203" w:rsidRDefault="00C52203" w:rsidP="00C52203">
            <w:pPr>
              <w:pStyle w:val="NormalWeb"/>
              <w:rPr>
                <w:sz w:val="22"/>
                <w:szCs w:val="22"/>
              </w:rPr>
            </w:pPr>
            <w:r w:rsidRPr="00C52203">
              <w:rPr>
                <w:sz w:val="22"/>
                <w:szCs w:val="22"/>
              </w:rPr>
              <w:t>Modeling and Guided Practice (10 min):</w:t>
            </w:r>
          </w:p>
          <w:p w14:paraId="4912B7E2" w14:textId="77777777" w:rsidR="00C52203" w:rsidRPr="00C52203" w:rsidRDefault="00C52203" w:rsidP="00C52203">
            <w:pPr>
              <w:pStyle w:val="NormalWeb"/>
              <w:numPr>
                <w:ilvl w:val="0"/>
                <w:numId w:val="65"/>
              </w:numPr>
              <w:rPr>
                <w:sz w:val="22"/>
                <w:szCs w:val="22"/>
              </w:rPr>
            </w:pPr>
            <w:r w:rsidRPr="00C52203">
              <w:rPr>
                <w:sz w:val="22"/>
                <w:szCs w:val="22"/>
              </w:rPr>
              <w:t>Show how to draw an oval or rounded shape for the head</w:t>
            </w:r>
          </w:p>
          <w:p w14:paraId="6E2530C4" w14:textId="77777777" w:rsidR="00C52203" w:rsidRPr="00C52203" w:rsidRDefault="00C52203" w:rsidP="00C52203">
            <w:pPr>
              <w:pStyle w:val="NormalWeb"/>
              <w:numPr>
                <w:ilvl w:val="0"/>
                <w:numId w:val="65"/>
              </w:numPr>
              <w:rPr>
                <w:sz w:val="22"/>
                <w:szCs w:val="22"/>
              </w:rPr>
            </w:pPr>
            <w:r w:rsidRPr="00C52203">
              <w:rPr>
                <w:sz w:val="22"/>
                <w:szCs w:val="22"/>
              </w:rPr>
              <w:t>Demonstrate lightly sketching a line of symmetry down the middle of the face</w:t>
            </w:r>
          </w:p>
          <w:p w14:paraId="23CCBCFA" w14:textId="77777777" w:rsidR="00C52203" w:rsidRPr="00C52203" w:rsidRDefault="00C52203" w:rsidP="00C52203">
            <w:pPr>
              <w:pStyle w:val="NormalWeb"/>
              <w:numPr>
                <w:ilvl w:val="0"/>
                <w:numId w:val="65"/>
              </w:numPr>
              <w:rPr>
                <w:sz w:val="22"/>
                <w:szCs w:val="22"/>
              </w:rPr>
            </w:pPr>
            <w:r w:rsidRPr="00C52203">
              <w:rPr>
                <w:sz w:val="22"/>
                <w:szCs w:val="22"/>
              </w:rPr>
              <w:t>Show how to place eyes, nose, and mouth using guidelines</w:t>
            </w:r>
          </w:p>
          <w:p w14:paraId="007A7A59" w14:textId="77777777" w:rsidR="00C52203" w:rsidRPr="00C52203" w:rsidRDefault="00C52203" w:rsidP="00C52203">
            <w:pPr>
              <w:pStyle w:val="NormalWeb"/>
              <w:numPr>
                <w:ilvl w:val="0"/>
                <w:numId w:val="65"/>
              </w:numPr>
              <w:rPr>
                <w:sz w:val="22"/>
                <w:szCs w:val="22"/>
              </w:rPr>
            </w:pPr>
            <w:r w:rsidRPr="00C52203">
              <w:rPr>
                <w:sz w:val="22"/>
                <w:szCs w:val="22"/>
              </w:rPr>
              <w:t>Model two different examples (circle face, oval face)</w:t>
            </w:r>
          </w:p>
          <w:p w14:paraId="75B44C4B" w14:textId="4173EBF7" w:rsidR="00C52203" w:rsidRPr="00C52203" w:rsidRDefault="00C52203" w:rsidP="00C52203">
            <w:pPr>
              <w:pStyle w:val="NormalWeb"/>
              <w:rPr>
                <w:sz w:val="22"/>
                <w:szCs w:val="22"/>
              </w:rPr>
            </w:pPr>
            <w:r w:rsidRPr="00C52203">
              <w:rPr>
                <w:sz w:val="22"/>
                <w:szCs w:val="22"/>
              </w:rPr>
              <w:t>Student Work Time (15 min):</w:t>
            </w:r>
          </w:p>
          <w:p w14:paraId="20DFE0A5" w14:textId="77777777" w:rsidR="00C52203" w:rsidRPr="00C52203" w:rsidRDefault="00C52203" w:rsidP="00C52203">
            <w:pPr>
              <w:pStyle w:val="NormalWeb"/>
              <w:numPr>
                <w:ilvl w:val="0"/>
                <w:numId w:val="66"/>
              </w:numPr>
              <w:rPr>
                <w:sz w:val="22"/>
                <w:szCs w:val="22"/>
              </w:rPr>
            </w:pPr>
            <w:r w:rsidRPr="00C52203">
              <w:rPr>
                <w:sz w:val="22"/>
                <w:szCs w:val="22"/>
              </w:rPr>
              <w:t>Pass out drawing paper</w:t>
            </w:r>
          </w:p>
          <w:p w14:paraId="47B9E17F" w14:textId="77777777" w:rsidR="00C52203" w:rsidRPr="00C52203" w:rsidRDefault="00C52203" w:rsidP="00C52203">
            <w:pPr>
              <w:pStyle w:val="NormalWeb"/>
              <w:numPr>
                <w:ilvl w:val="0"/>
                <w:numId w:val="66"/>
              </w:numPr>
              <w:rPr>
                <w:sz w:val="22"/>
                <w:szCs w:val="22"/>
              </w:rPr>
            </w:pPr>
            <w:r w:rsidRPr="00C52203">
              <w:rPr>
                <w:sz w:val="22"/>
                <w:szCs w:val="22"/>
              </w:rPr>
              <w:t>Guide students as they sketch their own head shape and begin placing eyes, nose, and mouth</w:t>
            </w:r>
          </w:p>
          <w:p w14:paraId="410CB0E2" w14:textId="77777777" w:rsidR="00C52203" w:rsidRPr="00C52203" w:rsidRDefault="00C52203" w:rsidP="00C52203">
            <w:pPr>
              <w:pStyle w:val="NormalWeb"/>
              <w:numPr>
                <w:ilvl w:val="0"/>
                <w:numId w:val="66"/>
              </w:numPr>
              <w:rPr>
                <w:sz w:val="22"/>
                <w:szCs w:val="22"/>
              </w:rPr>
            </w:pPr>
            <w:r w:rsidRPr="00C52203">
              <w:rPr>
                <w:sz w:val="22"/>
                <w:szCs w:val="22"/>
              </w:rPr>
              <w:t>Circulate to provide individual support and redirection</w:t>
            </w:r>
          </w:p>
          <w:p w14:paraId="1EEAAF96" w14:textId="6E0D6329" w:rsidR="00C52203" w:rsidRPr="00C52203" w:rsidRDefault="00C52203" w:rsidP="00C52203">
            <w:pPr>
              <w:pStyle w:val="NormalWeb"/>
              <w:numPr>
                <w:ilvl w:val="0"/>
                <w:numId w:val="66"/>
              </w:numPr>
              <w:rPr>
                <w:sz w:val="22"/>
                <w:szCs w:val="22"/>
              </w:rPr>
            </w:pPr>
            <w:r w:rsidRPr="00C52203">
              <w:rPr>
                <w:sz w:val="22"/>
                <w:szCs w:val="22"/>
              </w:rPr>
              <w:t>Provide a sentence frame on a post it for students to complete: “This is my self-portrait. I am special because ____. My family is important to me because ____.”</w:t>
            </w:r>
          </w:p>
          <w:p w14:paraId="2C5ECD08" w14:textId="081EC3A5" w:rsidR="00C52203" w:rsidRPr="00C52203" w:rsidRDefault="00C52203" w:rsidP="00C52203">
            <w:pPr>
              <w:pStyle w:val="NormalWeb"/>
              <w:rPr>
                <w:sz w:val="22"/>
                <w:szCs w:val="22"/>
              </w:rPr>
            </w:pPr>
            <w:r w:rsidRPr="00C52203">
              <w:rPr>
                <w:sz w:val="22"/>
                <w:szCs w:val="22"/>
              </w:rPr>
              <w:t>Sharing &amp; Writing (10 min):</w:t>
            </w:r>
          </w:p>
          <w:p w14:paraId="4BEC86F2" w14:textId="5EAC6430" w:rsidR="00C52203" w:rsidRPr="00C52203" w:rsidRDefault="00C52203" w:rsidP="00C52203">
            <w:pPr>
              <w:pStyle w:val="NormalWeb"/>
              <w:numPr>
                <w:ilvl w:val="0"/>
                <w:numId w:val="67"/>
              </w:numPr>
              <w:rPr>
                <w:sz w:val="22"/>
                <w:szCs w:val="22"/>
              </w:rPr>
            </w:pPr>
            <w:r w:rsidRPr="00C52203">
              <w:rPr>
                <w:sz w:val="22"/>
                <w:szCs w:val="22"/>
              </w:rPr>
              <w:t>Ask students to partner up and talk about what they drew and what they want to write</w:t>
            </w:r>
          </w:p>
          <w:p w14:paraId="47E5B27A" w14:textId="2FB8E869" w:rsidR="00DE1BF7" w:rsidRPr="00C52203" w:rsidRDefault="00C52203" w:rsidP="00C52203">
            <w:pPr>
              <w:pStyle w:val="NormalWeb"/>
              <w:numPr>
                <w:ilvl w:val="0"/>
                <w:numId w:val="67"/>
              </w:numPr>
              <w:rPr>
                <w:sz w:val="22"/>
                <w:szCs w:val="22"/>
              </w:rPr>
            </w:pPr>
            <w:r w:rsidRPr="00C52203">
              <w:rPr>
                <w:sz w:val="22"/>
                <w:szCs w:val="22"/>
              </w:rPr>
              <w:t>Prompt: “How did you decide where to place your eyes or nose? What does you’re draw show about you?”</w:t>
            </w:r>
          </w:p>
          <w:p w14:paraId="4CD1D416" w14:textId="77777777" w:rsidR="00C52203" w:rsidRPr="00C52203" w:rsidRDefault="00C52203" w:rsidP="00C52203">
            <w:pPr>
              <w:pStyle w:val="NormalWeb"/>
              <w:numPr>
                <w:ilvl w:val="0"/>
                <w:numId w:val="67"/>
              </w:numPr>
              <w:rPr>
                <w:sz w:val="22"/>
                <w:szCs w:val="22"/>
              </w:rPr>
            </w:pPr>
            <w:r w:rsidRPr="00C52203">
              <w:rPr>
                <w:sz w:val="22"/>
                <w:szCs w:val="22"/>
              </w:rPr>
              <w:t>Pass out post its and write model sentence with frames on the board for students to complete and turn in</w:t>
            </w:r>
          </w:p>
          <w:p w14:paraId="311FF6B5" w14:textId="41A587ED" w:rsidR="00C52203" w:rsidRPr="00C52203" w:rsidRDefault="00C52203" w:rsidP="00C52203">
            <w:pPr>
              <w:pStyle w:val="NormalWeb"/>
              <w:numPr>
                <w:ilvl w:val="0"/>
                <w:numId w:val="67"/>
              </w:numPr>
              <w:rPr>
                <w:sz w:val="22"/>
                <w:szCs w:val="22"/>
              </w:rPr>
            </w:pPr>
            <w:r w:rsidRPr="00C52203">
              <w:rPr>
                <w:sz w:val="22"/>
                <w:szCs w:val="22"/>
              </w:rPr>
              <w:t>Provide support to struggling writers as students complete lesson and read at their desks about their animal.</w:t>
            </w:r>
          </w:p>
        </w:tc>
      </w:tr>
      <w:tr w:rsidR="00DE1BF7" w:rsidRPr="00A83743"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83743" w:rsidRDefault="00DE1BF7" w:rsidP="00DE1BF7">
            <w:pPr>
              <w:rPr>
                <w:b/>
                <w:sz w:val="22"/>
                <w:szCs w:val="22"/>
              </w:rPr>
            </w:pPr>
            <w:r w:rsidRPr="00A83743">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FF2D6E8" w14:textId="77777777" w:rsidR="00C52203" w:rsidRPr="00C52203" w:rsidRDefault="00C52203" w:rsidP="00C52203">
            <w:pPr>
              <w:pStyle w:val="NormalWeb"/>
              <w:numPr>
                <w:ilvl w:val="0"/>
                <w:numId w:val="68"/>
              </w:numPr>
              <w:rPr>
                <w:sz w:val="22"/>
                <w:szCs w:val="22"/>
              </w:rPr>
            </w:pPr>
            <w:r w:rsidRPr="00C52203">
              <w:rPr>
                <w:sz w:val="22"/>
                <w:szCs w:val="22"/>
              </w:rPr>
              <w:t>Informal: Observation of students’ participation in guided drawing and discussion</w:t>
            </w:r>
          </w:p>
          <w:p w14:paraId="0FCC8B2C" w14:textId="19F9670B" w:rsidR="00A83743" w:rsidRPr="00C52203" w:rsidRDefault="00C52203" w:rsidP="00C52203">
            <w:pPr>
              <w:pStyle w:val="NormalWeb"/>
              <w:numPr>
                <w:ilvl w:val="0"/>
                <w:numId w:val="68"/>
              </w:numPr>
            </w:pPr>
            <w:r w:rsidRPr="00C52203">
              <w:rPr>
                <w:sz w:val="22"/>
                <w:szCs w:val="22"/>
              </w:rPr>
              <w:lastRenderedPageBreak/>
              <w:t>Formal: Student completion of basic face shape and symmetry, and written or oral reflection on identity or community</w:t>
            </w:r>
          </w:p>
        </w:tc>
      </w:tr>
      <w:tr w:rsidR="00DE1BF7" w:rsidRPr="00A83743"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83743" w:rsidRDefault="00DE1BF7" w:rsidP="00DE1BF7">
            <w:pPr>
              <w:rPr>
                <w:b/>
                <w:sz w:val="22"/>
                <w:szCs w:val="22"/>
              </w:rPr>
            </w:pPr>
            <w:r w:rsidRPr="00A83743">
              <w:rPr>
                <w:b/>
                <w:sz w:val="22"/>
                <w:szCs w:val="22"/>
              </w:rPr>
              <w:lastRenderedPageBreak/>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C218800" w14:textId="77777777" w:rsidR="00A83743" w:rsidRPr="00A83743" w:rsidRDefault="00A83743" w:rsidP="00A83743">
            <w:pPr>
              <w:pStyle w:val="NormalWeb"/>
              <w:rPr>
                <w:sz w:val="22"/>
                <w:szCs w:val="22"/>
              </w:rPr>
            </w:pPr>
            <w:r w:rsidRPr="00A83743">
              <w:rPr>
                <w:sz w:val="22"/>
                <w:szCs w:val="22"/>
              </w:rPr>
              <w:t>Review/Closing (2-3 min):</w:t>
            </w:r>
          </w:p>
          <w:p w14:paraId="7D6B1747" w14:textId="75A4035E" w:rsidR="00A83743" w:rsidRPr="00A83743" w:rsidRDefault="00A83743" w:rsidP="00A83743">
            <w:pPr>
              <w:pStyle w:val="NormalWeb"/>
              <w:numPr>
                <w:ilvl w:val="0"/>
                <w:numId w:val="61"/>
              </w:numPr>
              <w:rPr>
                <w:sz w:val="22"/>
                <w:szCs w:val="22"/>
              </w:rPr>
            </w:pPr>
            <w:r w:rsidRPr="00A83743">
              <w:rPr>
                <w:sz w:val="22"/>
                <w:szCs w:val="22"/>
              </w:rPr>
              <w:t>Recap: “Today we learned how to start our self-portraits by using lines and shapes to place our features</w:t>
            </w:r>
            <w:r w:rsidR="00C52203">
              <w:rPr>
                <w:sz w:val="22"/>
                <w:szCs w:val="22"/>
              </w:rPr>
              <w:t xml:space="preserve"> while also reflecting on who we are in our community!</w:t>
            </w:r>
            <w:r w:rsidRPr="00A83743">
              <w:rPr>
                <w:sz w:val="22"/>
                <w:szCs w:val="22"/>
              </w:rPr>
              <w:t>”</w:t>
            </w:r>
          </w:p>
          <w:p w14:paraId="6D468A2A" w14:textId="729FE653" w:rsidR="00D520CC" w:rsidRPr="00A83743" w:rsidRDefault="00A83743" w:rsidP="00A83743">
            <w:pPr>
              <w:pStyle w:val="NormalWeb"/>
              <w:numPr>
                <w:ilvl w:val="0"/>
                <w:numId w:val="61"/>
              </w:numPr>
              <w:rPr>
                <w:sz w:val="22"/>
                <w:szCs w:val="22"/>
              </w:rPr>
            </w:pPr>
            <w:r w:rsidRPr="00A83743">
              <w:rPr>
                <w:sz w:val="22"/>
                <w:szCs w:val="22"/>
              </w:rPr>
              <w:t>Preview: “Next time we’ll add more detail like eyebrows, ears, hair, and color!”</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5C7083B8" w14:textId="77777777" w:rsidR="000B4F38" w:rsidRPr="00924687" w:rsidRDefault="00D520CC" w:rsidP="000B4F38">
            <w:pPr>
              <w:pStyle w:val="ListParagraph"/>
              <w:numPr>
                <w:ilvl w:val="0"/>
                <w:numId w:val="69"/>
              </w:numPr>
              <w:rPr>
                <w:rFonts w:eastAsiaTheme="minorHAnsi"/>
                <w:color w:val="000000"/>
                <w:sz w:val="22"/>
                <w:szCs w:val="22"/>
              </w:rPr>
            </w:pPr>
            <w:r w:rsidRPr="00924687">
              <w:rPr>
                <w:rFonts w:eastAsiaTheme="minorHAnsi"/>
                <w:color w:val="000000"/>
                <w:sz w:val="22"/>
                <w:szCs w:val="22"/>
              </w:rPr>
              <w:t>What was most effective about this lesson? What evidence do you have to support your response in terms of content understanding and in classroom management?</w:t>
            </w:r>
          </w:p>
          <w:p w14:paraId="1FF274B8" w14:textId="77777777" w:rsidR="000B4F38" w:rsidRPr="00924687" w:rsidRDefault="000B4F38" w:rsidP="000B4F38">
            <w:pPr>
              <w:pStyle w:val="ListParagraph"/>
              <w:rPr>
                <w:sz w:val="22"/>
                <w:szCs w:val="22"/>
              </w:rPr>
            </w:pPr>
          </w:p>
          <w:p w14:paraId="0C8C8CF1" w14:textId="04C54B9D" w:rsidR="000B4F38" w:rsidRPr="00924687" w:rsidRDefault="000B4F38" w:rsidP="000B4F38">
            <w:pPr>
              <w:pStyle w:val="ListParagraph"/>
              <w:rPr>
                <w:sz w:val="22"/>
                <w:szCs w:val="22"/>
              </w:rPr>
            </w:pPr>
            <w:r w:rsidRPr="00924687">
              <w:rPr>
                <w:sz w:val="22"/>
                <w:szCs w:val="22"/>
              </w:rPr>
              <w:t>The drawing part really captured student interest. They were careful with symmetry and enjoyed talking about their features. It was a great mix of art and identity, and I noticed students taking pride in their work. The sentence reflection tied things together and helped them connect their artwork to their family or community role.</w:t>
            </w:r>
          </w:p>
          <w:p w14:paraId="73404C8A" w14:textId="77777777" w:rsidR="000B4F38" w:rsidRPr="00924687" w:rsidRDefault="000B4F38" w:rsidP="000B4F38">
            <w:pPr>
              <w:pStyle w:val="ListParagraph"/>
              <w:rPr>
                <w:rFonts w:eastAsiaTheme="minorHAnsi"/>
                <w:color w:val="000000"/>
                <w:sz w:val="22"/>
                <w:szCs w:val="22"/>
              </w:rPr>
            </w:pPr>
          </w:p>
          <w:p w14:paraId="7D178855" w14:textId="77777777" w:rsidR="000B4F38" w:rsidRPr="00924687" w:rsidRDefault="00D520CC" w:rsidP="000B4F38">
            <w:pPr>
              <w:pStyle w:val="ListParagraph"/>
              <w:numPr>
                <w:ilvl w:val="0"/>
                <w:numId w:val="69"/>
              </w:numPr>
              <w:rPr>
                <w:rFonts w:eastAsiaTheme="minorHAnsi"/>
                <w:color w:val="000000"/>
                <w:sz w:val="22"/>
                <w:szCs w:val="22"/>
              </w:rPr>
            </w:pPr>
            <w:r w:rsidRPr="00924687">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7687D06B" w14:textId="77777777" w:rsidR="000B4F38" w:rsidRPr="00924687" w:rsidRDefault="000B4F38" w:rsidP="000B4F38">
            <w:pPr>
              <w:pStyle w:val="ListParagraph"/>
              <w:rPr>
                <w:sz w:val="22"/>
                <w:szCs w:val="22"/>
              </w:rPr>
            </w:pPr>
          </w:p>
          <w:p w14:paraId="150E32BB" w14:textId="2D502428" w:rsidR="000B4F38" w:rsidRPr="00924687" w:rsidRDefault="000B4F38" w:rsidP="000B4F38">
            <w:pPr>
              <w:pStyle w:val="ListParagraph"/>
              <w:rPr>
                <w:sz w:val="22"/>
                <w:szCs w:val="22"/>
              </w:rPr>
            </w:pPr>
            <w:r w:rsidRPr="00924687">
              <w:rPr>
                <w:sz w:val="22"/>
                <w:szCs w:val="22"/>
              </w:rPr>
              <w:t>Next time, I’d spend more time showing examples of different face shapes and give more tracing support to students with fine motor difficulties. I’d also prep a larger word bank on the board to give more vocabulary options for the writing part. Some students stuck with basic sentences because they didn’t know how to describe more details.</w:t>
            </w:r>
          </w:p>
          <w:p w14:paraId="4957FD52" w14:textId="77777777" w:rsidR="000B4F38" w:rsidRPr="00924687" w:rsidRDefault="000B4F38" w:rsidP="000B4F38">
            <w:pPr>
              <w:pStyle w:val="ListParagraph"/>
              <w:rPr>
                <w:rFonts w:eastAsiaTheme="minorHAnsi"/>
                <w:color w:val="000000"/>
                <w:sz w:val="22"/>
                <w:szCs w:val="22"/>
              </w:rPr>
            </w:pPr>
          </w:p>
          <w:p w14:paraId="591CE01A" w14:textId="77777777" w:rsidR="000B4F38" w:rsidRPr="00924687" w:rsidRDefault="00D520CC" w:rsidP="000B4F38">
            <w:pPr>
              <w:pStyle w:val="ListParagraph"/>
              <w:numPr>
                <w:ilvl w:val="0"/>
                <w:numId w:val="69"/>
              </w:numPr>
              <w:rPr>
                <w:rFonts w:eastAsiaTheme="minorHAnsi"/>
                <w:color w:val="000000"/>
                <w:sz w:val="22"/>
                <w:szCs w:val="22"/>
              </w:rPr>
            </w:pPr>
            <w:r w:rsidRPr="00924687">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5FFC343A" w14:textId="77777777" w:rsidR="000B4F38" w:rsidRPr="00924687" w:rsidRDefault="000B4F38" w:rsidP="000B4F38">
            <w:pPr>
              <w:pStyle w:val="ListParagraph"/>
              <w:rPr>
                <w:sz w:val="22"/>
                <w:szCs w:val="22"/>
              </w:rPr>
            </w:pPr>
          </w:p>
          <w:p w14:paraId="7EB31E82" w14:textId="15D32341" w:rsidR="000B4F38" w:rsidRPr="00924687" w:rsidRDefault="000B4F38" w:rsidP="000B4F38">
            <w:pPr>
              <w:pStyle w:val="ListParagraph"/>
              <w:rPr>
                <w:sz w:val="22"/>
                <w:szCs w:val="22"/>
              </w:rPr>
            </w:pPr>
            <w:r w:rsidRPr="00924687">
              <w:rPr>
                <w:sz w:val="22"/>
                <w:szCs w:val="22"/>
              </w:rPr>
              <w:t>I walked around and asked, “Why did you place the eyes there?” or “Tell me about your drawing,” and students responded with clear thinking. The calm, supportive environment helped students feel safe to try their best and share something personal. Partner talk also let them reflect and hear ideas from others, which built confidence.</w:t>
            </w:r>
          </w:p>
          <w:p w14:paraId="01210439" w14:textId="77777777" w:rsidR="000B4F38" w:rsidRPr="00924687" w:rsidRDefault="000B4F38" w:rsidP="000B4F38">
            <w:pPr>
              <w:pStyle w:val="ListParagraph"/>
              <w:rPr>
                <w:rFonts w:eastAsiaTheme="minorHAnsi"/>
                <w:color w:val="000000"/>
                <w:sz w:val="22"/>
                <w:szCs w:val="22"/>
              </w:rPr>
            </w:pPr>
          </w:p>
          <w:p w14:paraId="61BE45BD" w14:textId="77777777" w:rsidR="000B4F38" w:rsidRPr="00924687" w:rsidRDefault="00DE1BF7" w:rsidP="000B4F38">
            <w:pPr>
              <w:pStyle w:val="ListParagraph"/>
              <w:numPr>
                <w:ilvl w:val="0"/>
                <w:numId w:val="69"/>
              </w:numPr>
              <w:rPr>
                <w:sz w:val="22"/>
                <w:szCs w:val="22"/>
              </w:rPr>
            </w:pPr>
            <w:r w:rsidRPr="00924687">
              <w:rPr>
                <w:sz w:val="22"/>
                <w:szCs w:val="22"/>
              </w:rPr>
              <w:t xml:space="preserve">Based on your responses above (#1-3), how would formal/informal assessment data from the lesson inform the changes you would make in the next lesson in this series? </w:t>
            </w:r>
          </w:p>
          <w:p w14:paraId="4A33EF2D" w14:textId="77777777" w:rsidR="000B4F38" w:rsidRPr="00924687" w:rsidRDefault="000B4F38" w:rsidP="000B4F38">
            <w:pPr>
              <w:pStyle w:val="ListParagraph"/>
              <w:rPr>
                <w:sz w:val="22"/>
                <w:szCs w:val="22"/>
              </w:rPr>
            </w:pPr>
          </w:p>
          <w:p w14:paraId="53176CB3" w14:textId="77777777" w:rsidR="000B4F38" w:rsidRPr="00924687" w:rsidRDefault="000B4F38" w:rsidP="000B4F38">
            <w:pPr>
              <w:pStyle w:val="ListParagraph"/>
              <w:rPr>
                <w:sz w:val="22"/>
                <w:szCs w:val="22"/>
              </w:rPr>
            </w:pPr>
            <w:r w:rsidRPr="00924687">
              <w:rPr>
                <w:sz w:val="22"/>
                <w:szCs w:val="22"/>
              </w:rPr>
              <w:t>This lesson showed me that students do well when there's a balance of creativity and structure. For the next part of the self-portrait project, I’ll continue using modeling and sentence frames. I’ll also give more guided steps for coloring and adding fine details, since some students rushed that part. Writing reflections after art is something I’d like to keep doing because it connects visual learning to academic goals.</w:t>
            </w:r>
          </w:p>
          <w:p w14:paraId="0C6BE9C3" w14:textId="474367DB" w:rsidR="000B4F38" w:rsidRPr="000B4F38" w:rsidRDefault="000B4F38" w:rsidP="000B4F38">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13498340"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EB79BA">
              <w:rPr>
                <w:sz w:val="22"/>
                <w:szCs w:val="22"/>
              </w:rPr>
              <w:t>4</w:t>
            </w:r>
            <w:r>
              <w:rPr>
                <w:sz w:val="22"/>
                <w:szCs w:val="22"/>
              </w:rPr>
              <w:t>/</w:t>
            </w:r>
            <w:r w:rsidR="00EB79BA">
              <w:rPr>
                <w:sz w:val="22"/>
                <w:szCs w:val="22"/>
              </w:rPr>
              <w:t>14</w:t>
            </w:r>
            <w:r>
              <w:rPr>
                <w:sz w:val="22"/>
                <w:szCs w:val="22"/>
              </w:rPr>
              <w:t>/</w:t>
            </w:r>
            <w:r w:rsidR="009059AA">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67EEB6C7" w14:textId="1D3D500F" w:rsidR="00EB79BA" w:rsidRDefault="00E671CA" w:rsidP="00012E18">
            <w:pPr>
              <w:jc w:val="center"/>
              <w:rPr>
                <w:sz w:val="22"/>
                <w:szCs w:val="22"/>
              </w:rPr>
            </w:pP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78F6761A" w:rsidR="00A65332" w:rsidRPr="00EB79BA" w:rsidRDefault="00EB79BA" w:rsidP="00315705">
            <w:pPr>
              <w:jc w:val="center"/>
              <w:rPr>
                <w:sz w:val="22"/>
                <w:szCs w:val="22"/>
              </w:rPr>
            </w:pPr>
            <w:r w:rsidRPr="00EB79BA">
              <w:rPr>
                <w:sz w:val="22"/>
                <w:szCs w:val="22"/>
              </w:rPr>
              <w:t>ELA – Reading Comprehension</w:t>
            </w:r>
            <w:r w:rsidR="00FA5461">
              <w:rPr>
                <w:sz w:val="22"/>
                <w:szCs w:val="22"/>
              </w:rPr>
              <w:t>, Vocabulary, and Spelling Introduction</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397BCD27" w14:textId="1ADF4A0B" w:rsidR="00EB79BA" w:rsidRDefault="00144D50" w:rsidP="00EB79BA">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5AEC18C2" w14:textId="77777777" w:rsidR="00FA5461" w:rsidRDefault="00FA5461" w:rsidP="00FA5461">
            <w:pPr>
              <w:numPr>
                <w:ilvl w:val="0"/>
                <w:numId w:val="49"/>
              </w:numPr>
              <w:spacing w:before="100" w:beforeAutospacing="1" w:after="100" w:afterAutospacing="1"/>
            </w:pPr>
            <w:r>
              <w:t>ELA RL.2.1 – Ask and answer such questions as who, what, where, when, why, and how to demonstrate understanding of key details in a text.</w:t>
            </w:r>
          </w:p>
          <w:p w14:paraId="2E7EC356" w14:textId="77777777" w:rsidR="00FA5461" w:rsidRDefault="00FA5461" w:rsidP="00FA5461">
            <w:pPr>
              <w:numPr>
                <w:ilvl w:val="0"/>
                <w:numId w:val="49"/>
              </w:numPr>
              <w:spacing w:before="100" w:beforeAutospacing="1" w:after="100" w:afterAutospacing="1"/>
            </w:pPr>
            <w:r>
              <w:t>ELA RL.2.4 – Describe how words and phrases supply rhythm and meaning in a story.</w:t>
            </w:r>
          </w:p>
          <w:p w14:paraId="5018938E" w14:textId="77777777" w:rsidR="00FA5461" w:rsidRDefault="00FA5461" w:rsidP="00FA5461">
            <w:pPr>
              <w:numPr>
                <w:ilvl w:val="0"/>
                <w:numId w:val="49"/>
              </w:numPr>
              <w:spacing w:before="100" w:beforeAutospacing="1" w:after="100" w:afterAutospacing="1"/>
            </w:pPr>
            <w:r>
              <w:t>ELA RF.2.3 – Know and apply grade-level phonics and word analysis skills in decoding words.</w:t>
            </w:r>
          </w:p>
          <w:p w14:paraId="3E18ED9B" w14:textId="2C53184C" w:rsidR="00EB79BA" w:rsidRPr="00FA5461" w:rsidRDefault="00FA5461" w:rsidP="00FA5461">
            <w:pPr>
              <w:numPr>
                <w:ilvl w:val="0"/>
                <w:numId w:val="49"/>
              </w:numPr>
              <w:spacing w:before="100" w:beforeAutospacing="1" w:after="100" w:afterAutospacing="1"/>
            </w:pPr>
            <w:r>
              <w:t>ELA L.2.2 – Demonstrate command of the conventions of standard English spelling.</w:t>
            </w:r>
          </w:p>
          <w:p w14:paraId="6AF4F294" w14:textId="04651C42" w:rsidR="00315705" w:rsidRPr="00EB79BA" w:rsidRDefault="00315705" w:rsidP="00EB79BA">
            <w:pPr>
              <w:spacing w:before="100" w:beforeAutospacing="1" w:after="100" w:afterAutospacing="1"/>
            </w:pPr>
          </w:p>
        </w:tc>
        <w:tc>
          <w:tcPr>
            <w:tcW w:w="5400" w:type="dxa"/>
            <w:tcBorders>
              <w:top w:val="thickThinSmallGap" w:sz="24" w:space="0" w:color="auto"/>
              <w:left w:val="thickThinSmallGap" w:sz="24" w:space="0" w:color="auto"/>
              <w:right w:val="thickThinSmallGap" w:sz="24" w:space="0" w:color="auto"/>
            </w:tcBorders>
          </w:tcPr>
          <w:p w14:paraId="40183EA3" w14:textId="77777777" w:rsidR="00FA5461" w:rsidRDefault="00144D50" w:rsidP="00FA5461">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253DB560" w14:textId="77777777" w:rsidR="00FA5461" w:rsidRPr="00FA5461" w:rsidRDefault="00FA5461" w:rsidP="00FA5461">
            <w:pPr>
              <w:pStyle w:val="ListParagraph"/>
              <w:numPr>
                <w:ilvl w:val="0"/>
                <w:numId w:val="50"/>
              </w:numPr>
              <w:rPr>
                <w:rFonts w:eastAsia="Times"/>
                <w:b/>
                <w:bCs/>
                <w:sz w:val="22"/>
                <w:szCs w:val="22"/>
              </w:rPr>
            </w:pPr>
            <w:r>
              <w:t>ELD.PI.2.1 – Contribute to conversations and express ideas using learned phrases.</w:t>
            </w:r>
          </w:p>
          <w:p w14:paraId="168E50B2" w14:textId="77777777" w:rsidR="00FA5461" w:rsidRPr="00FA5461" w:rsidRDefault="00FA5461" w:rsidP="00FA5461">
            <w:pPr>
              <w:pStyle w:val="ListParagraph"/>
              <w:numPr>
                <w:ilvl w:val="0"/>
                <w:numId w:val="50"/>
              </w:numPr>
              <w:rPr>
                <w:rFonts w:eastAsia="Times"/>
                <w:b/>
                <w:bCs/>
                <w:sz w:val="22"/>
                <w:szCs w:val="22"/>
              </w:rPr>
            </w:pPr>
            <w:r>
              <w:t>ELD.PI.2.6 – Negotiate with or persuade others using learned phrases.</w:t>
            </w:r>
          </w:p>
          <w:p w14:paraId="6EBECA8B" w14:textId="157DCF81" w:rsidR="00FA5461" w:rsidRPr="00FA5461" w:rsidRDefault="00FA5461" w:rsidP="00FA5461">
            <w:pPr>
              <w:pStyle w:val="ListParagraph"/>
              <w:numPr>
                <w:ilvl w:val="0"/>
                <w:numId w:val="50"/>
              </w:numPr>
              <w:rPr>
                <w:rFonts w:eastAsia="Times"/>
                <w:b/>
                <w:bCs/>
                <w:sz w:val="22"/>
                <w:szCs w:val="22"/>
              </w:rPr>
            </w:pPr>
            <w:r>
              <w:t>ELD.PI.2.12a – Use a growing number of words to express increasing precision with familiar and new topics.</w:t>
            </w:r>
          </w:p>
          <w:p w14:paraId="520B1439" w14:textId="600D96F5" w:rsidR="00FA5461" w:rsidRPr="00EB79BA" w:rsidRDefault="00FA5461" w:rsidP="00EB79BA">
            <w:pPr>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39884141" w14:textId="77777777" w:rsidR="00FA5461" w:rsidRDefault="006B039E" w:rsidP="00FA5461">
            <w:pPr>
              <w:keepNext/>
              <w:outlineLvl w:val="0"/>
              <w:rPr>
                <w:rFonts w:eastAsia="Times"/>
                <w:b/>
                <w:bCs/>
                <w:sz w:val="22"/>
                <w:szCs w:val="22"/>
              </w:rPr>
            </w:pPr>
            <w:r w:rsidRPr="006C76A0">
              <w:rPr>
                <w:rFonts w:eastAsia="Times"/>
                <w:b/>
                <w:bCs/>
                <w:sz w:val="22"/>
                <w:szCs w:val="22"/>
              </w:rPr>
              <w:t xml:space="preserve">Lesson Objective(s)/Goal(s): </w:t>
            </w:r>
          </w:p>
          <w:p w14:paraId="07C19E8C" w14:textId="2CAA66CE" w:rsidR="00315705" w:rsidRPr="00FA5461" w:rsidRDefault="00FA5461" w:rsidP="00FA5461">
            <w:pPr>
              <w:pStyle w:val="ListParagraph"/>
              <w:keepNext/>
              <w:numPr>
                <w:ilvl w:val="0"/>
                <w:numId w:val="52"/>
              </w:numPr>
              <w:outlineLvl w:val="0"/>
              <w:rPr>
                <w:rFonts w:eastAsia="Times"/>
                <w:b/>
                <w:bCs/>
                <w:sz w:val="22"/>
                <w:szCs w:val="22"/>
              </w:rPr>
            </w:pPr>
            <w:r w:rsidRPr="00FA5461">
              <w:rPr>
                <w:rFonts w:eastAsia="Times"/>
                <w:sz w:val="22"/>
                <w:szCs w:val="22"/>
              </w:rPr>
              <w:t>By the end of the lesson,</w:t>
            </w:r>
            <w:r w:rsidRPr="00FA5461">
              <w:rPr>
                <w:rFonts w:eastAsia="Times"/>
                <w:b/>
                <w:bCs/>
                <w:sz w:val="22"/>
                <w:szCs w:val="22"/>
              </w:rPr>
              <w:t xml:space="preserve"> </w:t>
            </w:r>
            <w:r>
              <w:t xml:space="preserve">given a whole-group read-aloud of </w:t>
            </w:r>
            <w:r>
              <w:rPr>
                <w:rStyle w:val="Emphasis"/>
              </w:rPr>
              <w:t xml:space="preserve">The </w:t>
            </w:r>
            <w:proofErr w:type="spellStart"/>
            <w:r>
              <w:rPr>
                <w:rStyle w:val="Emphasis"/>
              </w:rPr>
              <w:t>Signmaker’s</w:t>
            </w:r>
            <w:proofErr w:type="spellEnd"/>
            <w:r>
              <w:rPr>
                <w:rStyle w:val="Emphasis"/>
              </w:rPr>
              <w:t xml:space="preserve"> Assistant</w:t>
            </w:r>
            <w:r>
              <w:t>, students will be able to identify and use key vocabulary words from the text, answer comprehension questions related to the essential question, and copy new spelling words and rules into their notebooks with full accuracy.</w:t>
            </w:r>
          </w:p>
        </w:tc>
        <w:tc>
          <w:tcPr>
            <w:tcW w:w="5400" w:type="dxa"/>
            <w:tcBorders>
              <w:top w:val="thickThinSmallGap" w:sz="24" w:space="0" w:color="auto"/>
              <w:left w:val="thickThinSmallGap" w:sz="24" w:space="0" w:color="auto"/>
              <w:right w:val="thickThinSmallGap" w:sz="24" w:space="0" w:color="auto"/>
            </w:tcBorders>
          </w:tcPr>
          <w:p w14:paraId="3BADFB39" w14:textId="77777777" w:rsidR="00FA5461" w:rsidRDefault="006B039E" w:rsidP="00FA5461">
            <w:pPr>
              <w:rPr>
                <w:b/>
                <w:sz w:val="22"/>
                <w:szCs w:val="22"/>
              </w:rPr>
            </w:pPr>
            <w:r w:rsidRPr="00BB7B32">
              <w:rPr>
                <w:b/>
                <w:sz w:val="22"/>
                <w:szCs w:val="22"/>
              </w:rPr>
              <w:t>Language Objective(s):</w:t>
            </w:r>
          </w:p>
          <w:p w14:paraId="29EC03ED" w14:textId="1012C8CC" w:rsidR="00315705" w:rsidRPr="00FA5461" w:rsidRDefault="00FA5461" w:rsidP="00FA5461">
            <w:pPr>
              <w:pStyle w:val="ListParagraph"/>
              <w:numPr>
                <w:ilvl w:val="0"/>
                <w:numId w:val="51"/>
              </w:numPr>
              <w:rPr>
                <w:b/>
                <w:sz w:val="22"/>
                <w:szCs w:val="22"/>
              </w:rPr>
            </w:pPr>
            <w:r>
              <w:t>Students will be able to use vocabulary words such as “polite,” “wisdom,” and “trouble” in oral discussion and describe how these words relate to events in the story using sentence frames and teacher-guided conversation.</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6E00A05" w14:textId="77777777" w:rsidR="00FA5461" w:rsidRPr="00FA5461" w:rsidRDefault="00FA5461" w:rsidP="00FA5461">
            <w:pPr>
              <w:pStyle w:val="NormalWeb"/>
              <w:numPr>
                <w:ilvl w:val="0"/>
                <w:numId w:val="51"/>
              </w:numPr>
              <w:rPr>
                <w:sz w:val="22"/>
                <w:szCs w:val="22"/>
              </w:rPr>
            </w:pPr>
            <w:r>
              <w:rPr>
                <w:rStyle w:val="Strong"/>
              </w:rPr>
              <w:t>Function:</w:t>
            </w:r>
            <w:r>
              <w:t xml:space="preserve"> Describing, explaining, connecting text to meaning</w:t>
            </w:r>
          </w:p>
          <w:p w14:paraId="58175866" w14:textId="77777777" w:rsidR="00FA5461" w:rsidRPr="00FA5461" w:rsidRDefault="00FA5461" w:rsidP="00FA5461">
            <w:pPr>
              <w:pStyle w:val="NormalWeb"/>
              <w:numPr>
                <w:ilvl w:val="0"/>
                <w:numId w:val="51"/>
              </w:numPr>
              <w:rPr>
                <w:sz w:val="22"/>
                <w:szCs w:val="22"/>
              </w:rPr>
            </w:pPr>
            <w:r>
              <w:rPr>
                <w:rStyle w:val="Strong"/>
              </w:rPr>
              <w:t>Vocabulary:</w:t>
            </w:r>
            <w:r>
              <w:t xml:space="preserve"> polite, wisdom, trouble, cleared, tearing, failed, assistant, agreed</w:t>
            </w:r>
          </w:p>
          <w:p w14:paraId="0377DB37" w14:textId="7176FD97" w:rsidR="006B039E" w:rsidRPr="006264F7" w:rsidRDefault="00FA5461" w:rsidP="00FA5461">
            <w:pPr>
              <w:pStyle w:val="NormalWeb"/>
              <w:numPr>
                <w:ilvl w:val="0"/>
                <w:numId w:val="51"/>
              </w:numPr>
              <w:rPr>
                <w:sz w:val="22"/>
                <w:szCs w:val="22"/>
              </w:rPr>
            </w:pPr>
            <w:r>
              <w:rPr>
                <w:rStyle w:val="Strong"/>
              </w:rPr>
              <w:t>Syntax/Discourse:</w:t>
            </w:r>
            <w:r>
              <w:t xml:space="preserve"> Sentence frames provided for vocabulary practice (e.g., “The sign helped people because…” / “Norman was feeling ___ when…”)</w:t>
            </w: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14AC90E1" w14:textId="77777777" w:rsidR="00FA5461" w:rsidRDefault="00FA5461" w:rsidP="00FA5461">
            <w:pPr>
              <w:pStyle w:val="ListParagraph"/>
              <w:numPr>
                <w:ilvl w:val="0"/>
                <w:numId w:val="53"/>
              </w:numPr>
              <w:spacing w:before="100" w:beforeAutospacing="1" w:after="100" w:afterAutospacing="1"/>
            </w:pPr>
            <w:r>
              <w:t>Use of vocabulary picture cards with visual cues and context examples</w:t>
            </w:r>
          </w:p>
          <w:p w14:paraId="6D86CC01" w14:textId="77777777" w:rsidR="00FA5461" w:rsidRDefault="00FA5461" w:rsidP="00FA5461">
            <w:pPr>
              <w:pStyle w:val="ListParagraph"/>
              <w:numPr>
                <w:ilvl w:val="0"/>
                <w:numId w:val="53"/>
              </w:numPr>
              <w:spacing w:before="100" w:beforeAutospacing="1" w:after="100" w:afterAutospacing="1"/>
            </w:pPr>
            <w:r>
              <w:t>Think-Pair-Share for struggling students to rehearse before whole-class responses</w:t>
            </w:r>
          </w:p>
          <w:p w14:paraId="60B5B39A" w14:textId="77777777" w:rsidR="00FA5461" w:rsidRDefault="00FA5461" w:rsidP="00FA5461">
            <w:pPr>
              <w:pStyle w:val="ListParagraph"/>
              <w:numPr>
                <w:ilvl w:val="0"/>
                <w:numId w:val="53"/>
              </w:numPr>
              <w:spacing w:before="100" w:beforeAutospacing="1" w:after="100" w:afterAutospacing="1"/>
            </w:pPr>
            <w:r>
              <w:t>Visual anchor charts for spelling rules</w:t>
            </w:r>
          </w:p>
          <w:p w14:paraId="0313B0EC" w14:textId="77777777" w:rsidR="00FA5461" w:rsidRDefault="00FA5461" w:rsidP="00FA5461">
            <w:pPr>
              <w:pStyle w:val="ListParagraph"/>
              <w:numPr>
                <w:ilvl w:val="0"/>
                <w:numId w:val="53"/>
              </w:numPr>
              <w:spacing w:before="100" w:beforeAutospacing="1" w:after="100" w:afterAutospacing="1"/>
            </w:pPr>
            <w:r>
              <w:t>Read-aloud support with stopping points and rereading as needed for comprehension</w:t>
            </w:r>
          </w:p>
          <w:p w14:paraId="71637BB4" w14:textId="77777777" w:rsidR="00FA5461" w:rsidRDefault="00FA5461" w:rsidP="00FA5461">
            <w:pPr>
              <w:pStyle w:val="ListParagraph"/>
              <w:numPr>
                <w:ilvl w:val="0"/>
                <w:numId w:val="53"/>
              </w:numPr>
              <w:spacing w:before="100" w:beforeAutospacing="1" w:after="100" w:afterAutospacing="1"/>
            </w:pPr>
            <w:r>
              <w:t>Sentence frames and vocabulary gestures for ELD and IEP students</w:t>
            </w:r>
          </w:p>
          <w:p w14:paraId="55BACF0A" w14:textId="0A1F649C" w:rsidR="006B039E" w:rsidRPr="00315705" w:rsidRDefault="00FA5461" w:rsidP="00FA5461">
            <w:pPr>
              <w:pStyle w:val="ListParagraph"/>
              <w:numPr>
                <w:ilvl w:val="0"/>
                <w:numId w:val="53"/>
              </w:numPr>
              <w:spacing w:before="100" w:beforeAutospacing="1" w:after="100" w:afterAutospacing="1"/>
            </w:pPr>
            <w:r>
              <w:t>First grade works independently on quiet tasks (reading, drawing, or weekend update writing)</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4A016E69" w14:textId="77777777" w:rsidR="00FA5461" w:rsidRDefault="00FA5461" w:rsidP="00FA5461">
            <w:pPr>
              <w:numPr>
                <w:ilvl w:val="0"/>
                <w:numId w:val="54"/>
              </w:numPr>
              <w:spacing w:before="100" w:beforeAutospacing="1" w:after="100" w:afterAutospacing="1"/>
            </w:pPr>
            <w:r>
              <w:t xml:space="preserve">Begin by introducing the essential question on the board: </w:t>
            </w:r>
            <w:r>
              <w:rPr>
                <w:rStyle w:val="Emphasis"/>
              </w:rPr>
              <w:t>“How are signs helpful?”</w:t>
            </w:r>
            <w:r>
              <w:br/>
              <w:t>Briefly discuss what students already know about signs and their function.</w:t>
            </w:r>
          </w:p>
          <w:p w14:paraId="33F59E44" w14:textId="77777777" w:rsidR="00FA5461" w:rsidRDefault="00FA5461" w:rsidP="00FA5461">
            <w:pPr>
              <w:numPr>
                <w:ilvl w:val="0"/>
                <w:numId w:val="54"/>
              </w:numPr>
              <w:spacing w:before="100" w:beforeAutospacing="1" w:after="100" w:afterAutospacing="1"/>
            </w:pPr>
            <w:r>
              <w:t>Display the vocabulary cards and pictures as you introduce each word:</w:t>
            </w:r>
            <w:r>
              <w:br/>
              <w:t>assistant, agreed, polite, failed, tearing, wisdom, cleared, trouble</w:t>
            </w:r>
            <w:r>
              <w:br/>
              <w:t>For each, read the word, say it together as a class, explain what it means using the context card image, and use it in a sentence. Prompt student examples and quick pair-shares.</w:t>
            </w:r>
          </w:p>
          <w:p w14:paraId="70C574A9" w14:textId="77777777" w:rsidR="00FA5461" w:rsidRDefault="00FA5461" w:rsidP="00FA5461">
            <w:pPr>
              <w:numPr>
                <w:ilvl w:val="0"/>
                <w:numId w:val="54"/>
              </w:numPr>
              <w:spacing w:before="100" w:beforeAutospacing="1" w:after="100" w:afterAutospacing="1"/>
            </w:pPr>
            <w:r>
              <w:t xml:space="preserve">Begin reading </w:t>
            </w:r>
            <w:r>
              <w:rPr>
                <w:rStyle w:val="Emphasis"/>
              </w:rPr>
              <w:t xml:space="preserve">The </w:t>
            </w:r>
            <w:proofErr w:type="spellStart"/>
            <w:r>
              <w:rPr>
                <w:rStyle w:val="Emphasis"/>
              </w:rPr>
              <w:t>Signmaker’s</w:t>
            </w:r>
            <w:proofErr w:type="spellEnd"/>
            <w:r>
              <w:rPr>
                <w:rStyle w:val="Emphasis"/>
              </w:rPr>
              <w:t xml:space="preserve"> Assistant</w:t>
            </w:r>
            <w:r>
              <w:t xml:space="preserve"> aloud. As you read:</w:t>
            </w:r>
          </w:p>
          <w:p w14:paraId="62196F0E" w14:textId="77777777" w:rsidR="00FA5461" w:rsidRDefault="00FA5461" w:rsidP="00FA5461">
            <w:pPr>
              <w:numPr>
                <w:ilvl w:val="1"/>
                <w:numId w:val="54"/>
              </w:numPr>
              <w:spacing w:before="100" w:beforeAutospacing="1" w:after="100" w:afterAutospacing="1"/>
            </w:pPr>
            <w:r>
              <w:t>Stop periodically to discuss vocabulary words when they appear in the story.</w:t>
            </w:r>
          </w:p>
          <w:p w14:paraId="04C64913" w14:textId="77777777" w:rsidR="00FA5461" w:rsidRDefault="00FA5461" w:rsidP="00FA5461">
            <w:pPr>
              <w:numPr>
                <w:ilvl w:val="1"/>
                <w:numId w:val="54"/>
              </w:numPr>
              <w:spacing w:before="100" w:beforeAutospacing="1" w:after="100" w:afterAutospacing="1"/>
            </w:pPr>
            <w:r>
              <w:t>Ask comprehension questions tied to vocabulary meaning (e.g., “What happened when the townspeople followed the silly signs?” “What is a word that describes the trouble caused?”)</w:t>
            </w:r>
          </w:p>
          <w:p w14:paraId="45EE2156" w14:textId="77777777" w:rsidR="00FA5461" w:rsidRDefault="00FA5461" w:rsidP="00FA5461">
            <w:pPr>
              <w:numPr>
                <w:ilvl w:val="1"/>
                <w:numId w:val="54"/>
              </w:numPr>
              <w:spacing w:before="100" w:beforeAutospacing="1" w:after="100" w:afterAutospacing="1"/>
            </w:pPr>
            <w:r>
              <w:t>Revisit the essential question at key points: “Are the signs in the story helpful or not? Why?”</w:t>
            </w:r>
          </w:p>
          <w:p w14:paraId="5B81CC5D" w14:textId="77777777" w:rsidR="00FA5461" w:rsidRDefault="00FA5461" w:rsidP="00FA5461">
            <w:pPr>
              <w:numPr>
                <w:ilvl w:val="0"/>
                <w:numId w:val="54"/>
              </w:numPr>
              <w:spacing w:before="100" w:beforeAutospacing="1" w:after="100" w:afterAutospacing="1"/>
            </w:pPr>
            <w:r>
              <w:t>After reading, discuss Norman’s actions and how he changes throughout the story. Reinforce how vocabulary words help us describe key events and feelings.</w:t>
            </w:r>
          </w:p>
          <w:p w14:paraId="1D89E9BF" w14:textId="1C4ABB28" w:rsidR="00FA5461" w:rsidRDefault="00FA5461" w:rsidP="00FA5461">
            <w:pPr>
              <w:numPr>
                <w:ilvl w:val="0"/>
                <w:numId w:val="54"/>
              </w:numPr>
              <w:spacing w:before="100" w:beforeAutospacing="1" w:after="100" w:afterAutospacing="1"/>
            </w:pPr>
            <w:r>
              <w:t>Transition to spelling introduction. Explain that this week’s spelling words will come from their weekly focus list</w:t>
            </w:r>
            <w:r w:rsidR="009E6CB1">
              <w:t xml:space="preserve"> focusing on the -</w:t>
            </w:r>
            <w:proofErr w:type="spellStart"/>
            <w:r w:rsidR="009E6CB1">
              <w:t>ar</w:t>
            </w:r>
            <w:proofErr w:type="spellEnd"/>
            <w:r w:rsidR="009E6CB1">
              <w:t xml:space="preserve"> rule.</w:t>
            </w:r>
          </w:p>
          <w:p w14:paraId="4ED915AF" w14:textId="77777777" w:rsidR="00FA5461" w:rsidRDefault="00FA5461" w:rsidP="00FA5461">
            <w:pPr>
              <w:numPr>
                <w:ilvl w:val="1"/>
                <w:numId w:val="54"/>
              </w:numPr>
              <w:spacing w:before="100" w:beforeAutospacing="1" w:after="100" w:afterAutospacing="1"/>
            </w:pPr>
            <w:r>
              <w:t>Students copy the spelling list into their notebooks.</w:t>
            </w:r>
          </w:p>
          <w:p w14:paraId="311FF6B5" w14:textId="40949A5E" w:rsidR="00DE1BF7" w:rsidRPr="00315705" w:rsidRDefault="00FA5461" w:rsidP="00FA5461">
            <w:pPr>
              <w:numPr>
                <w:ilvl w:val="1"/>
                <w:numId w:val="54"/>
              </w:numPr>
              <w:spacing w:before="100" w:beforeAutospacing="1" w:after="100" w:afterAutospacing="1"/>
            </w:pPr>
            <w:r>
              <w:t>Include any spelling patterns or rules (e.g., “-ed” endings, long vowel patterns) and write them on the board for students to copy underneath their list.</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C79E700" w14:textId="77777777" w:rsidR="00FA5461" w:rsidRDefault="00FA5461" w:rsidP="00FA5461">
            <w:pPr>
              <w:spacing w:before="100" w:beforeAutospacing="1" w:after="100" w:afterAutospacing="1"/>
            </w:pPr>
            <w:r>
              <w:rPr>
                <w:rStyle w:val="Strong"/>
              </w:rPr>
              <w:t>Formative Assessment:</w:t>
            </w:r>
          </w:p>
          <w:p w14:paraId="5B9FA9F0" w14:textId="77777777" w:rsidR="00FA5461" w:rsidRDefault="00FA5461" w:rsidP="00FA5461">
            <w:pPr>
              <w:numPr>
                <w:ilvl w:val="0"/>
                <w:numId w:val="55"/>
              </w:numPr>
              <w:spacing w:before="100" w:beforeAutospacing="1" w:after="100" w:afterAutospacing="1"/>
            </w:pPr>
            <w:r>
              <w:t>Monitor students’ participation during vocabulary discussion and story read-aloud.</w:t>
            </w:r>
          </w:p>
          <w:p w14:paraId="17474C35" w14:textId="77777777" w:rsidR="00FA5461" w:rsidRDefault="00FA5461" w:rsidP="00FA5461">
            <w:pPr>
              <w:numPr>
                <w:ilvl w:val="0"/>
                <w:numId w:val="55"/>
              </w:numPr>
              <w:spacing w:before="100" w:beforeAutospacing="1" w:after="100" w:afterAutospacing="1"/>
            </w:pPr>
            <w:r>
              <w:t>Use cold calls or Think-Pair-Share to assess understanding of vocabulary in context.</w:t>
            </w:r>
          </w:p>
          <w:p w14:paraId="254355F0" w14:textId="77777777" w:rsidR="00FA5461" w:rsidRDefault="00FA5461" w:rsidP="00FA5461">
            <w:pPr>
              <w:numPr>
                <w:ilvl w:val="0"/>
                <w:numId w:val="55"/>
              </w:numPr>
              <w:spacing w:before="100" w:beforeAutospacing="1" w:after="100" w:afterAutospacing="1"/>
            </w:pPr>
            <w:r>
              <w:t>Observe and check notebooks to confirm correct spelling word copying and spelling rule notes.</w:t>
            </w:r>
          </w:p>
          <w:p w14:paraId="23449302" w14:textId="77777777" w:rsidR="00FA5461" w:rsidRDefault="00FA5461" w:rsidP="00FA5461">
            <w:pPr>
              <w:spacing w:before="100" w:beforeAutospacing="1" w:after="100" w:afterAutospacing="1"/>
            </w:pPr>
            <w:r>
              <w:rPr>
                <w:rStyle w:val="Strong"/>
              </w:rPr>
              <w:t>Summative (Informal):</w:t>
            </w:r>
          </w:p>
          <w:p w14:paraId="18C87DC2" w14:textId="4F8090DE" w:rsidR="00FA5461" w:rsidRDefault="00FA5461" w:rsidP="00FA5461">
            <w:pPr>
              <w:numPr>
                <w:ilvl w:val="0"/>
                <w:numId w:val="56"/>
              </w:numPr>
              <w:spacing w:before="100" w:beforeAutospacing="1" w:after="100" w:afterAutospacing="1"/>
            </w:pPr>
            <w:r>
              <w:t>Student notebook spelling lists, and any vocabulary-related responses or examples shared during reading.</w:t>
            </w:r>
          </w:p>
          <w:p w14:paraId="0FCC8B2C" w14:textId="210FD238" w:rsidR="00A8077B" w:rsidRPr="00315705" w:rsidRDefault="00FA5461" w:rsidP="00FA5461">
            <w:pPr>
              <w:numPr>
                <w:ilvl w:val="0"/>
                <w:numId w:val="56"/>
              </w:numPr>
              <w:spacing w:before="100" w:beforeAutospacing="1" w:after="100" w:afterAutospacing="1"/>
            </w:pPr>
            <w:r>
              <w:t>Teacher observation of students’ ability to describe story events using vocabulary.</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3DB7B278" w14:textId="77777777" w:rsidR="00FA5461" w:rsidRDefault="00FA5461" w:rsidP="00FA5461">
            <w:pPr>
              <w:numPr>
                <w:ilvl w:val="0"/>
                <w:numId w:val="57"/>
              </w:numPr>
              <w:spacing w:before="100" w:beforeAutospacing="1" w:after="100" w:afterAutospacing="1"/>
            </w:pPr>
            <w:r>
              <w:t>Recap the vocabulary words from today. Ask: “Which word best describes how Norman felt at the end?” or “Which word describes what happened when signs were silly?”</w:t>
            </w:r>
          </w:p>
          <w:p w14:paraId="4B466DF9" w14:textId="77777777" w:rsidR="00FA5461" w:rsidRDefault="00FA5461" w:rsidP="00FA5461">
            <w:pPr>
              <w:numPr>
                <w:ilvl w:val="0"/>
                <w:numId w:val="57"/>
              </w:numPr>
              <w:spacing w:before="100" w:beforeAutospacing="1" w:after="100" w:afterAutospacing="1"/>
            </w:pPr>
            <w:r>
              <w:t>Revisit essential question: “How can signs help people? How can they cause trouble?”</w:t>
            </w:r>
          </w:p>
          <w:p w14:paraId="6D468A2A" w14:textId="170346E3" w:rsidR="00D520CC" w:rsidRPr="00315705" w:rsidRDefault="00FA5461" w:rsidP="00FA5461">
            <w:pPr>
              <w:numPr>
                <w:ilvl w:val="0"/>
                <w:numId w:val="57"/>
              </w:numPr>
              <w:spacing w:before="100" w:beforeAutospacing="1" w:after="100" w:afterAutospacing="1"/>
            </w:pPr>
            <w:r>
              <w:t>Let students know they’ll continue working with these vocabulary and spelling words during centers and small group time.</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5917621D" w14:textId="77777777" w:rsidR="005273CA" w:rsidRPr="00ED518D" w:rsidRDefault="00D520CC" w:rsidP="005273CA">
            <w:pPr>
              <w:pStyle w:val="ListParagraph"/>
              <w:numPr>
                <w:ilvl w:val="0"/>
                <w:numId w:val="58"/>
              </w:numPr>
              <w:rPr>
                <w:rFonts w:eastAsiaTheme="minorHAnsi"/>
                <w:color w:val="000000"/>
                <w:sz w:val="22"/>
                <w:szCs w:val="22"/>
              </w:rPr>
            </w:pPr>
            <w:r w:rsidRPr="00ED518D">
              <w:rPr>
                <w:rFonts w:eastAsiaTheme="minorHAnsi"/>
                <w:color w:val="000000"/>
                <w:sz w:val="22"/>
                <w:szCs w:val="22"/>
              </w:rPr>
              <w:t>What was most effective about this lesson? What evidence do you have to support your response in terms of content understanding and in classroom management?</w:t>
            </w:r>
          </w:p>
          <w:p w14:paraId="5436FCA1" w14:textId="77777777" w:rsidR="005273CA" w:rsidRPr="00ED518D" w:rsidRDefault="005273CA" w:rsidP="005273CA">
            <w:pPr>
              <w:pStyle w:val="ListParagraph"/>
              <w:rPr>
                <w:rFonts w:eastAsiaTheme="minorHAnsi"/>
                <w:color w:val="000000"/>
                <w:sz w:val="22"/>
                <w:szCs w:val="22"/>
              </w:rPr>
            </w:pPr>
          </w:p>
          <w:p w14:paraId="013CC028" w14:textId="711BD7E9" w:rsidR="005273CA" w:rsidRPr="00ED518D" w:rsidRDefault="005273CA" w:rsidP="005273CA">
            <w:pPr>
              <w:pStyle w:val="ListParagraph"/>
              <w:rPr>
                <w:sz w:val="22"/>
                <w:szCs w:val="22"/>
              </w:rPr>
            </w:pPr>
            <w:r w:rsidRPr="00ED518D">
              <w:rPr>
                <w:sz w:val="22"/>
                <w:szCs w:val="22"/>
              </w:rPr>
              <w:t>The use of vocabulary visuals and sentence frames was super effective. Students remembered and used words like “trouble” and “wisdom” during the read-aloud discussion. Many connected the vocabulary to Norman’s actions and how the signs caused confusion in the story.</w:t>
            </w:r>
          </w:p>
          <w:p w14:paraId="326B78B4" w14:textId="77777777" w:rsidR="005273CA" w:rsidRPr="00ED518D" w:rsidRDefault="005273CA" w:rsidP="005273CA">
            <w:pPr>
              <w:pStyle w:val="ListParagraph"/>
              <w:rPr>
                <w:rFonts w:eastAsiaTheme="minorHAnsi"/>
                <w:color w:val="000000"/>
                <w:sz w:val="22"/>
                <w:szCs w:val="22"/>
              </w:rPr>
            </w:pPr>
          </w:p>
          <w:p w14:paraId="4F8BD9EB" w14:textId="77777777" w:rsidR="005273CA" w:rsidRPr="00ED518D" w:rsidRDefault="00D520CC" w:rsidP="005273CA">
            <w:pPr>
              <w:pStyle w:val="ListParagraph"/>
              <w:numPr>
                <w:ilvl w:val="0"/>
                <w:numId w:val="58"/>
              </w:numPr>
              <w:rPr>
                <w:rFonts w:eastAsiaTheme="minorHAnsi"/>
                <w:color w:val="000000"/>
                <w:sz w:val="22"/>
                <w:szCs w:val="22"/>
              </w:rPr>
            </w:pPr>
            <w:r w:rsidRPr="00ED518D">
              <w:rPr>
                <w:rFonts w:eastAsiaTheme="minorHAnsi"/>
                <w:color w:val="000000"/>
                <w:sz w:val="22"/>
                <w:szCs w:val="22"/>
              </w:rPr>
              <w:lastRenderedPageBreak/>
              <w:t>If you were going to teach this lesson again to the same group of students, what changes would you make to address students content understanding? Consider both the whole class learning and the individual student needs as identified in the student learning profile</w:t>
            </w:r>
            <w:r w:rsidR="005273CA" w:rsidRPr="00ED518D">
              <w:rPr>
                <w:rFonts w:eastAsiaTheme="minorHAnsi"/>
                <w:color w:val="000000"/>
                <w:sz w:val="22"/>
                <w:szCs w:val="22"/>
              </w:rPr>
              <w:t>.</w:t>
            </w:r>
          </w:p>
          <w:p w14:paraId="5CBEE877" w14:textId="77777777" w:rsidR="005273CA" w:rsidRPr="00ED518D" w:rsidRDefault="005273CA" w:rsidP="005273CA">
            <w:pPr>
              <w:pStyle w:val="ListParagraph"/>
              <w:rPr>
                <w:rFonts w:eastAsiaTheme="minorHAnsi"/>
                <w:color w:val="000000"/>
                <w:sz w:val="22"/>
                <w:szCs w:val="22"/>
              </w:rPr>
            </w:pPr>
          </w:p>
          <w:p w14:paraId="6CB79770" w14:textId="1527DF49" w:rsidR="005273CA" w:rsidRPr="00ED518D" w:rsidRDefault="005273CA" w:rsidP="005273CA">
            <w:pPr>
              <w:pStyle w:val="ListParagraph"/>
              <w:rPr>
                <w:sz w:val="22"/>
                <w:szCs w:val="22"/>
              </w:rPr>
            </w:pPr>
            <w:r w:rsidRPr="00ED518D">
              <w:rPr>
                <w:rFonts w:eastAsiaTheme="minorHAnsi"/>
                <w:color w:val="000000"/>
                <w:sz w:val="22"/>
                <w:szCs w:val="22"/>
              </w:rPr>
              <w:t>I</w:t>
            </w:r>
            <w:r w:rsidRPr="00ED518D">
              <w:rPr>
                <w:sz w:val="22"/>
                <w:szCs w:val="22"/>
              </w:rPr>
              <w:t xml:space="preserve"> would shorten the time between stopping points during the story. A few students got antsy if we went too long without engaging them. Also, next time I’ll have them act out some of the vocabulary, like pretending to be “polite” or “clearing” something, to make it more interactive.</w:t>
            </w:r>
          </w:p>
          <w:p w14:paraId="51EAC48A" w14:textId="77777777" w:rsidR="005273CA" w:rsidRPr="00ED518D" w:rsidRDefault="005273CA" w:rsidP="005273CA">
            <w:pPr>
              <w:pStyle w:val="ListParagraph"/>
              <w:rPr>
                <w:rFonts w:eastAsiaTheme="minorHAnsi"/>
                <w:color w:val="000000"/>
                <w:sz w:val="22"/>
                <w:szCs w:val="22"/>
              </w:rPr>
            </w:pPr>
          </w:p>
          <w:p w14:paraId="0BA388D0" w14:textId="77777777" w:rsidR="005273CA" w:rsidRPr="00ED518D" w:rsidRDefault="00D520CC" w:rsidP="005273CA">
            <w:pPr>
              <w:pStyle w:val="ListParagraph"/>
              <w:numPr>
                <w:ilvl w:val="0"/>
                <w:numId w:val="58"/>
              </w:numPr>
              <w:rPr>
                <w:rFonts w:eastAsiaTheme="minorHAnsi"/>
                <w:color w:val="000000"/>
                <w:sz w:val="22"/>
                <w:szCs w:val="22"/>
              </w:rPr>
            </w:pPr>
            <w:r w:rsidRPr="00ED518D">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52F1C74C" w14:textId="77777777" w:rsidR="005273CA" w:rsidRPr="00ED518D" w:rsidRDefault="005273CA" w:rsidP="005273CA">
            <w:pPr>
              <w:pStyle w:val="ListParagraph"/>
              <w:rPr>
                <w:rFonts w:eastAsiaTheme="minorHAnsi"/>
                <w:color w:val="000000"/>
                <w:sz w:val="22"/>
                <w:szCs w:val="22"/>
              </w:rPr>
            </w:pPr>
          </w:p>
          <w:p w14:paraId="64171D59" w14:textId="1BC440AC" w:rsidR="005273CA" w:rsidRPr="00ED518D" w:rsidRDefault="005273CA" w:rsidP="005273CA">
            <w:pPr>
              <w:pStyle w:val="ListParagraph"/>
              <w:rPr>
                <w:sz w:val="22"/>
                <w:szCs w:val="22"/>
              </w:rPr>
            </w:pPr>
            <w:r w:rsidRPr="00ED518D">
              <w:rPr>
                <w:sz w:val="22"/>
                <w:szCs w:val="22"/>
              </w:rPr>
              <w:t>Students were focused during partner sharing, and the sentence frames helped them give stronger answers. When I asked questions like “Why did the silly signs cause trouble?” they were able to explain using story events and new vocabulary. The structure helped ELD and RTI kids participate more.</w:t>
            </w:r>
          </w:p>
          <w:p w14:paraId="2569CD90" w14:textId="77777777" w:rsidR="005273CA" w:rsidRPr="00ED518D" w:rsidRDefault="005273CA" w:rsidP="005273CA">
            <w:pPr>
              <w:pStyle w:val="ListParagraph"/>
              <w:rPr>
                <w:rFonts w:eastAsiaTheme="minorHAnsi"/>
                <w:color w:val="000000"/>
                <w:sz w:val="22"/>
                <w:szCs w:val="22"/>
              </w:rPr>
            </w:pPr>
          </w:p>
          <w:p w14:paraId="62B7C8F8" w14:textId="77777777" w:rsidR="005273CA" w:rsidRPr="00ED518D" w:rsidRDefault="00DE1BF7" w:rsidP="005273CA">
            <w:pPr>
              <w:pStyle w:val="ListParagraph"/>
              <w:numPr>
                <w:ilvl w:val="0"/>
                <w:numId w:val="58"/>
              </w:numPr>
              <w:rPr>
                <w:sz w:val="22"/>
                <w:szCs w:val="22"/>
              </w:rPr>
            </w:pPr>
            <w:r w:rsidRPr="00ED518D">
              <w:rPr>
                <w:sz w:val="22"/>
                <w:szCs w:val="22"/>
              </w:rPr>
              <w:t xml:space="preserve">Based on your responses above (#1-3), how would formal/informal assessment data from the lesson inform the changes you would make in the next lesson in this series?  </w:t>
            </w:r>
          </w:p>
          <w:p w14:paraId="535FAEDF" w14:textId="77777777" w:rsidR="005273CA" w:rsidRPr="00ED518D" w:rsidRDefault="005273CA" w:rsidP="005273CA">
            <w:pPr>
              <w:pStyle w:val="ListParagraph"/>
              <w:rPr>
                <w:sz w:val="22"/>
                <w:szCs w:val="22"/>
              </w:rPr>
            </w:pPr>
          </w:p>
          <w:p w14:paraId="47A66C77" w14:textId="018A18D5" w:rsidR="005273CA" w:rsidRPr="00ED518D" w:rsidRDefault="005273CA" w:rsidP="005273CA">
            <w:pPr>
              <w:pStyle w:val="ListParagraph"/>
              <w:rPr>
                <w:sz w:val="22"/>
                <w:szCs w:val="22"/>
              </w:rPr>
            </w:pPr>
            <w:r w:rsidRPr="00ED518D">
              <w:rPr>
                <w:sz w:val="22"/>
                <w:szCs w:val="22"/>
              </w:rPr>
              <w:t>Students understood the vocabulary, but some needed more help copying spelling rules correctly. I’ll give an example notebook page next time and pre-write rules for those who need handwriting support.</w:t>
            </w:r>
          </w:p>
          <w:p w14:paraId="0C6BE9C3" w14:textId="3FA5B6B9" w:rsidR="005273CA" w:rsidRPr="005273CA" w:rsidRDefault="005273CA" w:rsidP="005273CA">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22C23057"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B52F40">
              <w:rPr>
                <w:sz w:val="22"/>
                <w:szCs w:val="22"/>
              </w:rPr>
              <w:t>4</w:t>
            </w:r>
            <w:r>
              <w:rPr>
                <w:sz w:val="22"/>
                <w:szCs w:val="22"/>
              </w:rPr>
              <w:t>/</w:t>
            </w:r>
            <w:r w:rsidR="00B52F40">
              <w:rPr>
                <w:sz w:val="22"/>
                <w:szCs w:val="22"/>
              </w:rPr>
              <w:t>14</w:t>
            </w:r>
            <w:r>
              <w:rPr>
                <w:sz w:val="22"/>
                <w:szCs w:val="22"/>
              </w:rPr>
              <w:t>/</w:t>
            </w:r>
            <w:r w:rsidR="00B52F40">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42DA1131" w14:textId="1009221E" w:rsidR="000B1FA5" w:rsidRDefault="00B2786C" w:rsidP="00012E18">
            <w:pPr>
              <w:jc w:val="center"/>
              <w:rPr>
                <w:sz w:val="22"/>
                <w:szCs w:val="22"/>
              </w:rPr>
            </w:pPr>
            <w:r>
              <w:rPr>
                <w:sz w:val="22"/>
                <w:szCs w:val="22"/>
              </w:rPr>
              <w:t>1st</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6077E965" w:rsidR="00A65332" w:rsidRPr="00315705" w:rsidRDefault="000B1FA5" w:rsidP="00315705">
            <w:pPr>
              <w:jc w:val="center"/>
              <w:rPr>
                <w:sz w:val="22"/>
                <w:szCs w:val="22"/>
              </w:rPr>
            </w:pPr>
            <w:r>
              <w:rPr>
                <w:sz w:val="22"/>
                <w:szCs w:val="22"/>
              </w:rPr>
              <w:t>ELA – Reading Comprehension, Spelling Practice, and Vocabulary</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A76BCF8" w14:textId="157CDFDC" w:rsidR="004F02CD" w:rsidRDefault="00144D50" w:rsidP="004F02CD">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7D784CE5" w14:textId="77777777" w:rsidR="0084477F" w:rsidRPr="0084477F" w:rsidRDefault="0084477F" w:rsidP="0084477F">
            <w:pPr>
              <w:pStyle w:val="ListParagraph"/>
              <w:numPr>
                <w:ilvl w:val="0"/>
                <w:numId w:val="52"/>
              </w:numPr>
              <w:spacing w:before="100" w:beforeAutospacing="1" w:after="100" w:afterAutospacing="1"/>
              <w:rPr>
                <w:rStyle w:val="Emphasis"/>
                <w:i w:val="0"/>
                <w:iCs w:val="0"/>
              </w:rPr>
            </w:pPr>
            <w:r>
              <w:rPr>
                <w:rStyle w:val="Strong"/>
              </w:rPr>
              <w:t>RL.1.3</w:t>
            </w:r>
            <w:r>
              <w:t xml:space="preserve"> – </w:t>
            </w:r>
            <w:r>
              <w:rPr>
                <w:rStyle w:val="Emphasis"/>
              </w:rPr>
              <w:t>Describe characters, settings, and major events in a story, using key details.</w:t>
            </w:r>
          </w:p>
          <w:p w14:paraId="443DB015" w14:textId="77777777" w:rsidR="0084477F" w:rsidRPr="0084477F" w:rsidRDefault="0084477F" w:rsidP="0084477F">
            <w:pPr>
              <w:pStyle w:val="ListParagraph"/>
              <w:numPr>
                <w:ilvl w:val="0"/>
                <w:numId w:val="52"/>
              </w:numPr>
              <w:spacing w:before="100" w:beforeAutospacing="1" w:after="100" w:afterAutospacing="1"/>
              <w:rPr>
                <w:rStyle w:val="Emphasis"/>
                <w:i w:val="0"/>
                <w:iCs w:val="0"/>
              </w:rPr>
            </w:pPr>
            <w:r>
              <w:rPr>
                <w:rStyle w:val="Strong"/>
              </w:rPr>
              <w:t>RF.1.3</w:t>
            </w:r>
            <w:r>
              <w:t xml:space="preserve"> – </w:t>
            </w:r>
            <w:r>
              <w:rPr>
                <w:rStyle w:val="Emphasis"/>
              </w:rPr>
              <w:t>Know and apply grade-level phonics and word analysis skills in decoding words.</w:t>
            </w:r>
          </w:p>
          <w:p w14:paraId="325055E7" w14:textId="42F4CBDD" w:rsidR="004F02CD" w:rsidRPr="0084477F" w:rsidRDefault="0084477F" w:rsidP="0084477F">
            <w:pPr>
              <w:pStyle w:val="ListParagraph"/>
              <w:numPr>
                <w:ilvl w:val="0"/>
                <w:numId w:val="52"/>
              </w:numPr>
              <w:spacing w:before="100" w:beforeAutospacing="1" w:after="100" w:afterAutospacing="1"/>
            </w:pPr>
            <w:r>
              <w:rPr>
                <w:rStyle w:val="Strong"/>
              </w:rPr>
              <w:t>L.1.2</w:t>
            </w:r>
            <w:r>
              <w:t xml:space="preserve"> – </w:t>
            </w:r>
            <w:r>
              <w:rPr>
                <w:rStyle w:val="Emphasis"/>
              </w:rPr>
              <w:t>Demonstrate command of the conventions of standard English capitalization, punctuation, and spelling when writing.</w:t>
            </w:r>
          </w:p>
          <w:p w14:paraId="6AF4F294" w14:textId="5F81D5C5" w:rsidR="00315705" w:rsidRPr="000B1FA5" w:rsidRDefault="00315705" w:rsidP="000B1FA5">
            <w:pPr>
              <w:spacing w:before="100" w:beforeAutospacing="1" w:after="100" w:afterAutospacing="1"/>
            </w:pPr>
          </w:p>
        </w:tc>
        <w:tc>
          <w:tcPr>
            <w:tcW w:w="5400" w:type="dxa"/>
            <w:tcBorders>
              <w:top w:val="thickThinSmallGap" w:sz="24" w:space="0" w:color="auto"/>
              <w:left w:val="thickThinSmallGap" w:sz="24" w:space="0" w:color="auto"/>
              <w:right w:val="thickThinSmallGap" w:sz="24" w:space="0" w:color="auto"/>
            </w:tcBorders>
          </w:tcPr>
          <w:p w14:paraId="626F6F65" w14:textId="61D0FC59" w:rsidR="004F02CD" w:rsidRPr="004F02CD" w:rsidRDefault="00144D50" w:rsidP="004F02CD">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1BE721FA" w14:textId="77777777" w:rsidR="0084477F" w:rsidRPr="0084477F" w:rsidRDefault="0084477F" w:rsidP="0084477F">
            <w:pPr>
              <w:pStyle w:val="ListParagraph"/>
              <w:numPr>
                <w:ilvl w:val="0"/>
                <w:numId w:val="53"/>
              </w:numPr>
              <w:spacing w:before="100" w:beforeAutospacing="1" w:after="100" w:afterAutospacing="1"/>
              <w:rPr>
                <w:rStyle w:val="Emphasis"/>
                <w:i w:val="0"/>
                <w:iCs w:val="0"/>
              </w:rPr>
            </w:pPr>
            <w:r>
              <w:rPr>
                <w:rStyle w:val="Strong"/>
              </w:rPr>
              <w:t>ELD.PI.1.1</w:t>
            </w:r>
            <w:r>
              <w:t xml:space="preserve"> – </w:t>
            </w:r>
            <w:r>
              <w:rPr>
                <w:rStyle w:val="Emphasis"/>
              </w:rPr>
              <w:t>Exchanging information and ideas with others through oral collaborative conversations on a range of social and academic topics.</w:t>
            </w:r>
          </w:p>
          <w:p w14:paraId="487E8F80" w14:textId="77777777" w:rsidR="0084477F" w:rsidRPr="0084477F" w:rsidRDefault="0084477F" w:rsidP="0084477F">
            <w:pPr>
              <w:pStyle w:val="ListParagraph"/>
              <w:numPr>
                <w:ilvl w:val="0"/>
                <w:numId w:val="53"/>
              </w:numPr>
              <w:spacing w:before="100" w:beforeAutospacing="1" w:after="100" w:afterAutospacing="1"/>
              <w:rPr>
                <w:rStyle w:val="Emphasis"/>
                <w:i w:val="0"/>
                <w:iCs w:val="0"/>
              </w:rPr>
            </w:pPr>
            <w:r>
              <w:rPr>
                <w:rStyle w:val="Strong"/>
              </w:rPr>
              <w:t>ELD.PI.1.6</w:t>
            </w:r>
            <w:r>
              <w:t xml:space="preserve"> – </w:t>
            </w:r>
            <w:r>
              <w:rPr>
                <w:rStyle w:val="Emphasis"/>
              </w:rPr>
              <w:t>Reading closely literary and informational texts and viewing multimedia to determine how meaning is conveyed explicitly and implicitly through language.</w:t>
            </w:r>
          </w:p>
          <w:p w14:paraId="25F9C6BB" w14:textId="054F2657" w:rsidR="0084477F" w:rsidRDefault="0084477F" w:rsidP="0084477F">
            <w:pPr>
              <w:pStyle w:val="ListParagraph"/>
              <w:numPr>
                <w:ilvl w:val="0"/>
                <w:numId w:val="53"/>
              </w:numPr>
              <w:spacing w:before="100" w:beforeAutospacing="1" w:after="100" w:afterAutospacing="1"/>
            </w:pPr>
            <w:r>
              <w:rPr>
                <w:rStyle w:val="Strong"/>
              </w:rPr>
              <w:t>ELD.PI.1.12a</w:t>
            </w:r>
            <w:r>
              <w:t xml:space="preserve"> – </w:t>
            </w:r>
            <w:r>
              <w:rPr>
                <w:rStyle w:val="Emphasis"/>
              </w:rPr>
              <w:t>Participating in shared research and writing projects using a variety of literary and informational texts.</w:t>
            </w:r>
          </w:p>
          <w:p w14:paraId="520B1439" w14:textId="4EFC3D55" w:rsidR="00315705" w:rsidRPr="000B1FA5" w:rsidRDefault="00315705" w:rsidP="000B1FA5">
            <w:pPr>
              <w:spacing w:before="100" w:beforeAutospacing="1" w:after="100" w:afterAutospacing="1"/>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4817A6FE" w14:textId="77777777" w:rsidR="00315705" w:rsidRDefault="006B039E" w:rsidP="00315705">
            <w:pPr>
              <w:keepNext/>
              <w:outlineLvl w:val="0"/>
              <w:rPr>
                <w:rFonts w:eastAsia="Times"/>
                <w:b/>
                <w:bCs/>
                <w:sz w:val="22"/>
                <w:szCs w:val="22"/>
              </w:rPr>
            </w:pPr>
            <w:r w:rsidRPr="006C76A0">
              <w:rPr>
                <w:rFonts w:eastAsia="Times"/>
                <w:b/>
                <w:bCs/>
                <w:sz w:val="22"/>
                <w:szCs w:val="22"/>
              </w:rPr>
              <w:t xml:space="preserve">Lesson Objective(s)/Goal(s): </w:t>
            </w:r>
          </w:p>
          <w:p w14:paraId="07C19E8C" w14:textId="24CFB421" w:rsidR="00315705" w:rsidRPr="000B1FA5" w:rsidRDefault="000B1FA5" w:rsidP="000B1FA5">
            <w:pPr>
              <w:pStyle w:val="ListParagraph"/>
              <w:keepNext/>
              <w:numPr>
                <w:ilvl w:val="0"/>
                <w:numId w:val="48"/>
              </w:numPr>
              <w:outlineLvl w:val="0"/>
              <w:rPr>
                <w:rFonts w:eastAsia="Times"/>
                <w:sz w:val="22"/>
                <w:szCs w:val="22"/>
              </w:rPr>
            </w:pPr>
            <w:r w:rsidRPr="000B1FA5">
              <w:rPr>
                <w:rFonts w:eastAsia="Times"/>
                <w:sz w:val="22"/>
                <w:szCs w:val="22"/>
              </w:rPr>
              <w:t>By the end of the lesson, g</w:t>
            </w:r>
            <w:r>
              <w:t xml:space="preserve">iven a whole-group read-aloud of </w:t>
            </w:r>
            <w:r>
              <w:rPr>
                <w:rStyle w:val="Emphasis"/>
              </w:rPr>
              <w:t>Tomás Rivera</w:t>
            </w:r>
            <w:r>
              <w:t>, students will be able to identify and use the story’s key vocabulary, make text-based connections to the essential question, and write their weekly spelling words and rule notes into their notebooks with 80% accuracy.</w:t>
            </w:r>
          </w:p>
        </w:tc>
        <w:tc>
          <w:tcPr>
            <w:tcW w:w="5400" w:type="dxa"/>
            <w:tcBorders>
              <w:top w:val="thickThinSmallGap" w:sz="24" w:space="0" w:color="auto"/>
              <w:left w:val="thickThinSmallGap" w:sz="24" w:space="0" w:color="auto"/>
              <w:right w:val="thickThinSmallGap" w:sz="24" w:space="0" w:color="auto"/>
            </w:tcBorders>
          </w:tcPr>
          <w:p w14:paraId="1038838C" w14:textId="77777777" w:rsidR="000B1FA5" w:rsidRDefault="006B039E" w:rsidP="000B1FA5">
            <w:pPr>
              <w:rPr>
                <w:b/>
                <w:sz w:val="22"/>
                <w:szCs w:val="22"/>
              </w:rPr>
            </w:pPr>
            <w:r w:rsidRPr="00BB7B32">
              <w:rPr>
                <w:b/>
                <w:sz w:val="22"/>
                <w:szCs w:val="22"/>
              </w:rPr>
              <w:t>Language Objective(s):</w:t>
            </w:r>
          </w:p>
          <w:p w14:paraId="08ECAB15" w14:textId="17C23358" w:rsidR="000B1FA5" w:rsidRPr="000B1FA5" w:rsidRDefault="000B1FA5" w:rsidP="000B1FA5">
            <w:pPr>
              <w:pStyle w:val="ListParagraph"/>
              <w:numPr>
                <w:ilvl w:val="0"/>
                <w:numId w:val="48"/>
              </w:numPr>
              <w:rPr>
                <w:b/>
                <w:sz w:val="22"/>
                <w:szCs w:val="22"/>
              </w:rPr>
            </w:pPr>
            <w:r>
              <w:t>Students will be able to use vocabulary words such as “work,” “done,” “laugh,” and “talk” in oral and written responses that describe the story and character actions using visuals, modeled sentences, and peer discussion.</w:t>
            </w:r>
          </w:p>
          <w:p w14:paraId="29EC03ED" w14:textId="1D8E58BB" w:rsidR="00315705" w:rsidRPr="000B1FA5" w:rsidRDefault="00315705" w:rsidP="000B1FA5">
            <w:pPr>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47C972B5" w14:textId="77777777" w:rsidR="000B1FA5" w:rsidRPr="000B1FA5" w:rsidRDefault="000B1FA5" w:rsidP="000B1FA5">
            <w:pPr>
              <w:pStyle w:val="NormalWeb"/>
              <w:numPr>
                <w:ilvl w:val="0"/>
                <w:numId w:val="48"/>
              </w:numPr>
              <w:rPr>
                <w:sz w:val="22"/>
                <w:szCs w:val="22"/>
              </w:rPr>
            </w:pPr>
            <w:r>
              <w:rPr>
                <w:rStyle w:val="Strong"/>
              </w:rPr>
              <w:t>Function:</w:t>
            </w:r>
            <w:r>
              <w:t xml:space="preserve"> Recounting, describing, clarifying meaning</w:t>
            </w:r>
          </w:p>
          <w:p w14:paraId="0BFEB234" w14:textId="77777777" w:rsidR="000B1FA5" w:rsidRPr="000B1FA5" w:rsidRDefault="000B1FA5" w:rsidP="000B1FA5">
            <w:pPr>
              <w:pStyle w:val="NormalWeb"/>
              <w:numPr>
                <w:ilvl w:val="0"/>
                <w:numId w:val="48"/>
              </w:numPr>
              <w:rPr>
                <w:sz w:val="22"/>
                <w:szCs w:val="22"/>
              </w:rPr>
            </w:pPr>
            <w:r>
              <w:rPr>
                <w:rStyle w:val="Strong"/>
              </w:rPr>
              <w:t>Vocabulary:</w:t>
            </w:r>
            <w:r>
              <w:t xml:space="preserve"> work, talk, done, soon, laugh, were, paper, great</w:t>
            </w:r>
          </w:p>
          <w:p w14:paraId="0377DB37" w14:textId="020EC741" w:rsidR="006B039E" w:rsidRPr="006264F7" w:rsidRDefault="000B1FA5" w:rsidP="000B1FA5">
            <w:pPr>
              <w:pStyle w:val="NormalWeb"/>
              <w:numPr>
                <w:ilvl w:val="0"/>
                <w:numId w:val="48"/>
              </w:numPr>
              <w:rPr>
                <w:sz w:val="22"/>
                <w:szCs w:val="22"/>
              </w:rPr>
            </w:pPr>
            <w:r>
              <w:rPr>
                <w:rStyle w:val="Strong"/>
              </w:rPr>
              <w:t>Syntax/Discourse:</w:t>
            </w:r>
            <w:r>
              <w:t xml:space="preserve"> Practice using time-order sentence frames (“First… then… next…”) and cause/effect frames (“Tomás was happy because…” / “Tomás told his stories on ___.”)</w:t>
            </w: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3ADFE93B" w14:textId="3FF5A754" w:rsidR="000B1FA5" w:rsidRDefault="000B1FA5" w:rsidP="000B1FA5">
            <w:pPr>
              <w:spacing w:before="100" w:beforeAutospacing="1" w:after="100" w:afterAutospacing="1"/>
            </w:pPr>
            <w:r>
              <w:rPr>
                <w:rFonts w:hAnsi="Symbol"/>
              </w:rPr>
              <w:t></w:t>
            </w:r>
            <w:r>
              <w:t xml:space="preserve"> Vocabulary word cards with visuals and modeled examples</w:t>
            </w:r>
          </w:p>
          <w:p w14:paraId="3B0348B6" w14:textId="06831C99" w:rsidR="000B1FA5" w:rsidRDefault="000B1FA5" w:rsidP="000B1FA5">
            <w:pPr>
              <w:spacing w:before="100" w:beforeAutospacing="1" w:after="100" w:afterAutospacing="1"/>
            </w:pPr>
            <w:r>
              <w:rPr>
                <w:rFonts w:hAnsi="Symbol"/>
              </w:rPr>
              <w:t></w:t>
            </w:r>
            <w:r>
              <w:t xml:space="preserve"> Think-pair-share after new words introduced</w:t>
            </w:r>
          </w:p>
          <w:p w14:paraId="08094483" w14:textId="3E52A981" w:rsidR="000B1FA5" w:rsidRDefault="000B1FA5" w:rsidP="000B1FA5">
            <w:pPr>
              <w:spacing w:before="100" w:beforeAutospacing="1" w:after="100" w:afterAutospacing="1"/>
            </w:pPr>
            <w:r>
              <w:rPr>
                <w:rFonts w:hAnsi="Symbol"/>
              </w:rPr>
              <w:t></w:t>
            </w:r>
            <w:r>
              <w:t xml:space="preserve"> Oral support for spelling word dictation</w:t>
            </w:r>
          </w:p>
          <w:p w14:paraId="6696199F" w14:textId="01740F1A" w:rsidR="000B1FA5" w:rsidRDefault="000B1FA5" w:rsidP="000B1FA5">
            <w:pPr>
              <w:spacing w:before="100" w:beforeAutospacing="1" w:after="100" w:afterAutospacing="1"/>
            </w:pPr>
            <w:r>
              <w:rPr>
                <w:rFonts w:hAnsi="Symbol"/>
              </w:rPr>
              <w:t></w:t>
            </w:r>
            <w:r>
              <w:t xml:space="preserve"> Spelling rule chart written and copied during notebook time</w:t>
            </w:r>
          </w:p>
          <w:p w14:paraId="2761E645" w14:textId="3B132FB5" w:rsidR="000B1FA5" w:rsidRDefault="000B1FA5" w:rsidP="000B1FA5">
            <w:pPr>
              <w:spacing w:before="100" w:beforeAutospacing="1" w:after="100" w:afterAutospacing="1"/>
            </w:pPr>
            <w:r>
              <w:rPr>
                <w:rFonts w:hAnsi="Symbol"/>
              </w:rPr>
              <w:t></w:t>
            </w:r>
            <w:r>
              <w:t xml:space="preserve"> Sentence stems for ELD and IEP students</w:t>
            </w:r>
          </w:p>
          <w:p w14:paraId="71CBA20E" w14:textId="0E3FAE58" w:rsidR="000B1FA5" w:rsidRDefault="000B1FA5" w:rsidP="000B1FA5">
            <w:pPr>
              <w:spacing w:before="100" w:beforeAutospacing="1" w:after="100" w:afterAutospacing="1"/>
            </w:pPr>
            <w:r>
              <w:rPr>
                <w:rFonts w:hAnsi="Symbol"/>
              </w:rPr>
              <w:t></w:t>
            </w:r>
            <w:r>
              <w:t xml:space="preserve"> Strategic pauses during read-aloud for vocabulary clarification and comprehension checks</w:t>
            </w:r>
          </w:p>
          <w:p w14:paraId="3D8DB35C" w14:textId="47EACB20" w:rsidR="006B039E" w:rsidRDefault="000B1FA5" w:rsidP="000B1FA5">
            <w:pPr>
              <w:spacing w:before="100" w:beforeAutospacing="1" w:after="100" w:afterAutospacing="1"/>
            </w:pPr>
            <w:r>
              <w:rPr>
                <w:rFonts w:hAnsi="Symbol"/>
              </w:rPr>
              <w:t></w:t>
            </w:r>
            <w:r>
              <w:t xml:space="preserve"> Reading comprehension guided by picture cues</w:t>
            </w:r>
          </w:p>
          <w:p w14:paraId="55BACF0A" w14:textId="4C82436B" w:rsidR="000B1FA5" w:rsidRPr="000B1FA5" w:rsidRDefault="000B1FA5" w:rsidP="000B1FA5"/>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93E77CC" w14:textId="77777777" w:rsidR="000B1FA5" w:rsidRDefault="000B1FA5" w:rsidP="000B1FA5">
            <w:pPr>
              <w:numPr>
                <w:ilvl w:val="0"/>
                <w:numId w:val="49"/>
              </w:numPr>
              <w:spacing w:before="100" w:beforeAutospacing="1" w:after="100" w:afterAutospacing="1"/>
            </w:pPr>
            <w:r>
              <w:t xml:space="preserve">Write and introduce the </w:t>
            </w:r>
            <w:r>
              <w:rPr>
                <w:rStyle w:val="Strong"/>
              </w:rPr>
              <w:t>Essential Question</w:t>
            </w:r>
            <w:r>
              <w:t xml:space="preserve"> on the board: </w:t>
            </w:r>
            <w:r>
              <w:rPr>
                <w:rStyle w:val="Emphasis"/>
              </w:rPr>
              <w:t>“Why is it important to learn about people from the past?”</w:t>
            </w:r>
            <w:r>
              <w:br/>
              <w:t>Discuss briefly with the class and record a few of their ideas.</w:t>
            </w:r>
          </w:p>
          <w:p w14:paraId="6C86C97D" w14:textId="77777777" w:rsidR="000B1FA5" w:rsidRDefault="000B1FA5" w:rsidP="000B1FA5">
            <w:pPr>
              <w:numPr>
                <w:ilvl w:val="0"/>
                <w:numId w:val="49"/>
              </w:numPr>
              <w:spacing w:before="100" w:beforeAutospacing="1" w:after="100" w:afterAutospacing="1"/>
            </w:pPr>
            <w:r>
              <w:t xml:space="preserve">Display the </w:t>
            </w:r>
            <w:r>
              <w:rPr>
                <w:rStyle w:val="Strong"/>
              </w:rPr>
              <w:t>Vocabulary in Context Cards</w:t>
            </w:r>
            <w:r>
              <w:t xml:space="preserve"> for the words:</w:t>
            </w:r>
            <w:r>
              <w:br/>
              <w:t>work, talk, laugh, done, paper, soon, were, great</w:t>
            </w:r>
            <w:r>
              <w:br/>
              <w:t>For each word, read it aloud, pronounce it together, explain the meaning using the illustration, and use it in a sentence that connects to students' experiences. Prompt students to turn to a partner and share their own sentence using the new word.</w:t>
            </w:r>
          </w:p>
          <w:p w14:paraId="09ECAE55" w14:textId="77777777" w:rsidR="000B1FA5" w:rsidRDefault="000B1FA5" w:rsidP="000B1FA5">
            <w:pPr>
              <w:numPr>
                <w:ilvl w:val="0"/>
                <w:numId w:val="49"/>
              </w:numPr>
              <w:spacing w:before="100" w:beforeAutospacing="1" w:after="100" w:afterAutospacing="1"/>
            </w:pPr>
            <w:r>
              <w:t xml:space="preserve">Begin the read-aloud of </w:t>
            </w:r>
            <w:r>
              <w:rPr>
                <w:rStyle w:val="Emphasis"/>
              </w:rPr>
              <w:t>Tomás Rivera</w:t>
            </w:r>
            <w:r>
              <w:t>.</w:t>
            </w:r>
          </w:p>
          <w:p w14:paraId="57E8B856" w14:textId="77777777" w:rsidR="000B1FA5" w:rsidRDefault="000B1FA5" w:rsidP="000B1FA5">
            <w:pPr>
              <w:numPr>
                <w:ilvl w:val="1"/>
                <w:numId w:val="49"/>
              </w:numPr>
              <w:spacing w:before="100" w:beforeAutospacing="1" w:after="100" w:afterAutospacing="1"/>
            </w:pPr>
            <w:r>
              <w:t>As you read, pause to emphasize each vocabulary word when it appears in context.</w:t>
            </w:r>
          </w:p>
          <w:p w14:paraId="15F4A3B2" w14:textId="77777777" w:rsidR="000B1FA5" w:rsidRDefault="000B1FA5" w:rsidP="000B1FA5">
            <w:pPr>
              <w:numPr>
                <w:ilvl w:val="1"/>
                <w:numId w:val="49"/>
              </w:numPr>
              <w:spacing w:before="100" w:beforeAutospacing="1" w:after="100" w:afterAutospacing="1"/>
            </w:pPr>
            <w:r>
              <w:t>Ask comprehension questions that support the essential question and clarify meaning (e.g., “What does Tomás do with his stories?” “Why was the library important to him?”).</w:t>
            </w:r>
          </w:p>
          <w:p w14:paraId="65389F15" w14:textId="3E3526AD" w:rsidR="000B1FA5" w:rsidRDefault="000B1FA5" w:rsidP="000B1FA5">
            <w:pPr>
              <w:numPr>
                <w:ilvl w:val="1"/>
                <w:numId w:val="49"/>
              </w:numPr>
              <w:spacing w:before="100" w:beforeAutospacing="1" w:after="100" w:afterAutospacing="1"/>
            </w:pPr>
            <w:r>
              <w:t>Encourage predictions using the illustrations and clarify story events using sequence and character motivation.</w:t>
            </w:r>
          </w:p>
          <w:p w14:paraId="483BC40B" w14:textId="77777777" w:rsidR="000B1FA5" w:rsidRDefault="000B1FA5" w:rsidP="000B1FA5">
            <w:pPr>
              <w:numPr>
                <w:ilvl w:val="0"/>
                <w:numId w:val="49"/>
              </w:numPr>
              <w:spacing w:before="100" w:beforeAutospacing="1" w:after="100" w:afterAutospacing="1"/>
            </w:pPr>
            <w:r>
              <w:t>After reading, revisit the essential question. Ask students how Tomás’s story showed the importance of learning about people from the past. Discuss briefly as a class.</w:t>
            </w:r>
          </w:p>
          <w:p w14:paraId="37DCA48D" w14:textId="7BC5F7BF" w:rsidR="000B1FA5" w:rsidRDefault="000B1FA5" w:rsidP="000B1FA5">
            <w:pPr>
              <w:numPr>
                <w:ilvl w:val="0"/>
                <w:numId w:val="49"/>
              </w:numPr>
              <w:spacing w:before="100" w:beforeAutospacing="1" w:after="100" w:afterAutospacing="1"/>
            </w:pPr>
            <w:r>
              <w:t>Transition to spelling. Tell students they will begin studying a new set of weekly spelling words</w:t>
            </w:r>
            <w:r w:rsidR="0086795D">
              <w:t xml:space="preserve"> with the </w:t>
            </w:r>
            <w:r w:rsidR="007D15E9">
              <w:t>-</w:t>
            </w:r>
            <w:proofErr w:type="spellStart"/>
            <w:r w:rsidR="007D15E9">
              <w:t>oa</w:t>
            </w:r>
            <w:proofErr w:type="spellEnd"/>
            <w:r w:rsidR="007D15E9">
              <w:t>; -ow</w:t>
            </w:r>
            <w:r w:rsidR="0086795D">
              <w:t xml:space="preserve"> rule. </w:t>
            </w:r>
            <w:r>
              <w:t>Write them on the board</w:t>
            </w:r>
            <w:r w:rsidR="0086795D">
              <w:t xml:space="preserve"> with the spelling rule emphasized so that the student</w:t>
            </w:r>
            <w:r w:rsidR="007D15E9">
              <w:t xml:space="preserve">s </w:t>
            </w:r>
            <w:r w:rsidR="0086795D">
              <w:t>can copy</w:t>
            </w:r>
            <w:r w:rsidR="007D15E9">
              <w:t xml:space="preserve"> them down correctly.</w:t>
            </w:r>
          </w:p>
          <w:p w14:paraId="26A184CC" w14:textId="77777777" w:rsidR="000B1FA5" w:rsidRDefault="000B1FA5" w:rsidP="000B1FA5">
            <w:pPr>
              <w:numPr>
                <w:ilvl w:val="1"/>
                <w:numId w:val="49"/>
              </w:numPr>
              <w:spacing w:before="100" w:beforeAutospacing="1" w:after="100" w:afterAutospacing="1"/>
            </w:pPr>
            <w:r>
              <w:t>Students copy the spelling list into their notebooks.</w:t>
            </w:r>
          </w:p>
          <w:p w14:paraId="1D705C34" w14:textId="77777777" w:rsidR="000B1FA5" w:rsidRDefault="000B1FA5" w:rsidP="000B1FA5">
            <w:pPr>
              <w:numPr>
                <w:ilvl w:val="1"/>
                <w:numId w:val="49"/>
              </w:numPr>
              <w:spacing w:before="100" w:beforeAutospacing="1" w:after="100" w:afterAutospacing="1"/>
            </w:pPr>
            <w:r>
              <w:t>Go over the spelling pattern(s) for the week (e.g., irregular spellings, long vowels, or consonant blends depending on your list).</w:t>
            </w:r>
          </w:p>
          <w:p w14:paraId="311FF6B5" w14:textId="5E98837C" w:rsidR="00DE1BF7" w:rsidRPr="00315705" w:rsidRDefault="000B1FA5" w:rsidP="000B1FA5">
            <w:pPr>
              <w:numPr>
                <w:ilvl w:val="1"/>
                <w:numId w:val="49"/>
              </w:numPr>
              <w:spacing w:before="100" w:beforeAutospacing="1" w:after="100" w:afterAutospacing="1"/>
            </w:pPr>
            <w:r>
              <w:t>Students copy these rules below their spelling words.</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728DB28" w14:textId="77777777" w:rsidR="000B1FA5" w:rsidRDefault="000B1FA5" w:rsidP="000B1FA5">
            <w:pPr>
              <w:spacing w:before="100" w:beforeAutospacing="1" w:after="100" w:afterAutospacing="1"/>
            </w:pPr>
            <w:r>
              <w:rPr>
                <w:rStyle w:val="Strong"/>
              </w:rPr>
              <w:t>Formative Assessment:</w:t>
            </w:r>
          </w:p>
          <w:p w14:paraId="756C7527" w14:textId="77777777" w:rsidR="000B1FA5" w:rsidRDefault="000B1FA5" w:rsidP="000B1FA5">
            <w:pPr>
              <w:numPr>
                <w:ilvl w:val="0"/>
                <w:numId w:val="50"/>
              </w:numPr>
              <w:spacing w:before="100" w:beforeAutospacing="1" w:after="100" w:afterAutospacing="1"/>
            </w:pPr>
            <w:r>
              <w:t>Observe student participation in vocabulary and essential question discussion</w:t>
            </w:r>
          </w:p>
          <w:p w14:paraId="5CD76176" w14:textId="77777777" w:rsidR="000B1FA5" w:rsidRDefault="000B1FA5" w:rsidP="000B1FA5">
            <w:pPr>
              <w:numPr>
                <w:ilvl w:val="0"/>
                <w:numId w:val="50"/>
              </w:numPr>
              <w:spacing w:before="100" w:beforeAutospacing="1" w:after="100" w:afterAutospacing="1"/>
            </w:pPr>
            <w:r>
              <w:t>Monitor use of vocabulary during story conversation and sentence responses</w:t>
            </w:r>
          </w:p>
          <w:p w14:paraId="4DC2D54A" w14:textId="77777777" w:rsidR="000B1FA5" w:rsidRDefault="000B1FA5" w:rsidP="000B1FA5">
            <w:pPr>
              <w:numPr>
                <w:ilvl w:val="0"/>
                <w:numId w:val="50"/>
              </w:numPr>
              <w:spacing w:before="100" w:beforeAutospacing="1" w:after="100" w:afterAutospacing="1"/>
            </w:pPr>
            <w:r>
              <w:t>Check notebooks for accurate spelling word copying and spelling rule writing</w:t>
            </w:r>
          </w:p>
          <w:p w14:paraId="467D6787" w14:textId="77777777" w:rsidR="000B1FA5" w:rsidRDefault="000B1FA5" w:rsidP="000B1FA5">
            <w:pPr>
              <w:numPr>
                <w:ilvl w:val="0"/>
                <w:numId w:val="50"/>
              </w:numPr>
              <w:spacing w:before="100" w:beforeAutospacing="1" w:after="100" w:afterAutospacing="1"/>
            </w:pPr>
            <w:r>
              <w:t>Ask comprehension questions during reading to check understanding of the main character’s motivation and story sequence</w:t>
            </w:r>
          </w:p>
          <w:p w14:paraId="53F9723F" w14:textId="77777777" w:rsidR="000B1FA5" w:rsidRDefault="000B1FA5" w:rsidP="000B1FA5">
            <w:pPr>
              <w:spacing w:before="100" w:beforeAutospacing="1" w:after="100" w:afterAutospacing="1"/>
            </w:pPr>
            <w:r>
              <w:rPr>
                <w:rStyle w:val="Strong"/>
              </w:rPr>
              <w:t>Summative (Informal):</w:t>
            </w:r>
          </w:p>
          <w:p w14:paraId="23A0AA50" w14:textId="77777777" w:rsidR="000B1FA5" w:rsidRDefault="000B1FA5" w:rsidP="000B1FA5">
            <w:pPr>
              <w:numPr>
                <w:ilvl w:val="0"/>
                <w:numId w:val="51"/>
              </w:numPr>
              <w:spacing w:before="100" w:beforeAutospacing="1" w:after="100" w:afterAutospacing="1"/>
            </w:pPr>
            <w:r>
              <w:t>Use oral exit questions such as: “What did Tomás learn from his grandfather?” and “How did books help Tomás in the future?”</w:t>
            </w:r>
          </w:p>
          <w:p w14:paraId="0FCC8B2C" w14:textId="3ACFD3FD" w:rsidR="00A8077B" w:rsidRPr="00315705" w:rsidRDefault="000B1FA5" w:rsidP="000B1FA5">
            <w:pPr>
              <w:numPr>
                <w:ilvl w:val="0"/>
                <w:numId w:val="51"/>
              </w:numPr>
              <w:spacing w:before="100" w:beforeAutospacing="1" w:after="100" w:afterAutospacing="1"/>
            </w:pPr>
            <w:r>
              <w:t>Collect notebooks if needed to verify spelling and vocabulary engagement</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lastRenderedPageBreak/>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4E9F6FB" w14:textId="71B45483" w:rsidR="000B1FA5" w:rsidRDefault="000B1FA5" w:rsidP="000B1FA5">
            <w:pPr>
              <w:spacing w:before="100" w:beforeAutospacing="1" w:after="100" w:afterAutospacing="1"/>
            </w:pPr>
            <w:r>
              <w:rPr>
                <w:rFonts w:hAnsi="Symbol"/>
              </w:rPr>
              <w:t></w:t>
            </w:r>
            <w:r>
              <w:t xml:space="preserve"> Review vocabulary words again by asking for examples from the story or real life</w:t>
            </w:r>
          </w:p>
          <w:p w14:paraId="3EB4D3D3" w14:textId="3238839D" w:rsidR="000B1FA5" w:rsidRDefault="000B1FA5" w:rsidP="000B1FA5">
            <w:pPr>
              <w:spacing w:before="100" w:beforeAutospacing="1" w:after="100" w:afterAutospacing="1"/>
            </w:pPr>
            <w:r>
              <w:rPr>
                <w:rFonts w:hAnsi="Symbol"/>
              </w:rPr>
              <w:t></w:t>
            </w:r>
            <w:r>
              <w:t xml:space="preserve"> Revisit the essential question: “Why do you think people still read Tomás Rivera’s stories today?”</w:t>
            </w:r>
          </w:p>
          <w:p w14:paraId="3A2F1AEC" w14:textId="7C66C497" w:rsidR="000B1FA5" w:rsidRDefault="000B1FA5" w:rsidP="000B1FA5">
            <w:pPr>
              <w:spacing w:before="100" w:beforeAutospacing="1" w:after="100" w:afterAutospacing="1"/>
            </w:pPr>
            <w:r>
              <w:rPr>
                <w:rFonts w:hAnsi="Symbol"/>
              </w:rPr>
              <w:t></w:t>
            </w:r>
            <w:r>
              <w:t xml:space="preserve"> Let students know they will continue working with these vocabulary and spelling words throughout the week in centers and reading groups</w:t>
            </w:r>
          </w:p>
          <w:p w14:paraId="6D468A2A" w14:textId="542DED7A" w:rsidR="00D520CC" w:rsidRPr="00315705" w:rsidRDefault="00D520CC" w:rsidP="000B1FA5">
            <w:pPr>
              <w:pStyle w:val="NormalWeb"/>
            </w:pP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371FF7EC" w14:textId="77777777" w:rsidR="005E34D2" w:rsidRPr="008E24B1" w:rsidRDefault="00D520CC" w:rsidP="005E34D2">
            <w:pPr>
              <w:pStyle w:val="ListParagraph"/>
              <w:numPr>
                <w:ilvl w:val="1"/>
                <w:numId w:val="50"/>
              </w:numPr>
              <w:rPr>
                <w:rFonts w:eastAsiaTheme="minorHAnsi"/>
                <w:color w:val="000000"/>
                <w:sz w:val="22"/>
                <w:szCs w:val="22"/>
              </w:rPr>
            </w:pPr>
            <w:r w:rsidRPr="008E24B1">
              <w:rPr>
                <w:rFonts w:eastAsiaTheme="minorHAnsi"/>
                <w:color w:val="000000"/>
                <w:sz w:val="22"/>
                <w:szCs w:val="22"/>
              </w:rPr>
              <w:t>What was most effective about this lesson? What evidence do you have to support your response in terms of content understanding and in classroom management?</w:t>
            </w:r>
          </w:p>
          <w:p w14:paraId="4B53A4F5" w14:textId="77777777" w:rsidR="005E34D2" w:rsidRPr="008E24B1" w:rsidRDefault="005E34D2" w:rsidP="005E34D2">
            <w:pPr>
              <w:pStyle w:val="ListParagraph"/>
              <w:ind w:left="1440"/>
              <w:rPr>
                <w:rFonts w:eastAsiaTheme="minorHAnsi"/>
                <w:color w:val="000000"/>
                <w:sz w:val="22"/>
                <w:szCs w:val="22"/>
              </w:rPr>
            </w:pPr>
          </w:p>
          <w:p w14:paraId="30D35CBE" w14:textId="6076DEF1" w:rsidR="005E34D2" w:rsidRPr="008E24B1" w:rsidRDefault="005E34D2" w:rsidP="005E34D2">
            <w:pPr>
              <w:pStyle w:val="ListParagraph"/>
              <w:ind w:left="1440"/>
              <w:rPr>
                <w:sz w:val="22"/>
                <w:szCs w:val="22"/>
              </w:rPr>
            </w:pPr>
            <w:r w:rsidRPr="008E24B1">
              <w:rPr>
                <w:sz w:val="22"/>
                <w:szCs w:val="22"/>
              </w:rPr>
              <w:t>Students connected deeply with the story. They were engaged when we talked about learning from people in the past, and the vocabulary word cards helped them understand key terms. During partner talk, many used words like “work” and “talk” in their own sentences.</w:t>
            </w:r>
          </w:p>
          <w:p w14:paraId="6AD28978" w14:textId="77777777" w:rsidR="005E34D2" w:rsidRPr="008E24B1" w:rsidRDefault="005E34D2" w:rsidP="005E34D2">
            <w:pPr>
              <w:pStyle w:val="ListParagraph"/>
              <w:ind w:left="1440"/>
              <w:rPr>
                <w:rFonts w:eastAsiaTheme="minorHAnsi"/>
                <w:color w:val="000000"/>
                <w:sz w:val="22"/>
                <w:szCs w:val="22"/>
              </w:rPr>
            </w:pPr>
          </w:p>
          <w:p w14:paraId="31CE800A" w14:textId="77777777" w:rsidR="005E34D2" w:rsidRPr="008E24B1" w:rsidRDefault="00D520CC" w:rsidP="005E34D2">
            <w:pPr>
              <w:pStyle w:val="ListParagraph"/>
              <w:numPr>
                <w:ilvl w:val="1"/>
                <w:numId w:val="50"/>
              </w:numPr>
              <w:rPr>
                <w:rFonts w:eastAsiaTheme="minorHAnsi"/>
                <w:color w:val="000000"/>
                <w:sz w:val="22"/>
                <w:szCs w:val="22"/>
              </w:rPr>
            </w:pPr>
            <w:r w:rsidRPr="008E24B1">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0910B466" w14:textId="77777777" w:rsidR="005E34D2" w:rsidRPr="008E24B1" w:rsidRDefault="005E34D2" w:rsidP="005E34D2">
            <w:pPr>
              <w:pStyle w:val="ListParagraph"/>
              <w:ind w:left="1440"/>
              <w:rPr>
                <w:sz w:val="22"/>
                <w:szCs w:val="22"/>
              </w:rPr>
            </w:pPr>
          </w:p>
          <w:p w14:paraId="110AA759" w14:textId="73A5D603" w:rsidR="005E34D2" w:rsidRPr="008E24B1" w:rsidRDefault="005E34D2" w:rsidP="005E34D2">
            <w:pPr>
              <w:pStyle w:val="ListParagraph"/>
              <w:ind w:left="1440"/>
              <w:rPr>
                <w:sz w:val="22"/>
                <w:szCs w:val="22"/>
              </w:rPr>
            </w:pPr>
            <w:r w:rsidRPr="008E24B1">
              <w:rPr>
                <w:sz w:val="22"/>
                <w:szCs w:val="22"/>
              </w:rPr>
              <w:t>Some students had trouble copying the spelling words and patterns. I’d break this part up next time, maybe do half before the story and half after. I also want to show more real pictures of Tomás Rivera next time to give more background.</w:t>
            </w:r>
          </w:p>
          <w:p w14:paraId="5AC0928F" w14:textId="77777777" w:rsidR="005E34D2" w:rsidRPr="008E24B1" w:rsidRDefault="005E34D2" w:rsidP="005E34D2">
            <w:pPr>
              <w:pStyle w:val="ListParagraph"/>
              <w:ind w:left="1440"/>
              <w:rPr>
                <w:rFonts w:eastAsiaTheme="minorHAnsi"/>
                <w:color w:val="000000"/>
                <w:sz w:val="22"/>
                <w:szCs w:val="22"/>
              </w:rPr>
            </w:pPr>
          </w:p>
          <w:p w14:paraId="284D453A" w14:textId="77777777" w:rsidR="005E34D2" w:rsidRPr="008E24B1" w:rsidRDefault="00D520CC" w:rsidP="005E34D2">
            <w:pPr>
              <w:pStyle w:val="ListParagraph"/>
              <w:numPr>
                <w:ilvl w:val="1"/>
                <w:numId w:val="50"/>
              </w:numPr>
              <w:rPr>
                <w:rFonts w:eastAsiaTheme="minorHAnsi"/>
                <w:color w:val="000000"/>
                <w:sz w:val="22"/>
                <w:szCs w:val="22"/>
              </w:rPr>
            </w:pPr>
            <w:r w:rsidRPr="008E24B1">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4BD6BC76" w14:textId="77777777" w:rsidR="005E34D2" w:rsidRPr="008E24B1" w:rsidRDefault="005E34D2" w:rsidP="005E34D2">
            <w:pPr>
              <w:pStyle w:val="ListParagraph"/>
              <w:ind w:left="1440"/>
              <w:rPr>
                <w:rFonts w:eastAsiaTheme="minorHAnsi"/>
                <w:color w:val="000000"/>
                <w:sz w:val="22"/>
                <w:szCs w:val="22"/>
              </w:rPr>
            </w:pPr>
          </w:p>
          <w:p w14:paraId="53C7216C" w14:textId="37657F70" w:rsidR="005E34D2" w:rsidRPr="008E24B1" w:rsidRDefault="005E34D2" w:rsidP="005E34D2">
            <w:pPr>
              <w:pStyle w:val="ListParagraph"/>
              <w:ind w:left="1440"/>
              <w:rPr>
                <w:sz w:val="22"/>
                <w:szCs w:val="22"/>
              </w:rPr>
            </w:pPr>
            <w:r w:rsidRPr="008E24B1">
              <w:rPr>
                <w:sz w:val="22"/>
                <w:szCs w:val="22"/>
              </w:rPr>
              <w:t>I asked students why Tomás told stories or why the library mattered to him, and it made them think deeper. They really opened up during Think-Pair-Share and built off each other’s ideas. The support from visuals and modeled sentences kept them focused.</w:t>
            </w:r>
          </w:p>
          <w:p w14:paraId="54BB4219" w14:textId="77777777" w:rsidR="005E34D2" w:rsidRPr="008E24B1" w:rsidRDefault="005E34D2" w:rsidP="005E34D2">
            <w:pPr>
              <w:pStyle w:val="ListParagraph"/>
              <w:ind w:left="1440"/>
              <w:rPr>
                <w:rFonts w:eastAsiaTheme="minorHAnsi"/>
                <w:color w:val="000000"/>
                <w:sz w:val="22"/>
                <w:szCs w:val="22"/>
              </w:rPr>
            </w:pPr>
          </w:p>
          <w:p w14:paraId="264C8769" w14:textId="77777777" w:rsidR="005E34D2" w:rsidRPr="008E24B1" w:rsidRDefault="00DE1BF7" w:rsidP="005E34D2">
            <w:pPr>
              <w:pStyle w:val="ListParagraph"/>
              <w:numPr>
                <w:ilvl w:val="1"/>
                <w:numId w:val="50"/>
              </w:numPr>
              <w:rPr>
                <w:sz w:val="22"/>
                <w:szCs w:val="22"/>
              </w:rPr>
            </w:pPr>
            <w:r w:rsidRPr="008E24B1">
              <w:rPr>
                <w:sz w:val="22"/>
                <w:szCs w:val="22"/>
              </w:rPr>
              <w:t xml:space="preserve">Based on your responses above (#1-3), how would formal/informal assessment data from the lesson inform the changes you would make in the next lesson in this series? </w:t>
            </w:r>
          </w:p>
          <w:p w14:paraId="7BBEC8DF" w14:textId="77777777" w:rsidR="005E34D2" w:rsidRPr="008E24B1" w:rsidRDefault="005E34D2" w:rsidP="005E34D2">
            <w:pPr>
              <w:pStyle w:val="ListParagraph"/>
              <w:ind w:left="1440"/>
              <w:rPr>
                <w:sz w:val="22"/>
                <w:szCs w:val="22"/>
              </w:rPr>
            </w:pPr>
          </w:p>
          <w:p w14:paraId="6CFED720" w14:textId="77777777" w:rsidR="005E34D2" w:rsidRPr="008E24B1" w:rsidRDefault="005E34D2" w:rsidP="005E34D2">
            <w:pPr>
              <w:pStyle w:val="ListParagraph"/>
              <w:ind w:left="1440"/>
              <w:rPr>
                <w:sz w:val="22"/>
                <w:szCs w:val="22"/>
              </w:rPr>
            </w:pPr>
            <w:r w:rsidRPr="008E24B1">
              <w:rPr>
                <w:sz w:val="22"/>
                <w:szCs w:val="22"/>
              </w:rPr>
              <w:t>I’ll make the writing portion more scaffolded and give students a checklist to help them remember what to include. I’ll also give more feedback during the spelling copy task to support accuracy.</w:t>
            </w:r>
          </w:p>
          <w:p w14:paraId="0C6BE9C3" w14:textId="60F39598" w:rsidR="005E34D2" w:rsidRPr="005E34D2" w:rsidRDefault="005E34D2" w:rsidP="005E34D2">
            <w:pPr>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019F20C3"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4A737D">
              <w:rPr>
                <w:sz w:val="22"/>
                <w:szCs w:val="22"/>
              </w:rPr>
              <w:t>4</w:t>
            </w:r>
            <w:r>
              <w:rPr>
                <w:sz w:val="22"/>
                <w:szCs w:val="22"/>
              </w:rPr>
              <w:t>/</w:t>
            </w:r>
            <w:r w:rsidR="004A737D">
              <w:rPr>
                <w:sz w:val="22"/>
                <w:szCs w:val="22"/>
              </w:rPr>
              <w:t>14</w:t>
            </w:r>
            <w:r>
              <w:rPr>
                <w:sz w:val="22"/>
                <w:szCs w:val="22"/>
              </w:rPr>
              <w:t>/</w:t>
            </w:r>
            <w:r w:rsidR="004A737D">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11909FD7" w14:textId="7E6145ED" w:rsidR="004A737D" w:rsidRPr="002A4419" w:rsidRDefault="004A737D" w:rsidP="004A737D">
            <w:pPr>
              <w:jc w:val="center"/>
              <w:rPr>
                <w:sz w:val="22"/>
                <w:szCs w:val="22"/>
              </w:rPr>
            </w:pPr>
            <w:r>
              <w:rPr>
                <w:sz w:val="22"/>
                <w:szCs w:val="22"/>
              </w:rPr>
              <w:t>1</w:t>
            </w:r>
            <w:r w:rsidRPr="004A737D">
              <w:rPr>
                <w:sz w:val="22"/>
                <w:szCs w:val="22"/>
                <w:vertAlign w:val="superscript"/>
              </w:rPr>
              <w:t>st</w:t>
            </w:r>
            <w:r>
              <w:rPr>
                <w:sz w:val="22"/>
                <w:szCs w:val="22"/>
              </w:rPr>
              <w:t>/2</w:t>
            </w:r>
            <w:r w:rsidRPr="004A737D">
              <w:rPr>
                <w:sz w:val="22"/>
                <w:szCs w:val="22"/>
                <w:vertAlign w:val="superscript"/>
              </w:rPr>
              <w:t>nd</w:t>
            </w:r>
            <w:r>
              <w:rPr>
                <w:sz w:val="22"/>
                <w:szCs w:val="22"/>
              </w:rPr>
              <w:t xml:space="preserve"> </w:t>
            </w: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610B58DF" w:rsidR="00A65332" w:rsidRPr="00315705" w:rsidRDefault="006529BD" w:rsidP="00315705">
            <w:pPr>
              <w:jc w:val="center"/>
              <w:rPr>
                <w:sz w:val="22"/>
                <w:szCs w:val="22"/>
              </w:rPr>
            </w:pPr>
            <w:r>
              <w:rPr>
                <w:sz w:val="22"/>
                <w:szCs w:val="22"/>
              </w:rPr>
              <w:t>Health Science – Food Groups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 xml:space="preserve">504 </w:t>
            </w:r>
            <w:proofErr w:type="gramStart"/>
            <w:r w:rsidR="00A65332" w:rsidRPr="002A4419">
              <w:rPr>
                <w:szCs w:val="16"/>
              </w:rPr>
              <w:t>plan</w:t>
            </w:r>
            <w:proofErr w:type="gramEnd"/>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2A8C29E" w14:textId="77777777" w:rsidR="00315705" w:rsidRDefault="00144D50" w:rsidP="00315705">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6AF4F294" w14:textId="5FBD2AF3" w:rsidR="00315705" w:rsidRPr="00901506" w:rsidRDefault="00901506" w:rsidP="00901506">
            <w:pPr>
              <w:pStyle w:val="ListParagraph"/>
              <w:keepNext/>
              <w:numPr>
                <w:ilvl w:val="0"/>
                <w:numId w:val="48"/>
              </w:numPr>
              <w:outlineLvl w:val="0"/>
              <w:rPr>
                <w:rFonts w:eastAsia="Times"/>
                <w:sz w:val="22"/>
                <w:szCs w:val="22"/>
              </w:rPr>
            </w:pPr>
            <w:r>
              <w:t>1.1. N &amp; 2.1.N – Name a variety of healthy foods and explain why they are necessary for good health.</w:t>
            </w:r>
            <w:r>
              <w:br/>
              <w:t>1.2. N &amp; 2.2.N – Identify the major food groups and how they contribute to a healthy body.</w:t>
            </w:r>
          </w:p>
        </w:tc>
        <w:tc>
          <w:tcPr>
            <w:tcW w:w="5400" w:type="dxa"/>
            <w:tcBorders>
              <w:top w:val="thickThinSmallGap" w:sz="24" w:space="0" w:color="auto"/>
              <w:left w:val="thickThinSmallGap" w:sz="24" w:space="0" w:color="auto"/>
              <w:right w:val="thickThinSmallGap" w:sz="24" w:space="0" w:color="auto"/>
            </w:tcBorders>
          </w:tcPr>
          <w:p w14:paraId="30BB6F04" w14:textId="77777777" w:rsidR="00315705" w:rsidRDefault="00144D50" w:rsidP="00315705">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520B1439" w14:textId="068E33D7" w:rsidR="00315705" w:rsidRPr="00901506" w:rsidRDefault="00901506" w:rsidP="00901506">
            <w:pPr>
              <w:pStyle w:val="ListParagraph"/>
              <w:numPr>
                <w:ilvl w:val="0"/>
                <w:numId w:val="48"/>
              </w:numPr>
              <w:rPr>
                <w:rFonts w:eastAsia="Times"/>
                <w:b/>
                <w:bCs/>
                <w:sz w:val="22"/>
                <w:szCs w:val="22"/>
              </w:rPr>
            </w:pPr>
            <w:r>
              <w:t>ELD.PI.1–2.1 – Exchanging information and ideas with others through oral collaborative conversations on familiar topics.</w:t>
            </w:r>
            <w:r>
              <w:br/>
              <w:t>ELD.PI.1–2.12a – Selecting and applying appropriate vocabulary to communicate effectively in content areas.</w:t>
            </w: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4817A6FE" w14:textId="77777777" w:rsidR="00315705" w:rsidRDefault="006B039E" w:rsidP="00315705">
            <w:pPr>
              <w:keepNext/>
              <w:outlineLvl w:val="0"/>
              <w:rPr>
                <w:rFonts w:eastAsia="Times"/>
                <w:b/>
                <w:bCs/>
                <w:sz w:val="22"/>
                <w:szCs w:val="22"/>
              </w:rPr>
            </w:pPr>
            <w:r w:rsidRPr="006C76A0">
              <w:rPr>
                <w:rFonts w:eastAsia="Times"/>
                <w:b/>
                <w:bCs/>
                <w:sz w:val="22"/>
                <w:szCs w:val="22"/>
              </w:rPr>
              <w:t xml:space="preserve">Lesson Objective(s)/Goal(s): </w:t>
            </w:r>
          </w:p>
          <w:p w14:paraId="07C19E8C" w14:textId="313F385D" w:rsidR="00315705" w:rsidRPr="00901506" w:rsidRDefault="00901506" w:rsidP="00901506">
            <w:pPr>
              <w:pStyle w:val="ListParagraph"/>
              <w:keepNext/>
              <w:numPr>
                <w:ilvl w:val="0"/>
                <w:numId w:val="48"/>
              </w:numPr>
              <w:outlineLvl w:val="0"/>
              <w:rPr>
                <w:rFonts w:eastAsia="Times"/>
                <w:sz w:val="22"/>
                <w:szCs w:val="22"/>
              </w:rPr>
            </w:pPr>
            <w:r w:rsidRPr="00901506">
              <w:rPr>
                <w:rFonts w:eastAsia="Times"/>
                <w:sz w:val="22"/>
                <w:szCs w:val="22"/>
              </w:rPr>
              <w:t xml:space="preserve">By the end of the lesson, </w:t>
            </w:r>
            <w:r>
              <w:t>given a visual worksheet and verbal instruction, students will be able to identify and classify foods into five major food groups (Grain, Vegetable, Fruit, Protein, Dairy) and complete their balanced “healthy meal” organizer with at least 80% accuracy during guided practice.</w:t>
            </w:r>
          </w:p>
        </w:tc>
        <w:tc>
          <w:tcPr>
            <w:tcW w:w="5400" w:type="dxa"/>
            <w:tcBorders>
              <w:top w:val="thickThinSmallGap" w:sz="24" w:space="0" w:color="auto"/>
              <w:left w:val="thickThinSmallGap" w:sz="24" w:space="0" w:color="auto"/>
              <w:right w:val="thickThinSmallGap" w:sz="24" w:space="0" w:color="auto"/>
            </w:tcBorders>
          </w:tcPr>
          <w:p w14:paraId="5C4B8F0E" w14:textId="77777777" w:rsidR="00315705" w:rsidRDefault="006B039E" w:rsidP="00315705">
            <w:pPr>
              <w:rPr>
                <w:b/>
                <w:sz w:val="22"/>
                <w:szCs w:val="22"/>
              </w:rPr>
            </w:pPr>
            <w:r w:rsidRPr="00BB7B32">
              <w:rPr>
                <w:b/>
                <w:sz w:val="22"/>
                <w:szCs w:val="22"/>
              </w:rPr>
              <w:t>Language Objective(s):</w:t>
            </w:r>
          </w:p>
          <w:p w14:paraId="29EC03ED" w14:textId="79A5C284" w:rsidR="00315705" w:rsidRPr="00901506" w:rsidRDefault="00901506" w:rsidP="00901506">
            <w:pPr>
              <w:pStyle w:val="ListParagraph"/>
              <w:numPr>
                <w:ilvl w:val="0"/>
                <w:numId w:val="48"/>
              </w:numPr>
              <w:rPr>
                <w:rFonts w:eastAsia="Times"/>
                <w:b/>
                <w:bCs/>
                <w:sz w:val="22"/>
                <w:szCs w:val="22"/>
              </w:rPr>
            </w:pPr>
            <w:r>
              <w:t>Students will orally name and describe food group items using food vocabulary and will complete a labeled worksheet by placing foods into the correct category, using visuals and simple sentence frames.</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449AE17D" w14:textId="77777777" w:rsidR="00901506" w:rsidRDefault="00901506" w:rsidP="00901506">
            <w:pPr>
              <w:pStyle w:val="ListParagraph"/>
              <w:numPr>
                <w:ilvl w:val="0"/>
                <w:numId w:val="48"/>
              </w:numPr>
              <w:spacing w:before="100" w:beforeAutospacing="1" w:after="100" w:afterAutospacing="1"/>
            </w:pPr>
            <w:r>
              <w:rPr>
                <w:rStyle w:val="Strong"/>
              </w:rPr>
              <w:t>Function:</w:t>
            </w:r>
            <w:r>
              <w:t xml:space="preserve"> Categorize, describe, identify</w:t>
            </w:r>
          </w:p>
          <w:p w14:paraId="24389FF8" w14:textId="77777777" w:rsidR="00901506" w:rsidRDefault="00901506" w:rsidP="00901506">
            <w:pPr>
              <w:pStyle w:val="ListParagraph"/>
              <w:numPr>
                <w:ilvl w:val="0"/>
                <w:numId w:val="48"/>
              </w:numPr>
              <w:spacing w:before="100" w:beforeAutospacing="1" w:after="100" w:afterAutospacing="1"/>
            </w:pPr>
            <w:r>
              <w:rPr>
                <w:rStyle w:val="Strong"/>
              </w:rPr>
              <w:t>Vocabulary:</w:t>
            </w:r>
            <w:r>
              <w:t xml:space="preserve"> grain, fruit, vegetable, protein, dairy, healthy, balance, meal, lunchbox</w:t>
            </w:r>
          </w:p>
          <w:p w14:paraId="5876DBEC" w14:textId="77777777" w:rsidR="00901506" w:rsidRPr="00901506" w:rsidRDefault="00901506" w:rsidP="00901506">
            <w:pPr>
              <w:pStyle w:val="ListParagraph"/>
              <w:numPr>
                <w:ilvl w:val="0"/>
                <w:numId w:val="48"/>
              </w:numPr>
              <w:spacing w:before="100" w:beforeAutospacing="1" w:after="100" w:afterAutospacing="1"/>
              <w:rPr>
                <w:rStyle w:val="Strong"/>
                <w:b w:val="0"/>
                <w:bCs w:val="0"/>
              </w:rPr>
            </w:pPr>
            <w:r>
              <w:rPr>
                <w:rStyle w:val="Strong"/>
              </w:rPr>
              <w:t>Syntax/Discourse:</w:t>
            </w:r>
          </w:p>
          <w:p w14:paraId="1E2A88E2" w14:textId="77777777" w:rsidR="00901506" w:rsidRDefault="00901506" w:rsidP="00901506">
            <w:pPr>
              <w:pStyle w:val="ListParagraph"/>
              <w:spacing w:before="100" w:beforeAutospacing="1" w:after="100" w:afterAutospacing="1"/>
            </w:pPr>
            <w:r>
              <w:t>Sentence frames such as:</w:t>
            </w:r>
          </w:p>
          <w:p w14:paraId="53C77B94" w14:textId="77777777" w:rsidR="00901506" w:rsidRDefault="00901506" w:rsidP="00901506">
            <w:pPr>
              <w:pStyle w:val="ListParagraph"/>
              <w:spacing w:before="100" w:beforeAutospacing="1" w:after="100" w:afterAutospacing="1"/>
            </w:pPr>
            <w:r>
              <w:t>“A ___ is a ___.”</w:t>
            </w:r>
          </w:p>
          <w:p w14:paraId="61096B62" w14:textId="77777777" w:rsidR="00901506" w:rsidRDefault="00901506" w:rsidP="00901506">
            <w:pPr>
              <w:pStyle w:val="ListParagraph"/>
              <w:spacing w:before="100" w:beforeAutospacing="1" w:after="100" w:afterAutospacing="1"/>
            </w:pPr>
            <w:r>
              <w:t>“I chose ___ because it is a ___.”</w:t>
            </w:r>
          </w:p>
          <w:p w14:paraId="0377DB37" w14:textId="52F6CC53" w:rsidR="006B039E" w:rsidRPr="00901506" w:rsidRDefault="00901506" w:rsidP="00901506">
            <w:pPr>
              <w:pStyle w:val="ListParagraph"/>
              <w:spacing w:before="100" w:beforeAutospacing="1" w:after="100" w:afterAutospacing="1"/>
            </w:pPr>
            <w:r>
              <w:t>“This food is healthy because ___.”</w:t>
            </w: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0E6CC3E" w14:textId="77777777" w:rsidR="00901506" w:rsidRDefault="00901506" w:rsidP="00901506">
            <w:pPr>
              <w:pStyle w:val="ListParagraph"/>
              <w:numPr>
                <w:ilvl w:val="0"/>
                <w:numId w:val="50"/>
              </w:numPr>
              <w:spacing w:before="100" w:beforeAutospacing="1" w:after="100" w:afterAutospacing="1"/>
            </w:pPr>
            <w:r>
              <w:t>Provide realia (food pictures/toys) to model examples for each food group</w:t>
            </w:r>
          </w:p>
          <w:p w14:paraId="0485ACA6" w14:textId="77777777" w:rsidR="00901506" w:rsidRDefault="00901506" w:rsidP="00901506">
            <w:pPr>
              <w:pStyle w:val="ListParagraph"/>
              <w:numPr>
                <w:ilvl w:val="0"/>
                <w:numId w:val="50"/>
              </w:numPr>
              <w:spacing w:before="100" w:beforeAutospacing="1" w:after="100" w:afterAutospacing="1"/>
            </w:pPr>
            <w:r>
              <w:t>Anchor chart on board with labeled food group examples</w:t>
            </w:r>
          </w:p>
          <w:p w14:paraId="52FE753B" w14:textId="77777777" w:rsidR="00901506" w:rsidRDefault="00901506" w:rsidP="00901506">
            <w:pPr>
              <w:pStyle w:val="ListParagraph"/>
              <w:numPr>
                <w:ilvl w:val="0"/>
                <w:numId w:val="50"/>
              </w:numPr>
              <w:spacing w:before="100" w:beforeAutospacing="1" w:after="100" w:afterAutospacing="1"/>
            </w:pPr>
            <w:r>
              <w:t>Students can draw or point instead of writing, if needed</w:t>
            </w:r>
          </w:p>
          <w:p w14:paraId="4F89796A" w14:textId="77777777" w:rsidR="00901506" w:rsidRDefault="00901506" w:rsidP="00901506">
            <w:pPr>
              <w:pStyle w:val="ListParagraph"/>
              <w:numPr>
                <w:ilvl w:val="0"/>
                <w:numId w:val="50"/>
              </w:numPr>
              <w:spacing w:before="100" w:beforeAutospacing="1" w:after="100" w:afterAutospacing="1"/>
            </w:pPr>
            <w:r>
              <w:t>Word bank and icons provided for all learners</w:t>
            </w:r>
          </w:p>
          <w:p w14:paraId="12BD583D" w14:textId="054DB0DD" w:rsidR="00901506" w:rsidRDefault="00901506" w:rsidP="00901506">
            <w:pPr>
              <w:pStyle w:val="ListParagraph"/>
              <w:numPr>
                <w:ilvl w:val="0"/>
                <w:numId w:val="50"/>
              </w:numPr>
              <w:spacing w:before="100" w:beforeAutospacing="1" w:after="100" w:afterAutospacing="1"/>
            </w:pPr>
            <w:r>
              <w:t>Verbal prompts for IEP students and sentence starters for ELD students.</w:t>
            </w:r>
          </w:p>
          <w:p w14:paraId="38C554A9" w14:textId="77777777" w:rsidR="00901506" w:rsidRDefault="00901506" w:rsidP="00901506">
            <w:pPr>
              <w:pStyle w:val="ListParagraph"/>
              <w:numPr>
                <w:ilvl w:val="0"/>
                <w:numId w:val="50"/>
              </w:numPr>
              <w:spacing w:before="100" w:beforeAutospacing="1" w:after="100" w:afterAutospacing="1"/>
            </w:pPr>
            <w:r>
              <w:t>Use of My Healthy Meal worksheet as a manipulative tool</w:t>
            </w:r>
          </w:p>
          <w:p w14:paraId="55BACF0A" w14:textId="14F6BD0E" w:rsidR="006B039E" w:rsidRPr="00315705" w:rsidRDefault="00901506" w:rsidP="00901506">
            <w:pPr>
              <w:pStyle w:val="ListParagraph"/>
              <w:numPr>
                <w:ilvl w:val="0"/>
                <w:numId w:val="50"/>
              </w:numPr>
              <w:spacing w:before="100" w:beforeAutospacing="1" w:after="100" w:afterAutospacing="1"/>
            </w:pPr>
            <w:r>
              <w:t>Visual checks and modeling after each food group is introduced</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lastRenderedPageBreak/>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49FBD501" w14:textId="50BF4AE9" w:rsidR="00901506" w:rsidRDefault="00901506" w:rsidP="00901506">
            <w:pPr>
              <w:numPr>
                <w:ilvl w:val="0"/>
                <w:numId w:val="51"/>
              </w:numPr>
              <w:spacing w:before="100" w:beforeAutospacing="1" w:after="100" w:afterAutospacing="1"/>
            </w:pPr>
            <w:r>
              <w:rPr>
                <w:rStyle w:val="Strong"/>
              </w:rPr>
              <w:t>Warm-Up/Hook:</w:t>
            </w:r>
            <w:r>
              <w:br/>
              <w:t xml:space="preserve">Ask: “Who ate lunch today?” and “What did you eat?” Allow a few volunteers to share out. Prompt students to consider: </w:t>
            </w:r>
            <w:r>
              <w:rPr>
                <w:rStyle w:val="Emphasis"/>
              </w:rPr>
              <w:t>“Was it a healthy meal?”</w:t>
            </w:r>
          </w:p>
          <w:p w14:paraId="5D2768D8" w14:textId="1B4D0B9C" w:rsidR="00901506" w:rsidRDefault="00901506" w:rsidP="00901506">
            <w:pPr>
              <w:numPr>
                <w:ilvl w:val="0"/>
                <w:numId w:val="51"/>
              </w:numPr>
              <w:spacing w:before="100" w:beforeAutospacing="1" w:after="100" w:afterAutospacing="1"/>
            </w:pPr>
            <w:r>
              <w:rPr>
                <w:rStyle w:val="Strong"/>
              </w:rPr>
              <w:t>Direct Teaching:</w:t>
            </w:r>
          </w:p>
          <w:p w14:paraId="4BEE0C5F" w14:textId="7CCF35C9" w:rsidR="00901506" w:rsidRDefault="00901506" w:rsidP="00901506">
            <w:pPr>
              <w:numPr>
                <w:ilvl w:val="1"/>
                <w:numId w:val="51"/>
              </w:numPr>
              <w:spacing w:before="100" w:beforeAutospacing="1" w:after="100" w:afterAutospacing="1"/>
            </w:pPr>
            <w:r>
              <w:t xml:space="preserve">Introduce the </w:t>
            </w:r>
            <w:r w:rsidRPr="00901506">
              <w:rPr>
                <w:rStyle w:val="Strong"/>
                <w:b w:val="0"/>
                <w:bCs w:val="0"/>
              </w:rPr>
              <w:t>five food groups</w:t>
            </w:r>
            <w:r>
              <w:t>: Grain, Fruit, Vegetable, Protein, Dairy on the board from a picture from the internet</w:t>
            </w:r>
          </w:p>
          <w:p w14:paraId="065D738E" w14:textId="16F943AD" w:rsidR="00901506" w:rsidRDefault="00901506" w:rsidP="00901506">
            <w:pPr>
              <w:numPr>
                <w:ilvl w:val="1"/>
                <w:numId w:val="51"/>
              </w:numPr>
              <w:spacing w:before="100" w:beforeAutospacing="1" w:after="100" w:afterAutospacing="1"/>
            </w:pPr>
            <w:r>
              <w:t>Use real-life examples and images while discussing each group with the class (e.g., “Bread is a grain. Can you name another grain?”)</w:t>
            </w:r>
          </w:p>
          <w:p w14:paraId="4A26B64C" w14:textId="1510BFFB" w:rsidR="00901506" w:rsidRDefault="00901506" w:rsidP="00901506">
            <w:pPr>
              <w:numPr>
                <w:ilvl w:val="1"/>
                <w:numId w:val="51"/>
              </w:numPr>
              <w:spacing w:before="100" w:beforeAutospacing="1" w:after="100" w:afterAutospacing="1"/>
            </w:pPr>
            <w:r>
              <w:t>Create a class anchor chart with pictures drawn or pasted for each group from volunteer answers and cold calls</w:t>
            </w:r>
          </w:p>
          <w:p w14:paraId="4A2C65CA" w14:textId="7C157EE1" w:rsidR="00901506" w:rsidRDefault="00901506" w:rsidP="00901506">
            <w:pPr>
              <w:numPr>
                <w:ilvl w:val="0"/>
                <w:numId w:val="51"/>
              </w:numPr>
              <w:spacing w:before="100" w:beforeAutospacing="1" w:after="100" w:afterAutospacing="1"/>
            </w:pPr>
            <w:r>
              <w:rPr>
                <w:rStyle w:val="Strong"/>
              </w:rPr>
              <w:t>Guided Practice:</w:t>
            </w:r>
          </w:p>
          <w:p w14:paraId="2449CA9B" w14:textId="77777777" w:rsidR="00901506" w:rsidRDefault="00901506" w:rsidP="00901506">
            <w:pPr>
              <w:numPr>
                <w:ilvl w:val="1"/>
                <w:numId w:val="51"/>
              </w:numPr>
              <w:spacing w:before="100" w:beforeAutospacing="1" w:after="100" w:afterAutospacing="1"/>
            </w:pPr>
            <w:r>
              <w:t xml:space="preserve">Pass out the </w:t>
            </w:r>
            <w:r w:rsidRPr="00901506">
              <w:rPr>
                <w:rStyle w:val="Strong"/>
                <w:b w:val="0"/>
                <w:bCs w:val="0"/>
              </w:rPr>
              <w:t>My Healthy Meal worksheet</w:t>
            </w:r>
          </w:p>
          <w:p w14:paraId="3DEE5614" w14:textId="77777777" w:rsidR="00901506" w:rsidRDefault="00901506" w:rsidP="00901506">
            <w:pPr>
              <w:numPr>
                <w:ilvl w:val="1"/>
                <w:numId w:val="51"/>
              </w:numPr>
              <w:spacing w:before="100" w:beforeAutospacing="1" w:after="100" w:afterAutospacing="1"/>
            </w:pPr>
            <w:r>
              <w:t>Walk students through selecting foods from each category using the cut-and-paste images</w:t>
            </w:r>
          </w:p>
          <w:p w14:paraId="7B6918D3" w14:textId="63C655E9" w:rsidR="00901506" w:rsidRDefault="00901506" w:rsidP="00901506">
            <w:pPr>
              <w:numPr>
                <w:ilvl w:val="1"/>
                <w:numId w:val="51"/>
              </w:numPr>
              <w:spacing w:before="100" w:beforeAutospacing="1" w:after="100" w:afterAutospacing="1"/>
            </w:pPr>
            <w:r>
              <w:t>Model one example per group (“Let’s pick some fruit together… I choose apple!”)</w:t>
            </w:r>
          </w:p>
          <w:p w14:paraId="42EB940C" w14:textId="494D8C95" w:rsidR="004A50FB" w:rsidRDefault="00901506" w:rsidP="004A50FB">
            <w:pPr>
              <w:numPr>
                <w:ilvl w:val="1"/>
                <w:numId w:val="51"/>
              </w:numPr>
              <w:spacing w:before="100" w:beforeAutospacing="1" w:after="100" w:afterAutospacing="1"/>
            </w:pPr>
            <w:r>
              <w:t>Let students color and glue the items onto their tray</w:t>
            </w:r>
          </w:p>
          <w:p w14:paraId="17E3C4C2" w14:textId="77777777" w:rsidR="002F3530" w:rsidRPr="002F3530" w:rsidRDefault="00901506" w:rsidP="002F3530">
            <w:pPr>
              <w:pStyle w:val="ListParagraph"/>
              <w:numPr>
                <w:ilvl w:val="0"/>
                <w:numId w:val="51"/>
              </w:numPr>
              <w:spacing w:before="100" w:beforeAutospacing="1" w:after="100" w:afterAutospacing="1"/>
              <w:rPr>
                <w:rStyle w:val="Strong"/>
                <w:b w:val="0"/>
                <w:bCs w:val="0"/>
              </w:rPr>
            </w:pPr>
            <w:r>
              <w:rPr>
                <w:rStyle w:val="Strong"/>
              </w:rPr>
              <w:t>Partner Share</w:t>
            </w:r>
            <w:r w:rsidR="004A50FB">
              <w:rPr>
                <w:rStyle w:val="Strong"/>
              </w:rPr>
              <w:t xml:space="preserve"> &amp; Writing</w:t>
            </w:r>
            <w:r w:rsidR="002F3530">
              <w:rPr>
                <w:rStyle w:val="Strong"/>
              </w:rPr>
              <w:t xml:space="preserve">: </w:t>
            </w:r>
          </w:p>
          <w:p w14:paraId="53A8E5DA" w14:textId="40328A5B" w:rsidR="002F3530" w:rsidRDefault="002F3530" w:rsidP="002F3530">
            <w:pPr>
              <w:pStyle w:val="ListParagraph"/>
              <w:spacing w:before="100" w:beforeAutospacing="1" w:after="100" w:afterAutospacing="1"/>
            </w:pPr>
            <w:r>
              <w:t xml:space="preserve">       - </w:t>
            </w:r>
            <w:r w:rsidR="004A50FB">
              <w:t>Students</w:t>
            </w:r>
            <w:r w:rsidR="00901506">
              <w:t xml:space="preserve"> turn to a neighbor and say: “This is my healthy meal. I chose ___ for my ___.”</w:t>
            </w:r>
            <w:r>
              <w:t xml:space="preserve"> </w:t>
            </w:r>
          </w:p>
          <w:p w14:paraId="7ACE08BC" w14:textId="46B0A29F" w:rsidR="002F3530" w:rsidRDefault="002F3530" w:rsidP="002F3530">
            <w:pPr>
              <w:pStyle w:val="ListParagraph"/>
              <w:spacing w:before="100" w:beforeAutospacing="1" w:after="100" w:afterAutospacing="1"/>
            </w:pPr>
            <w:r>
              <w:t xml:space="preserve">       - Have students turn their worksheet over to the back side and write their sentence explaining     their choices.</w:t>
            </w:r>
          </w:p>
          <w:p w14:paraId="7DDF23A1" w14:textId="015B8AAD" w:rsidR="00901506" w:rsidRDefault="002F3530" w:rsidP="002F3530">
            <w:pPr>
              <w:pStyle w:val="ListParagraph"/>
              <w:spacing w:before="100" w:beforeAutospacing="1" w:after="100" w:afterAutospacing="1"/>
            </w:pPr>
            <w:r>
              <w:t xml:space="preserve">       - </w:t>
            </w:r>
            <w:r w:rsidR="00901506">
              <w:t>Use sentence frames and food vocabulary cards to support ELDs</w:t>
            </w:r>
            <w:r w:rsidR="004A50FB">
              <w:t xml:space="preserve"> during writing</w:t>
            </w:r>
            <w:r>
              <w:t>.</w:t>
            </w:r>
          </w:p>
          <w:p w14:paraId="311FF6B5" w14:textId="5AA3CBB4" w:rsidR="00DE1BF7" w:rsidRPr="00315705" w:rsidRDefault="00DE1BF7" w:rsidP="00901506">
            <w:pPr>
              <w:pStyle w:val="NormalWeb"/>
            </w:pP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3F19E58" w14:textId="77777777" w:rsidR="00901506" w:rsidRDefault="00901506" w:rsidP="00901506">
            <w:pPr>
              <w:spacing w:before="100" w:beforeAutospacing="1" w:after="100" w:afterAutospacing="1"/>
            </w:pPr>
            <w:r>
              <w:rPr>
                <w:rStyle w:val="Strong"/>
              </w:rPr>
              <w:t>Formative:</w:t>
            </w:r>
          </w:p>
          <w:p w14:paraId="47548D41" w14:textId="77777777" w:rsidR="00901506" w:rsidRDefault="00901506" w:rsidP="00901506">
            <w:pPr>
              <w:numPr>
                <w:ilvl w:val="0"/>
                <w:numId w:val="52"/>
              </w:numPr>
              <w:spacing w:before="100" w:beforeAutospacing="1" w:after="100" w:afterAutospacing="1"/>
            </w:pPr>
            <w:r>
              <w:t>Observation during sorting activity and partner share</w:t>
            </w:r>
          </w:p>
          <w:p w14:paraId="11BBD70D" w14:textId="77777777" w:rsidR="00901506" w:rsidRDefault="00901506" w:rsidP="00901506">
            <w:pPr>
              <w:numPr>
                <w:ilvl w:val="0"/>
                <w:numId w:val="52"/>
              </w:numPr>
              <w:spacing w:before="100" w:beforeAutospacing="1" w:after="100" w:afterAutospacing="1"/>
            </w:pPr>
            <w:r>
              <w:t>Anecdotal notes on student ability to identify foods and explain their choices orally</w:t>
            </w:r>
          </w:p>
          <w:p w14:paraId="6E35B86E" w14:textId="77777777" w:rsidR="00901506" w:rsidRDefault="00901506" w:rsidP="00901506">
            <w:pPr>
              <w:spacing w:before="100" w:beforeAutospacing="1" w:after="100" w:afterAutospacing="1"/>
            </w:pPr>
            <w:r>
              <w:rPr>
                <w:rStyle w:val="Strong"/>
              </w:rPr>
              <w:t>Summative:</w:t>
            </w:r>
          </w:p>
          <w:p w14:paraId="1DF14255" w14:textId="77777777" w:rsidR="00901506" w:rsidRDefault="00901506" w:rsidP="00901506">
            <w:pPr>
              <w:numPr>
                <w:ilvl w:val="0"/>
                <w:numId w:val="53"/>
              </w:numPr>
              <w:spacing w:before="100" w:beforeAutospacing="1" w:after="100" w:afterAutospacing="1"/>
            </w:pPr>
            <w:r>
              <w:t xml:space="preserve">Completed </w:t>
            </w:r>
            <w:r>
              <w:rPr>
                <w:rStyle w:val="Strong"/>
              </w:rPr>
              <w:t>My Healthy Meal</w:t>
            </w:r>
            <w:r>
              <w:t xml:space="preserve"> worksheet with one item accurately categorized in each group</w:t>
            </w:r>
          </w:p>
          <w:p w14:paraId="0FCC8B2C" w14:textId="0471E49A" w:rsidR="00A8077B" w:rsidRPr="00315705" w:rsidRDefault="00901506" w:rsidP="00901506">
            <w:pPr>
              <w:numPr>
                <w:ilvl w:val="0"/>
                <w:numId w:val="53"/>
              </w:numPr>
              <w:spacing w:before="100" w:beforeAutospacing="1" w:after="100" w:afterAutospacing="1"/>
            </w:pPr>
            <w:r>
              <w:t>Participation in oral sharing using appropriate vocabulary</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105CF7F0" w14:textId="536498DA" w:rsidR="00901506" w:rsidRDefault="00901506" w:rsidP="00901506">
            <w:pPr>
              <w:spacing w:before="100" w:beforeAutospacing="1" w:after="100" w:afterAutospacing="1"/>
            </w:pPr>
            <w:r>
              <w:rPr>
                <w:rFonts w:hAnsi="Symbol"/>
              </w:rPr>
              <w:t></w:t>
            </w:r>
            <w:r>
              <w:t xml:space="preserve"> Whole group debrief: “What makes a healthy meal?” “Why do we need all these food groups?”</w:t>
            </w:r>
          </w:p>
          <w:p w14:paraId="59A0710D" w14:textId="67C31F79" w:rsidR="00901506" w:rsidRDefault="00901506" w:rsidP="00901506">
            <w:pPr>
              <w:spacing w:before="100" w:beforeAutospacing="1" w:after="100" w:afterAutospacing="1"/>
            </w:pPr>
            <w:r>
              <w:rPr>
                <w:rFonts w:hAnsi="Symbol"/>
              </w:rPr>
              <w:t></w:t>
            </w:r>
            <w:r>
              <w:t xml:space="preserve"> Quick thumbs-up check: “Who thinks they made a balanced meal today?”</w:t>
            </w:r>
          </w:p>
          <w:p w14:paraId="7B1DE8C5" w14:textId="406DF5C0" w:rsidR="00901506" w:rsidRDefault="00901506" w:rsidP="00901506">
            <w:pPr>
              <w:spacing w:before="100" w:beforeAutospacing="1" w:after="100" w:afterAutospacing="1"/>
            </w:pPr>
            <w:r>
              <w:rPr>
                <w:rFonts w:hAnsi="Symbol"/>
              </w:rPr>
              <w:t></w:t>
            </w:r>
            <w:r>
              <w:t xml:space="preserve"> Announce that tomorrow they will explore </w:t>
            </w:r>
            <w:r>
              <w:rPr>
                <w:rStyle w:val="Strong"/>
              </w:rPr>
              <w:t>how these foods help our bodies</w:t>
            </w:r>
            <w:r>
              <w:t>—just like they help animals in nature.</w:t>
            </w:r>
          </w:p>
          <w:p w14:paraId="6D468A2A" w14:textId="542DED7A" w:rsidR="00D520CC" w:rsidRPr="00315705" w:rsidRDefault="00D520CC" w:rsidP="00901506">
            <w:pPr>
              <w:pStyle w:val="NormalWeb"/>
            </w:pP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3150BF4A" w14:textId="77777777" w:rsidR="00087125" w:rsidRPr="001D7986" w:rsidRDefault="00D520CC" w:rsidP="00087125">
            <w:pPr>
              <w:pStyle w:val="ListParagraph"/>
              <w:numPr>
                <w:ilvl w:val="0"/>
                <w:numId w:val="54"/>
              </w:numPr>
              <w:rPr>
                <w:rFonts w:eastAsiaTheme="minorHAnsi"/>
                <w:color w:val="000000"/>
                <w:sz w:val="22"/>
                <w:szCs w:val="22"/>
              </w:rPr>
            </w:pPr>
            <w:r w:rsidRPr="001D7986">
              <w:rPr>
                <w:rFonts w:eastAsiaTheme="minorHAnsi"/>
                <w:color w:val="000000"/>
                <w:sz w:val="22"/>
                <w:szCs w:val="22"/>
              </w:rPr>
              <w:t>What was most effective about this lesson? What evidence do you have to support your response in terms of content understanding and in classroom management?</w:t>
            </w:r>
          </w:p>
          <w:p w14:paraId="54B04B3A" w14:textId="77777777" w:rsidR="00087125" w:rsidRPr="001D7986" w:rsidRDefault="00087125" w:rsidP="00087125">
            <w:pPr>
              <w:pStyle w:val="ListParagraph"/>
              <w:rPr>
                <w:rFonts w:eastAsiaTheme="minorHAnsi"/>
                <w:color w:val="000000"/>
                <w:sz w:val="22"/>
                <w:szCs w:val="22"/>
              </w:rPr>
            </w:pPr>
          </w:p>
          <w:p w14:paraId="2A8DB052" w14:textId="01C7450A" w:rsidR="00087125" w:rsidRPr="001D7986" w:rsidRDefault="00087125" w:rsidP="00087125">
            <w:pPr>
              <w:pStyle w:val="ListParagraph"/>
              <w:rPr>
                <w:sz w:val="22"/>
                <w:szCs w:val="22"/>
              </w:rPr>
            </w:pPr>
            <w:r w:rsidRPr="001D7986">
              <w:rPr>
                <w:sz w:val="22"/>
                <w:szCs w:val="22"/>
              </w:rPr>
              <w:t>The worksheet activity with cut-and-paste food items was a hit. Students were able to sort and categorize correctly with the help of the visual supports. Talking about their own lunch helped make the lesson personal and real.</w:t>
            </w:r>
          </w:p>
          <w:p w14:paraId="3F881579" w14:textId="77777777" w:rsidR="00087125" w:rsidRPr="001D7986" w:rsidRDefault="00087125" w:rsidP="00087125">
            <w:pPr>
              <w:pStyle w:val="ListParagraph"/>
              <w:rPr>
                <w:rFonts w:eastAsiaTheme="minorHAnsi"/>
                <w:color w:val="000000"/>
                <w:sz w:val="22"/>
                <w:szCs w:val="22"/>
              </w:rPr>
            </w:pPr>
          </w:p>
          <w:p w14:paraId="7A98C0C6" w14:textId="77777777" w:rsidR="00087125" w:rsidRPr="001D7986" w:rsidRDefault="00D520CC" w:rsidP="00087125">
            <w:pPr>
              <w:pStyle w:val="ListParagraph"/>
              <w:numPr>
                <w:ilvl w:val="0"/>
                <w:numId w:val="54"/>
              </w:numPr>
              <w:rPr>
                <w:rFonts w:eastAsiaTheme="minorHAnsi"/>
                <w:color w:val="000000"/>
                <w:sz w:val="22"/>
                <w:szCs w:val="22"/>
              </w:rPr>
            </w:pPr>
            <w:r w:rsidRPr="001D7986">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17F418A7" w14:textId="77777777" w:rsidR="00087125" w:rsidRPr="001D7986" w:rsidRDefault="00087125" w:rsidP="00087125">
            <w:pPr>
              <w:pStyle w:val="ListParagraph"/>
              <w:rPr>
                <w:rFonts w:eastAsiaTheme="minorHAnsi"/>
                <w:color w:val="000000"/>
                <w:sz w:val="22"/>
                <w:szCs w:val="22"/>
              </w:rPr>
            </w:pPr>
          </w:p>
          <w:p w14:paraId="1544160C" w14:textId="512873EC" w:rsidR="00087125" w:rsidRPr="001D7986" w:rsidRDefault="00087125" w:rsidP="00087125">
            <w:pPr>
              <w:pStyle w:val="ListParagraph"/>
              <w:rPr>
                <w:sz w:val="22"/>
                <w:szCs w:val="22"/>
              </w:rPr>
            </w:pPr>
            <w:r w:rsidRPr="001D7986">
              <w:rPr>
                <w:sz w:val="22"/>
                <w:szCs w:val="22"/>
              </w:rPr>
              <w:lastRenderedPageBreak/>
              <w:t>I’d make sure to pre-teach the difference between grains and proteins, some students got confused with things like beans or rice. Also, next time I’d set a timer for each group so transitions to coloring and labeling stay smooth.</w:t>
            </w:r>
          </w:p>
          <w:p w14:paraId="7DBEE73D" w14:textId="77777777" w:rsidR="00087125" w:rsidRPr="001D7986" w:rsidRDefault="00087125" w:rsidP="00087125">
            <w:pPr>
              <w:pStyle w:val="ListParagraph"/>
              <w:rPr>
                <w:rFonts w:eastAsiaTheme="minorHAnsi"/>
                <w:color w:val="000000"/>
                <w:sz w:val="22"/>
                <w:szCs w:val="22"/>
              </w:rPr>
            </w:pPr>
          </w:p>
          <w:p w14:paraId="43B1DF55" w14:textId="77777777" w:rsidR="00087125" w:rsidRPr="001D7986" w:rsidRDefault="00D520CC" w:rsidP="00087125">
            <w:pPr>
              <w:pStyle w:val="ListParagraph"/>
              <w:numPr>
                <w:ilvl w:val="0"/>
                <w:numId w:val="54"/>
              </w:numPr>
              <w:rPr>
                <w:rFonts w:eastAsiaTheme="minorHAnsi"/>
                <w:color w:val="000000"/>
                <w:sz w:val="22"/>
                <w:szCs w:val="22"/>
              </w:rPr>
            </w:pPr>
            <w:r w:rsidRPr="001D7986">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184386AB" w14:textId="77777777" w:rsidR="00087125" w:rsidRPr="001D7986" w:rsidRDefault="00087125" w:rsidP="00087125">
            <w:pPr>
              <w:pStyle w:val="ListParagraph"/>
              <w:rPr>
                <w:sz w:val="22"/>
                <w:szCs w:val="22"/>
              </w:rPr>
            </w:pPr>
          </w:p>
          <w:p w14:paraId="40790E1F" w14:textId="13434F3D" w:rsidR="00087125" w:rsidRPr="001D7986" w:rsidRDefault="00087125" w:rsidP="00087125">
            <w:pPr>
              <w:pStyle w:val="ListParagraph"/>
              <w:rPr>
                <w:sz w:val="22"/>
                <w:szCs w:val="22"/>
              </w:rPr>
            </w:pPr>
            <w:r w:rsidRPr="001D7986">
              <w:rPr>
                <w:sz w:val="22"/>
                <w:szCs w:val="22"/>
              </w:rPr>
              <w:t>Asking questions like “Why did you choose yogurt for dairy?” made students stop and think about food purpose. Their responses during partner sharing showed they were learning the vocab and categories. Giving praise like “That’s a balanced meal!” motivated them to keep going.</w:t>
            </w:r>
          </w:p>
          <w:p w14:paraId="0A3FD1A7" w14:textId="77777777" w:rsidR="00087125" w:rsidRPr="001D7986" w:rsidRDefault="00087125" w:rsidP="00087125">
            <w:pPr>
              <w:pStyle w:val="ListParagraph"/>
              <w:rPr>
                <w:rFonts w:eastAsiaTheme="minorHAnsi"/>
                <w:color w:val="000000"/>
                <w:sz w:val="22"/>
                <w:szCs w:val="22"/>
              </w:rPr>
            </w:pPr>
          </w:p>
          <w:p w14:paraId="5022C1C0" w14:textId="77777777" w:rsidR="00087125" w:rsidRPr="001D7986" w:rsidRDefault="00DE1BF7" w:rsidP="00087125">
            <w:pPr>
              <w:pStyle w:val="ListParagraph"/>
              <w:numPr>
                <w:ilvl w:val="0"/>
                <w:numId w:val="54"/>
              </w:numPr>
              <w:rPr>
                <w:sz w:val="22"/>
                <w:szCs w:val="22"/>
              </w:rPr>
            </w:pPr>
            <w:r w:rsidRPr="001D7986">
              <w:rPr>
                <w:sz w:val="22"/>
                <w:szCs w:val="22"/>
              </w:rPr>
              <w:t xml:space="preserve">Based on your responses above (#1-3), how would formal/informal assessment data from the lesson inform the changes you would make in the next lesson in this series?  </w:t>
            </w:r>
          </w:p>
          <w:p w14:paraId="398BBF90" w14:textId="77777777" w:rsidR="00087125" w:rsidRPr="001D7986" w:rsidRDefault="00087125" w:rsidP="00087125">
            <w:pPr>
              <w:pStyle w:val="ListParagraph"/>
              <w:rPr>
                <w:sz w:val="22"/>
                <w:szCs w:val="22"/>
              </w:rPr>
            </w:pPr>
          </w:p>
          <w:p w14:paraId="6DC460ED" w14:textId="7791723D" w:rsidR="00087125" w:rsidRPr="001D7986" w:rsidRDefault="00087125" w:rsidP="00087125">
            <w:pPr>
              <w:pStyle w:val="ListParagraph"/>
              <w:rPr>
                <w:sz w:val="22"/>
                <w:szCs w:val="22"/>
              </w:rPr>
            </w:pPr>
            <w:r w:rsidRPr="001D7986">
              <w:rPr>
                <w:sz w:val="22"/>
                <w:szCs w:val="22"/>
              </w:rPr>
              <w:t>Students mostly understood the food groups, so in the next lesson I’ll build on that by talking about what these foods do for our bodies. I’ll use the same structure, visuals, sorting, and discussion, because it clearly worked.</w:t>
            </w:r>
          </w:p>
          <w:p w14:paraId="0C6BE9C3" w14:textId="606FBBFD" w:rsidR="00087125" w:rsidRPr="00087125" w:rsidRDefault="00087125" w:rsidP="00087125">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0860CDDA"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74044E">
              <w:rPr>
                <w:sz w:val="22"/>
                <w:szCs w:val="22"/>
              </w:rPr>
              <w:t>4</w:t>
            </w:r>
            <w:r>
              <w:rPr>
                <w:sz w:val="22"/>
                <w:szCs w:val="22"/>
              </w:rPr>
              <w:t>/</w:t>
            </w:r>
            <w:r w:rsidR="0074044E">
              <w:rPr>
                <w:sz w:val="22"/>
                <w:szCs w:val="22"/>
              </w:rPr>
              <w:t>15</w:t>
            </w:r>
            <w:r>
              <w:rPr>
                <w:sz w:val="22"/>
                <w:szCs w:val="22"/>
              </w:rPr>
              <w:t>/</w:t>
            </w:r>
            <w:r w:rsidR="0074044E">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11909FD7" w14:textId="781EA6D0" w:rsidR="0074044E" w:rsidRPr="002A4419" w:rsidRDefault="0074044E" w:rsidP="0074044E">
            <w:pPr>
              <w:jc w:val="center"/>
              <w:rPr>
                <w:sz w:val="22"/>
                <w:szCs w:val="22"/>
              </w:rPr>
            </w:pPr>
            <w:r>
              <w:rPr>
                <w:sz w:val="22"/>
                <w:szCs w:val="22"/>
              </w:rPr>
              <w:t>1st</w:t>
            </w: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207A888D" w:rsidR="00A65332" w:rsidRPr="00315705" w:rsidRDefault="00A47C86" w:rsidP="00315705">
            <w:pPr>
              <w:jc w:val="center"/>
              <w:rPr>
                <w:sz w:val="22"/>
                <w:szCs w:val="22"/>
              </w:rPr>
            </w:pPr>
            <w:r>
              <w:rPr>
                <w:sz w:val="22"/>
                <w:szCs w:val="22"/>
              </w:rPr>
              <w:t>Mathematics – Measurement &amp; Data</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 xml:space="preserve">504 </w:t>
            </w:r>
            <w:proofErr w:type="gramStart"/>
            <w:r w:rsidR="00A65332" w:rsidRPr="002A4419">
              <w:rPr>
                <w:szCs w:val="16"/>
              </w:rPr>
              <w:t>plan</w:t>
            </w:r>
            <w:proofErr w:type="gramEnd"/>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9A176B"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9A176B" w:rsidRDefault="00144D50" w:rsidP="006264F7">
            <w:pPr>
              <w:keepNext/>
              <w:outlineLvl w:val="0"/>
              <w:rPr>
                <w:b/>
                <w:bCs/>
                <w:sz w:val="22"/>
                <w:szCs w:val="22"/>
              </w:rPr>
            </w:pPr>
            <w:r w:rsidRPr="009A176B">
              <w:rPr>
                <w:b/>
                <w:sz w:val="22"/>
                <w:szCs w:val="22"/>
              </w:rPr>
              <w:t>Standard</w:t>
            </w:r>
            <w:r w:rsidR="005F548B" w:rsidRPr="009A176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2A8C29E" w14:textId="77777777" w:rsidR="00315705" w:rsidRPr="009A176B" w:rsidRDefault="00144D50" w:rsidP="00315705">
            <w:pPr>
              <w:keepNext/>
              <w:outlineLvl w:val="0"/>
              <w:rPr>
                <w:rFonts w:eastAsia="Times"/>
                <w:b/>
                <w:bCs/>
                <w:sz w:val="22"/>
                <w:szCs w:val="22"/>
              </w:rPr>
            </w:pPr>
            <w:r w:rsidRPr="009A176B">
              <w:rPr>
                <w:rFonts w:eastAsia="Times"/>
                <w:b/>
                <w:bCs/>
                <w:sz w:val="22"/>
                <w:szCs w:val="22"/>
              </w:rPr>
              <w:t>Common Core/Content Standard</w:t>
            </w:r>
            <w:r w:rsidR="005F548B" w:rsidRPr="009A176B">
              <w:rPr>
                <w:rFonts w:eastAsia="Times"/>
                <w:b/>
                <w:bCs/>
                <w:sz w:val="22"/>
                <w:szCs w:val="22"/>
              </w:rPr>
              <w:t>(s)</w:t>
            </w:r>
            <w:r w:rsidRPr="009A176B">
              <w:rPr>
                <w:rFonts w:eastAsia="Times"/>
                <w:b/>
                <w:bCs/>
                <w:sz w:val="22"/>
                <w:szCs w:val="22"/>
              </w:rPr>
              <w:t>:</w:t>
            </w:r>
          </w:p>
          <w:p w14:paraId="6AF4F294" w14:textId="5DFDDA13" w:rsidR="00315705" w:rsidRPr="009A176B" w:rsidRDefault="00187A99" w:rsidP="00187A99">
            <w:pPr>
              <w:pStyle w:val="ListParagraph"/>
              <w:keepNext/>
              <w:numPr>
                <w:ilvl w:val="0"/>
                <w:numId w:val="48"/>
              </w:numPr>
              <w:outlineLvl w:val="0"/>
              <w:rPr>
                <w:rFonts w:eastAsia="Times"/>
                <w:b/>
                <w:bCs/>
                <w:sz w:val="22"/>
                <w:szCs w:val="22"/>
              </w:rPr>
            </w:pPr>
            <w:r w:rsidRPr="009A176B">
              <w:rPr>
                <w:sz w:val="22"/>
                <w:szCs w:val="22"/>
              </w:rPr>
              <w:t>CCSS.MATH.CONTENT.1.MD.A.1 – Order three objects by length; compare the lengths of two objects indirectly by using a third object.</w:t>
            </w:r>
          </w:p>
        </w:tc>
        <w:tc>
          <w:tcPr>
            <w:tcW w:w="5400" w:type="dxa"/>
            <w:tcBorders>
              <w:top w:val="thickThinSmallGap" w:sz="24" w:space="0" w:color="auto"/>
              <w:left w:val="thickThinSmallGap" w:sz="24" w:space="0" w:color="auto"/>
              <w:right w:val="thickThinSmallGap" w:sz="24" w:space="0" w:color="auto"/>
            </w:tcBorders>
          </w:tcPr>
          <w:p w14:paraId="30BB6F04" w14:textId="77777777" w:rsidR="00315705" w:rsidRPr="009A176B" w:rsidRDefault="00144D50" w:rsidP="00315705">
            <w:pPr>
              <w:rPr>
                <w:rFonts w:eastAsia="Times"/>
                <w:b/>
                <w:bCs/>
                <w:sz w:val="22"/>
                <w:szCs w:val="22"/>
              </w:rPr>
            </w:pPr>
            <w:r w:rsidRPr="009A176B">
              <w:rPr>
                <w:rFonts w:eastAsia="Times"/>
                <w:b/>
                <w:bCs/>
                <w:sz w:val="22"/>
                <w:szCs w:val="22"/>
              </w:rPr>
              <w:t>ELD Standard</w:t>
            </w:r>
            <w:r w:rsidR="005F548B" w:rsidRPr="009A176B">
              <w:rPr>
                <w:rFonts w:eastAsia="Times"/>
                <w:b/>
                <w:bCs/>
                <w:sz w:val="22"/>
                <w:szCs w:val="22"/>
              </w:rPr>
              <w:t>(s)</w:t>
            </w:r>
            <w:r w:rsidR="006264F7" w:rsidRPr="009A176B">
              <w:rPr>
                <w:rFonts w:eastAsia="Times"/>
                <w:b/>
                <w:bCs/>
                <w:sz w:val="22"/>
                <w:szCs w:val="22"/>
              </w:rPr>
              <w:t>:</w:t>
            </w:r>
          </w:p>
          <w:p w14:paraId="520B1439" w14:textId="70E889B5" w:rsidR="00315705" w:rsidRPr="009A176B" w:rsidRDefault="00187A99" w:rsidP="00187A99">
            <w:pPr>
              <w:pStyle w:val="ListParagraph"/>
              <w:numPr>
                <w:ilvl w:val="0"/>
                <w:numId w:val="48"/>
              </w:numPr>
              <w:rPr>
                <w:rFonts w:eastAsia="Times"/>
                <w:b/>
                <w:bCs/>
                <w:sz w:val="22"/>
                <w:szCs w:val="22"/>
              </w:rPr>
            </w:pPr>
            <w:r w:rsidRPr="009A176B">
              <w:rPr>
                <w:sz w:val="22"/>
                <w:szCs w:val="22"/>
              </w:rPr>
              <w:t>ELD.PI.1.1. Ex – Exchanging information and ideas with others through oral collaborative conversations on familiar topics.</w:t>
            </w:r>
          </w:p>
        </w:tc>
      </w:tr>
      <w:tr w:rsidR="006B039E" w:rsidRPr="009A176B"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9A176B" w:rsidRDefault="006B039E" w:rsidP="006264F7">
            <w:pPr>
              <w:keepNext/>
              <w:outlineLvl w:val="0"/>
              <w:rPr>
                <w:b/>
                <w:sz w:val="22"/>
                <w:szCs w:val="22"/>
              </w:rPr>
            </w:pPr>
            <w:r w:rsidRPr="009A176B">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4817A6FE" w14:textId="77777777" w:rsidR="00315705" w:rsidRPr="009A176B" w:rsidRDefault="006B039E" w:rsidP="00315705">
            <w:pPr>
              <w:keepNext/>
              <w:outlineLvl w:val="0"/>
              <w:rPr>
                <w:rFonts w:eastAsia="Times"/>
                <w:sz w:val="22"/>
                <w:szCs w:val="22"/>
              </w:rPr>
            </w:pPr>
            <w:r w:rsidRPr="009A176B">
              <w:rPr>
                <w:rFonts w:eastAsia="Times"/>
                <w:sz w:val="22"/>
                <w:szCs w:val="22"/>
              </w:rPr>
              <w:t xml:space="preserve">Lesson Objective(s)/Goal(s): </w:t>
            </w:r>
          </w:p>
          <w:p w14:paraId="07C19E8C" w14:textId="17DECF76" w:rsidR="00315705" w:rsidRPr="009A176B" w:rsidRDefault="00187A99" w:rsidP="00187A99">
            <w:pPr>
              <w:pStyle w:val="ListParagraph"/>
              <w:keepNext/>
              <w:numPr>
                <w:ilvl w:val="0"/>
                <w:numId w:val="48"/>
              </w:numPr>
              <w:outlineLvl w:val="0"/>
              <w:rPr>
                <w:rFonts w:eastAsia="Times"/>
                <w:sz w:val="22"/>
                <w:szCs w:val="22"/>
              </w:rPr>
            </w:pPr>
            <w:r w:rsidRPr="009A176B">
              <w:rPr>
                <w:rFonts w:eastAsia="Times"/>
                <w:sz w:val="22"/>
                <w:szCs w:val="22"/>
              </w:rPr>
              <w:t>By the end of the lesson, given their math book problems as well as scaffolded instruction in their center activity, students will be able to compare and order objects by length from shortest to longest with at least 80% accuracy by completion of their math book problems.</w:t>
            </w:r>
          </w:p>
        </w:tc>
        <w:tc>
          <w:tcPr>
            <w:tcW w:w="5400" w:type="dxa"/>
            <w:tcBorders>
              <w:top w:val="thickThinSmallGap" w:sz="24" w:space="0" w:color="auto"/>
              <w:left w:val="thickThinSmallGap" w:sz="24" w:space="0" w:color="auto"/>
              <w:right w:val="thickThinSmallGap" w:sz="24" w:space="0" w:color="auto"/>
            </w:tcBorders>
          </w:tcPr>
          <w:p w14:paraId="042C243E" w14:textId="77777777" w:rsidR="00187A99" w:rsidRPr="009A176B" w:rsidRDefault="006B039E" w:rsidP="00187A99">
            <w:pPr>
              <w:rPr>
                <w:b/>
                <w:sz w:val="22"/>
                <w:szCs w:val="22"/>
              </w:rPr>
            </w:pPr>
            <w:r w:rsidRPr="009A176B">
              <w:rPr>
                <w:b/>
                <w:sz w:val="22"/>
                <w:szCs w:val="22"/>
              </w:rPr>
              <w:t>Language Objective(s):</w:t>
            </w:r>
          </w:p>
          <w:p w14:paraId="29EC03ED" w14:textId="36B62166" w:rsidR="00315705" w:rsidRPr="009A176B" w:rsidRDefault="00187A99" w:rsidP="00187A99">
            <w:pPr>
              <w:pStyle w:val="ListParagraph"/>
              <w:numPr>
                <w:ilvl w:val="0"/>
                <w:numId w:val="48"/>
              </w:numPr>
              <w:rPr>
                <w:b/>
                <w:sz w:val="22"/>
                <w:szCs w:val="22"/>
              </w:rPr>
            </w:pPr>
            <w:r w:rsidRPr="009A176B">
              <w:rPr>
                <w:sz w:val="22"/>
                <w:szCs w:val="22"/>
              </w:rPr>
              <w:t>Students will use comparative vocabulary (shorter, longer, tallest) to describe and order objects during center work with partners.</w:t>
            </w:r>
          </w:p>
        </w:tc>
      </w:tr>
      <w:tr w:rsidR="006B039E" w:rsidRPr="009A176B"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9A176B" w:rsidRDefault="001D7266" w:rsidP="006B039E">
            <w:pPr>
              <w:rPr>
                <w:b/>
                <w:sz w:val="22"/>
                <w:szCs w:val="22"/>
              </w:rPr>
            </w:pPr>
            <w:r w:rsidRPr="009A176B">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66D8D278" w14:textId="77777777" w:rsidR="00187A99" w:rsidRPr="009A176B" w:rsidRDefault="00187A99" w:rsidP="00187A99">
            <w:pPr>
              <w:numPr>
                <w:ilvl w:val="0"/>
                <w:numId w:val="49"/>
              </w:numPr>
              <w:spacing w:before="100" w:beforeAutospacing="1" w:after="100" w:afterAutospacing="1"/>
              <w:rPr>
                <w:sz w:val="22"/>
                <w:szCs w:val="22"/>
              </w:rPr>
            </w:pPr>
            <w:r w:rsidRPr="009A176B">
              <w:rPr>
                <w:rStyle w:val="Strong"/>
                <w:sz w:val="22"/>
                <w:szCs w:val="22"/>
              </w:rPr>
              <w:t>Functions</w:t>
            </w:r>
            <w:r w:rsidRPr="009A176B">
              <w:rPr>
                <w:sz w:val="22"/>
                <w:szCs w:val="22"/>
              </w:rPr>
              <w:t>: Compare, Order</w:t>
            </w:r>
          </w:p>
          <w:p w14:paraId="270F2069" w14:textId="77777777" w:rsidR="00187A99" w:rsidRPr="009A176B" w:rsidRDefault="00187A99" w:rsidP="00187A99">
            <w:pPr>
              <w:numPr>
                <w:ilvl w:val="0"/>
                <w:numId w:val="49"/>
              </w:numPr>
              <w:spacing w:before="100" w:beforeAutospacing="1" w:after="100" w:afterAutospacing="1"/>
              <w:rPr>
                <w:sz w:val="22"/>
                <w:szCs w:val="22"/>
              </w:rPr>
            </w:pPr>
            <w:r w:rsidRPr="009A176B">
              <w:rPr>
                <w:rStyle w:val="Strong"/>
                <w:sz w:val="22"/>
                <w:szCs w:val="22"/>
              </w:rPr>
              <w:t>Vocabulary</w:t>
            </w:r>
            <w:r w:rsidRPr="009A176B">
              <w:rPr>
                <w:sz w:val="22"/>
                <w:szCs w:val="22"/>
              </w:rPr>
              <w:t>: long, short, longer, shorter, longest</w:t>
            </w:r>
          </w:p>
          <w:p w14:paraId="0A5B1552" w14:textId="77777777" w:rsidR="00187A99" w:rsidRPr="009A176B" w:rsidRDefault="00187A99" w:rsidP="00187A99">
            <w:pPr>
              <w:numPr>
                <w:ilvl w:val="0"/>
                <w:numId w:val="49"/>
              </w:numPr>
              <w:spacing w:before="100" w:beforeAutospacing="1" w:after="100" w:afterAutospacing="1"/>
              <w:rPr>
                <w:sz w:val="22"/>
                <w:szCs w:val="22"/>
              </w:rPr>
            </w:pPr>
            <w:r w:rsidRPr="009A176B">
              <w:rPr>
                <w:rStyle w:val="Strong"/>
                <w:sz w:val="22"/>
                <w:szCs w:val="22"/>
              </w:rPr>
              <w:t>Discourse</w:t>
            </w:r>
            <w:r w:rsidRPr="009A176B">
              <w:rPr>
                <w:sz w:val="22"/>
                <w:szCs w:val="22"/>
              </w:rPr>
              <w:t>: “The pencil is longer than the crayon.”</w:t>
            </w:r>
          </w:p>
          <w:p w14:paraId="0377DB37" w14:textId="4CB31908" w:rsidR="006B039E" w:rsidRPr="009A176B" w:rsidRDefault="00187A99" w:rsidP="00187A99">
            <w:pPr>
              <w:numPr>
                <w:ilvl w:val="0"/>
                <w:numId w:val="49"/>
              </w:numPr>
              <w:spacing w:before="100" w:beforeAutospacing="1" w:after="100" w:afterAutospacing="1"/>
              <w:rPr>
                <w:sz w:val="22"/>
                <w:szCs w:val="22"/>
              </w:rPr>
            </w:pPr>
            <w:r w:rsidRPr="009A176B">
              <w:rPr>
                <w:rStyle w:val="Strong"/>
                <w:sz w:val="22"/>
                <w:szCs w:val="22"/>
              </w:rPr>
              <w:t>Syntax</w:t>
            </w:r>
            <w:r w:rsidRPr="009A176B">
              <w:rPr>
                <w:sz w:val="22"/>
                <w:szCs w:val="22"/>
              </w:rPr>
              <w:t>: Using comparative sentence frames: “The ___ is longer than the ___.”</w:t>
            </w:r>
          </w:p>
        </w:tc>
      </w:tr>
      <w:tr w:rsidR="006B039E" w:rsidRPr="009A176B"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9A176B" w:rsidRDefault="29C6A204" w:rsidP="29C6A204">
            <w:pPr>
              <w:rPr>
                <w:b/>
                <w:bCs/>
                <w:sz w:val="22"/>
                <w:szCs w:val="22"/>
              </w:rPr>
            </w:pPr>
            <w:r w:rsidRPr="009A176B">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0DA08D21" w14:textId="55569C7F" w:rsidR="00187A99" w:rsidRPr="009A176B" w:rsidRDefault="00187A99" w:rsidP="00187A99">
            <w:pPr>
              <w:numPr>
                <w:ilvl w:val="0"/>
                <w:numId w:val="50"/>
              </w:numPr>
              <w:spacing w:before="100" w:beforeAutospacing="1" w:after="100" w:afterAutospacing="1"/>
              <w:rPr>
                <w:sz w:val="22"/>
                <w:szCs w:val="22"/>
              </w:rPr>
            </w:pPr>
            <w:r w:rsidRPr="009A176B">
              <w:rPr>
                <w:sz w:val="22"/>
                <w:szCs w:val="22"/>
              </w:rPr>
              <w:t>Sentence frames available at center for struggling readers/writers</w:t>
            </w:r>
          </w:p>
          <w:p w14:paraId="6352F5C4" w14:textId="77777777" w:rsidR="00187A99" w:rsidRPr="009A176B" w:rsidRDefault="00187A99" w:rsidP="00187A99">
            <w:pPr>
              <w:numPr>
                <w:ilvl w:val="0"/>
                <w:numId w:val="50"/>
              </w:numPr>
              <w:spacing w:before="100" w:beforeAutospacing="1" w:after="100" w:afterAutospacing="1"/>
              <w:rPr>
                <w:sz w:val="22"/>
                <w:szCs w:val="22"/>
              </w:rPr>
            </w:pPr>
            <w:r w:rsidRPr="009A176B">
              <w:rPr>
                <w:sz w:val="22"/>
                <w:szCs w:val="22"/>
              </w:rPr>
              <w:t>Peer partners for students needing additional support</w:t>
            </w:r>
          </w:p>
          <w:p w14:paraId="00AB44B0" w14:textId="77777777" w:rsidR="00187A99" w:rsidRPr="009A176B" w:rsidRDefault="00187A99" w:rsidP="00187A99">
            <w:pPr>
              <w:numPr>
                <w:ilvl w:val="0"/>
                <w:numId w:val="50"/>
              </w:numPr>
              <w:spacing w:before="100" w:beforeAutospacing="1" w:after="100" w:afterAutospacing="1"/>
              <w:rPr>
                <w:sz w:val="22"/>
                <w:szCs w:val="22"/>
              </w:rPr>
            </w:pPr>
            <w:r w:rsidRPr="009A176B">
              <w:rPr>
                <w:sz w:val="22"/>
                <w:szCs w:val="22"/>
              </w:rPr>
              <w:t>Visual cues and sample models posted at the center</w:t>
            </w:r>
          </w:p>
          <w:p w14:paraId="55BACF0A" w14:textId="2791E0BD" w:rsidR="006B039E" w:rsidRPr="009A176B" w:rsidRDefault="00187A99" w:rsidP="00187A99">
            <w:pPr>
              <w:numPr>
                <w:ilvl w:val="0"/>
                <w:numId w:val="50"/>
              </w:numPr>
              <w:spacing w:before="100" w:beforeAutospacing="1" w:after="100" w:afterAutospacing="1"/>
              <w:rPr>
                <w:sz w:val="22"/>
                <w:szCs w:val="22"/>
              </w:rPr>
            </w:pPr>
            <w:r w:rsidRPr="009A176B">
              <w:rPr>
                <w:sz w:val="22"/>
                <w:szCs w:val="22"/>
              </w:rPr>
              <w:t>S</w:t>
            </w:r>
            <w:r w:rsidR="007B4781" w:rsidRPr="009A176B">
              <w:rPr>
                <w:sz w:val="22"/>
                <w:szCs w:val="22"/>
              </w:rPr>
              <w:t>pecific</w:t>
            </w:r>
            <w:r w:rsidRPr="009A176B">
              <w:rPr>
                <w:sz w:val="22"/>
                <w:szCs w:val="22"/>
              </w:rPr>
              <w:t xml:space="preserve"> seating and chunked directions</w:t>
            </w:r>
            <w:r w:rsidR="007B4781" w:rsidRPr="009A176B">
              <w:rPr>
                <w:sz w:val="22"/>
                <w:szCs w:val="22"/>
              </w:rPr>
              <w:t xml:space="preserve"> for students with behavioral</w:t>
            </w:r>
          </w:p>
        </w:tc>
      </w:tr>
    </w:tbl>
    <w:p w14:paraId="557A754C" w14:textId="4E81AF8D" w:rsidR="00737E9C" w:rsidRPr="009A176B" w:rsidRDefault="00737E9C" w:rsidP="00737E9C">
      <w:pPr>
        <w:tabs>
          <w:tab w:val="left" w:pos="8340"/>
        </w:tabs>
        <w:rPr>
          <w:sz w:val="22"/>
          <w:szCs w:val="22"/>
        </w:rPr>
      </w:pPr>
    </w:p>
    <w:p w14:paraId="60DF40B6" w14:textId="603896AD" w:rsidR="00DE1BF7" w:rsidRPr="009A176B" w:rsidRDefault="00737E9C" w:rsidP="00DE1BF7">
      <w:pPr>
        <w:jc w:val="center"/>
        <w:rPr>
          <w:sz w:val="22"/>
          <w:szCs w:val="22"/>
        </w:rPr>
      </w:pPr>
      <w:r w:rsidRPr="009A176B">
        <w:rPr>
          <w:b/>
          <w:sz w:val="22"/>
          <w:szCs w:val="22"/>
        </w:rPr>
        <w:t>T</w:t>
      </w:r>
      <w:r w:rsidR="00DE1BF7" w:rsidRPr="009A176B">
        <w:rPr>
          <w:b/>
          <w:sz w:val="22"/>
          <w:szCs w:val="22"/>
        </w:rPr>
        <w:t>eaching the Lesson/Sequence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9A176B"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9A176B" w:rsidRDefault="00DE1BF7" w:rsidP="00646285">
            <w:pPr>
              <w:rPr>
                <w:b/>
                <w:sz w:val="22"/>
                <w:szCs w:val="22"/>
              </w:rPr>
            </w:pPr>
            <w:r w:rsidRPr="009A176B">
              <w:rPr>
                <w:b/>
                <w:sz w:val="22"/>
                <w:szCs w:val="22"/>
              </w:rPr>
              <w:t>Lesson Procedures/ 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19AF5802" w14:textId="77777777" w:rsidR="009A1445" w:rsidRPr="009A176B" w:rsidRDefault="009A1445" w:rsidP="009A1445">
            <w:pPr>
              <w:spacing w:before="100" w:beforeAutospacing="1" w:after="100" w:afterAutospacing="1"/>
              <w:rPr>
                <w:sz w:val="22"/>
                <w:szCs w:val="22"/>
              </w:rPr>
            </w:pPr>
            <w:r w:rsidRPr="009A176B">
              <w:rPr>
                <w:rStyle w:val="Strong"/>
                <w:sz w:val="22"/>
                <w:szCs w:val="22"/>
              </w:rPr>
              <w:t>1. Carpet Launch (2 minutes)</w:t>
            </w:r>
          </w:p>
          <w:p w14:paraId="76CFF281" w14:textId="77777777" w:rsidR="009A1445" w:rsidRPr="009A176B" w:rsidRDefault="009A1445" w:rsidP="009A1445">
            <w:pPr>
              <w:numPr>
                <w:ilvl w:val="0"/>
                <w:numId w:val="51"/>
              </w:numPr>
              <w:spacing w:before="100" w:beforeAutospacing="1" w:after="100" w:afterAutospacing="1"/>
              <w:rPr>
                <w:sz w:val="22"/>
                <w:szCs w:val="22"/>
              </w:rPr>
            </w:pPr>
            <w:r w:rsidRPr="009A176B">
              <w:rPr>
                <w:sz w:val="22"/>
                <w:szCs w:val="22"/>
              </w:rPr>
              <w:t>Students gather on the carpet. Teacher introduces the center activity: “Today we’re going to practice comparing lengths—finding what’s shorter, longer, and putting them in order.”</w:t>
            </w:r>
          </w:p>
          <w:p w14:paraId="22973E65" w14:textId="77777777" w:rsidR="009A1445" w:rsidRPr="009A176B" w:rsidRDefault="009A1445" w:rsidP="009A1445">
            <w:pPr>
              <w:numPr>
                <w:ilvl w:val="0"/>
                <w:numId w:val="51"/>
              </w:numPr>
              <w:spacing w:before="100" w:beforeAutospacing="1" w:after="100" w:afterAutospacing="1"/>
              <w:rPr>
                <w:sz w:val="22"/>
                <w:szCs w:val="22"/>
              </w:rPr>
            </w:pPr>
            <w:r w:rsidRPr="009A176B">
              <w:rPr>
                <w:sz w:val="22"/>
                <w:szCs w:val="22"/>
              </w:rPr>
              <w:lastRenderedPageBreak/>
              <w:t>Teacher shows three real objects (e.g., pencil, glue stick, crayon), lines them up, and asks, “Which one is the shortest? Which one is the longest?” Students share answers chorally.</w:t>
            </w:r>
          </w:p>
          <w:p w14:paraId="1F416204" w14:textId="77777777" w:rsidR="009A1445" w:rsidRPr="009A176B" w:rsidRDefault="009A1445" w:rsidP="009A1445">
            <w:pPr>
              <w:numPr>
                <w:ilvl w:val="0"/>
                <w:numId w:val="51"/>
              </w:numPr>
              <w:spacing w:before="100" w:beforeAutospacing="1" w:after="100" w:afterAutospacing="1"/>
              <w:rPr>
                <w:sz w:val="22"/>
                <w:szCs w:val="22"/>
              </w:rPr>
            </w:pPr>
            <w:r w:rsidRPr="009A176B">
              <w:rPr>
                <w:sz w:val="22"/>
                <w:szCs w:val="22"/>
              </w:rPr>
              <w:t>Vocabulary preview: shorter, longer, shortest, longest. Students repeat each term aloud.</w:t>
            </w:r>
          </w:p>
          <w:p w14:paraId="2A59E535" w14:textId="77777777" w:rsidR="009A1445" w:rsidRPr="009A176B" w:rsidRDefault="009A1445" w:rsidP="009A1445">
            <w:pPr>
              <w:spacing w:before="100" w:beforeAutospacing="1" w:after="100" w:afterAutospacing="1"/>
              <w:rPr>
                <w:sz w:val="22"/>
                <w:szCs w:val="22"/>
              </w:rPr>
            </w:pPr>
            <w:r w:rsidRPr="009A176B">
              <w:rPr>
                <w:rStyle w:val="Strong"/>
                <w:sz w:val="22"/>
                <w:szCs w:val="22"/>
              </w:rPr>
              <w:t>2. Teacher Modeling (3 minutes)</w:t>
            </w:r>
          </w:p>
          <w:p w14:paraId="55BAED1B" w14:textId="77777777" w:rsidR="009A1445" w:rsidRPr="009A176B" w:rsidRDefault="009A1445" w:rsidP="009A1445">
            <w:pPr>
              <w:numPr>
                <w:ilvl w:val="0"/>
                <w:numId w:val="52"/>
              </w:numPr>
              <w:spacing w:before="100" w:beforeAutospacing="1" w:after="100" w:afterAutospacing="1"/>
              <w:rPr>
                <w:sz w:val="22"/>
                <w:szCs w:val="22"/>
              </w:rPr>
            </w:pPr>
            <w:r w:rsidRPr="009A176B">
              <w:rPr>
                <w:sz w:val="22"/>
                <w:szCs w:val="22"/>
              </w:rPr>
              <w:t xml:space="preserve">Students rotate to the teacher’s table. Teacher opens to Problem #1 in the </w:t>
            </w:r>
            <w:proofErr w:type="spellStart"/>
            <w:r w:rsidRPr="009A176B">
              <w:rPr>
                <w:sz w:val="22"/>
                <w:szCs w:val="22"/>
              </w:rPr>
              <w:t>MyMath</w:t>
            </w:r>
            <w:proofErr w:type="spellEnd"/>
            <w:r w:rsidRPr="009A176B">
              <w:rPr>
                <w:sz w:val="22"/>
                <w:szCs w:val="22"/>
              </w:rPr>
              <w:t xml:space="preserve"> book and models how to compare the objects and mark their order.</w:t>
            </w:r>
          </w:p>
          <w:p w14:paraId="7F271041" w14:textId="77777777" w:rsidR="009A1445" w:rsidRPr="009A176B" w:rsidRDefault="009A1445" w:rsidP="009A1445">
            <w:pPr>
              <w:numPr>
                <w:ilvl w:val="0"/>
                <w:numId w:val="52"/>
              </w:numPr>
              <w:spacing w:before="100" w:beforeAutospacing="1" w:after="100" w:afterAutospacing="1"/>
              <w:rPr>
                <w:sz w:val="22"/>
                <w:szCs w:val="22"/>
              </w:rPr>
            </w:pPr>
            <w:r w:rsidRPr="009A176B">
              <w:rPr>
                <w:sz w:val="22"/>
                <w:szCs w:val="22"/>
              </w:rPr>
              <w:t>“I’m looking at the ends—this one is the longest. I’m writing the numbers in order from shortest to longest.”</w:t>
            </w:r>
          </w:p>
          <w:p w14:paraId="18A77996" w14:textId="77777777" w:rsidR="009A1445" w:rsidRPr="009A176B" w:rsidRDefault="009A1445" w:rsidP="009A1445">
            <w:pPr>
              <w:numPr>
                <w:ilvl w:val="0"/>
                <w:numId w:val="52"/>
              </w:numPr>
              <w:spacing w:before="100" w:beforeAutospacing="1" w:after="100" w:afterAutospacing="1"/>
              <w:rPr>
                <w:sz w:val="22"/>
                <w:szCs w:val="22"/>
              </w:rPr>
            </w:pPr>
            <w:r w:rsidRPr="009A176B">
              <w:rPr>
                <w:sz w:val="22"/>
                <w:szCs w:val="22"/>
              </w:rPr>
              <w:t>The teacher uses finger-pointing and think-aloud strategies for visual learners and ELD students.</w:t>
            </w:r>
          </w:p>
          <w:p w14:paraId="6BF03F97" w14:textId="77777777" w:rsidR="009A1445" w:rsidRPr="009A176B" w:rsidRDefault="009A1445" w:rsidP="009A1445">
            <w:pPr>
              <w:spacing w:before="100" w:beforeAutospacing="1" w:after="100" w:afterAutospacing="1"/>
              <w:rPr>
                <w:sz w:val="22"/>
                <w:szCs w:val="22"/>
              </w:rPr>
            </w:pPr>
            <w:r w:rsidRPr="009A176B">
              <w:rPr>
                <w:rStyle w:val="Strong"/>
                <w:sz w:val="22"/>
                <w:szCs w:val="22"/>
              </w:rPr>
              <w:t>3. Guided Practice (3 minutes)</w:t>
            </w:r>
          </w:p>
          <w:p w14:paraId="7AC4645C" w14:textId="77777777" w:rsidR="009A1445" w:rsidRPr="009A176B" w:rsidRDefault="009A1445" w:rsidP="009A1445">
            <w:pPr>
              <w:numPr>
                <w:ilvl w:val="0"/>
                <w:numId w:val="53"/>
              </w:numPr>
              <w:spacing w:before="100" w:beforeAutospacing="1" w:after="100" w:afterAutospacing="1"/>
              <w:rPr>
                <w:sz w:val="22"/>
                <w:szCs w:val="22"/>
              </w:rPr>
            </w:pPr>
            <w:r w:rsidRPr="009A176B">
              <w:rPr>
                <w:sz w:val="22"/>
                <w:szCs w:val="22"/>
              </w:rPr>
              <w:t>Students open to Problem #2 and look at it with a partner.</w:t>
            </w:r>
          </w:p>
          <w:p w14:paraId="5B4B1BD3" w14:textId="77777777" w:rsidR="009A1445" w:rsidRPr="009A176B" w:rsidRDefault="009A1445" w:rsidP="009A1445">
            <w:pPr>
              <w:numPr>
                <w:ilvl w:val="0"/>
                <w:numId w:val="53"/>
              </w:numPr>
              <w:spacing w:before="100" w:beforeAutospacing="1" w:after="100" w:afterAutospacing="1"/>
              <w:rPr>
                <w:sz w:val="22"/>
                <w:szCs w:val="22"/>
              </w:rPr>
            </w:pPr>
            <w:r w:rsidRPr="009A176B">
              <w:rPr>
                <w:sz w:val="22"/>
                <w:szCs w:val="22"/>
              </w:rPr>
              <w:t>The teacher prompts: “Talk to your partner—what object looks shortest? Which looks longest?”</w:t>
            </w:r>
          </w:p>
          <w:p w14:paraId="6B7757F9" w14:textId="77777777" w:rsidR="009A1445" w:rsidRPr="009A176B" w:rsidRDefault="009A1445" w:rsidP="009A1445">
            <w:pPr>
              <w:numPr>
                <w:ilvl w:val="0"/>
                <w:numId w:val="53"/>
              </w:numPr>
              <w:spacing w:before="100" w:beforeAutospacing="1" w:after="100" w:afterAutospacing="1"/>
              <w:rPr>
                <w:sz w:val="22"/>
                <w:szCs w:val="22"/>
              </w:rPr>
            </w:pPr>
            <w:r w:rsidRPr="009A176B">
              <w:rPr>
                <w:sz w:val="22"/>
                <w:szCs w:val="22"/>
              </w:rPr>
              <w:t>After pair sharing, the teacher calls on 1–2 students to explain their reasoning and guides the group in solving the problem together.</w:t>
            </w:r>
          </w:p>
          <w:p w14:paraId="5C76E1FE" w14:textId="77777777" w:rsidR="009A1445" w:rsidRPr="009A176B" w:rsidRDefault="009A1445" w:rsidP="009A1445">
            <w:pPr>
              <w:spacing w:before="100" w:beforeAutospacing="1" w:after="100" w:afterAutospacing="1"/>
              <w:rPr>
                <w:sz w:val="22"/>
                <w:szCs w:val="22"/>
              </w:rPr>
            </w:pPr>
            <w:r w:rsidRPr="009A176B">
              <w:rPr>
                <w:rStyle w:val="Strong"/>
                <w:sz w:val="22"/>
                <w:szCs w:val="22"/>
              </w:rPr>
              <w:t>4. Independent Practice (5 minutes)</w:t>
            </w:r>
          </w:p>
          <w:p w14:paraId="57C8B4C0" w14:textId="77777777" w:rsidR="009A1445" w:rsidRPr="009A176B" w:rsidRDefault="009A1445" w:rsidP="009A1445">
            <w:pPr>
              <w:numPr>
                <w:ilvl w:val="0"/>
                <w:numId w:val="54"/>
              </w:numPr>
              <w:spacing w:before="100" w:beforeAutospacing="1" w:after="100" w:afterAutospacing="1"/>
              <w:rPr>
                <w:sz w:val="22"/>
                <w:szCs w:val="22"/>
              </w:rPr>
            </w:pPr>
            <w:r w:rsidRPr="009A176B">
              <w:rPr>
                <w:sz w:val="22"/>
                <w:szCs w:val="22"/>
              </w:rPr>
              <w:t>Students independently complete the remaining problems on the page.</w:t>
            </w:r>
          </w:p>
          <w:p w14:paraId="49CAFDAB" w14:textId="77777777" w:rsidR="009A1445" w:rsidRPr="009A176B" w:rsidRDefault="009A1445" w:rsidP="009A1445">
            <w:pPr>
              <w:numPr>
                <w:ilvl w:val="0"/>
                <w:numId w:val="54"/>
              </w:numPr>
              <w:spacing w:before="100" w:beforeAutospacing="1" w:after="100" w:afterAutospacing="1"/>
              <w:rPr>
                <w:sz w:val="22"/>
                <w:szCs w:val="22"/>
              </w:rPr>
            </w:pPr>
            <w:r w:rsidRPr="009A176B">
              <w:rPr>
                <w:sz w:val="22"/>
                <w:szCs w:val="22"/>
              </w:rPr>
              <w:t>Sentence frames are available: “The ___ is longer than the ___.” / “The ___ is the shortest.”</w:t>
            </w:r>
          </w:p>
          <w:p w14:paraId="311FF6B5" w14:textId="15C0EA51" w:rsidR="00DE1BF7" w:rsidRPr="009A176B" w:rsidRDefault="009A1445" w:rsidP="009A1445">
            <w:pPr>
              <w:numPr>
                <w:ilvl w:val="0"/>
                <w:numId w:val="54"/>
              </w:numPr>
              <w:spacing w:before="100" w:beforeAutospacing="1" w:after="100" w:afterAutospacing="1"/>
              <w:rPr>
                <w:sz w:val="22"/>
                <w:szCs w:val="22"/>
              </w:rPr>
            </w:pPr>
            <w:r w:rsidRPr="009A176B">
              <w:rPr>
                <w:sz w:val="22"/>
                <w:szCs w:val="22"/>
              </w:rPr>
              <w:t>Teacher circulates, checking work, offering support, and asking prompting questions: “What did you look at to decide that?”</w:t>
            </w:r>
          </w:p>
        </w:tc>
      </w:tr>
      <w:tr w:rsidR="00DE1BF7" w:rsidRPr="009A176B"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9A176B" w:rsidRDefault="00DE1BF7" w:rsidP="00DE1BF7">
            <w:pPr>
              <w:rPr>
                <w:b/>
                <w:sz w:val="22"/>
                <w:szCs w:val="22"/>
              </w:rPr>
            </w:pPr>
            <w:r w:rsidRPr="009A176B">
              <w:rPr>
                <w:b/>
                <w:sz w:val="22"/>
                <w:szCs w:val="22"/>
              </w:rPr>
              <w:lastRenderedPageBreak/>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BD7EEE6" w14:textId="7FE88D65" w:rsidR="009A1445" w:rsidRPr="009A176B" w:rsidRDefault="009A1445" w:rsidP="009A1445">
            <w:pPr>
              <w:spacing w:before="100" w:beforeAutospacing="1" w:after="100" w:afterAutospacing="1"/>
              <w:rPr>
                <w:sz w:val="22"/>
                <w:szCs w:val="22"/>
              </w:rPr>
            </w:pPr>
            <w:r w:rsidRPr="009A176B">
              <w:rPr>
                <w:sz w:val="22"/>
                <w:szCs w:val="22"/>
              </w:rPr>
              <w:t> Formative: Teacher observation during partner talk and independent work.</w:t>
            </w:r>
          </w:p>
          <w:p w14:paraId="25F4DBED" w14:textId="32B39B10" w:rsidR="009A1445" w:rsidRPr="009A176B" w:rsidRDefault="009A1445" w:rsidP="009A1445">
            <w:pPr>
              <w:spacing w:before="100" w:beforeAutospacing="1" w:after="100" w:afterAutospacing="1"/>
              <w:rPr>
                <w:sz w:val="22"/>
                <w:szCs w:val="22"/>
              </w:rPr>
            </w:pPr>
            <w:r w:rsidRPr="009A176B">
              <w:rPr>
                <w:sz w:val="22"/>
                <w:szCs w:val="22"/>
              </w:rPr>
              <w:t xml:space="preserve"> Summative: Completed </w:t>
            </w:r>
            <w:proofErr w:type="spellStart"/>
            <w:r w:rsidRPr="009A176B">
              <w:rPr>
                <w:sz w:val="22"/>
                <w:szCs w:val="22"/>
              </w:rPr>
              <w:t>MyMath</w:t>
            </w:r>
            <w:proofErr w:type="spellEnd"/>
            <w:r w:rsidRPr="009A176B">
              <w:rPr>
                <w:sz w:val="22"/>
                <w:szCs w:val="22"/>
              </w:rPr>
              <w:t xml:space="preserve"> page (students must correctly order 2/3 sets).</w:t>
            </w:r>
          </w:p>
          <w:p w14:paraId="0FCC8B2C" w14:textId="5DA1E206" w:rsidR="00A8077B" w:rsidRPr="009A176B" w:rsidRDefault="009A1445" w:rsidP="009A1445">
            <w:pPr>
              <w:spacing w:before="100" w:beforeAutospacing="1" w:after="100" w:afterAutospacing="1"/>
              <w:rPr>
                <w:sz w:val="22"/>
                <w:szCs w:val="22"/>
              </w:rPr>
            </w:pPr>
            <w:r w:rsidRPr="009A176B">
              <w:rPr>
                <w:sz w:val="22"/>
                <w:szCs w:val="22"/>
              </w:rPr>
              <w:t> Teacher will note which students need additional support using anecdotal checklists.</w:t>
            </w:r>
          </w:p>
        </w:tc>
      </w:tr>
      <w:tr w:rsidR="00DE1BF7" w:rsidRPr="009A176B"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9A176B" w:rsidRDefault="00DE1BF7" w:rsidP="00DE1BF7">
            <w:pPr>
              <w:rPr>
                <w:b/>
                <w:sz w:val="22"/>
                <w:szCs w:val="22"/>
              </w:rPr>
            </w:pPr>
            <w:r w:rsidRPr="009A176B">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354E59D3" w14:textId="77777777" w:rsidR="009A1445" w:rsidRPr="009A176B" w:rsidRDefault="009A1445" w:rsidP="009A1445">
            <w:pPr>
              <w:spacing w:before="100" w:beforeAutospacing="1" w:after="100" w:afterAutospacing="1"/>
              <w:rPr>
                <w:sz w:val="22"/>
                <w:szCs w:val="22"/>
              </w:rPr>
            </w:pPr>
            <w:r w:rsidRPr="009A176B">
              <w:rPr>
                <w:rStyle w:val="Strong"/>
                <w:sz w:val="22"/>
                <w:szCs w:val="22"/>
              </w:rPr>
              <w:t>Closing &amp; Transition (2 minutes)</w:t>
            </w:r>
          </w:p>
          <w:p w14:paraId="19D8BDAF" w14:textId="77777777" w:rsidR="009A1445" w:rsidRPr="009A176B" w:rsidRDefault="009A1445" w:rsidP="009A1445">
            <w:pPr>
              <w:numPr>
                <w:ilvl w:val="0"/>
                <w:numId w:val="55"/>
              </w:numPr>
              <w:spacing w:before="100" w:beforeAutospacing="1" w:after="100" w:afterAutospacing="1"/>
              <w:rPr>
                <w:sz w:val="22"/>
                <w:szCs w:val="22"/>
              </w:rPr>
            </w:pPr>
            <w:r w:rsidRPr="009A176B">
              <w:rPr>
                <w:sz w:val="22"/>
                <w:szCs w:val="22"/>
              </w:rPr>
              <w:t>Students close their books and return to the carpet circle.</w:t>
            </w:r>
          </w:p>
          <w:p w14:paraId="2AF1A7BC" w14:textId="77777777" w:rsidR="009A1445" w:rsidRPr="009A176B" w:rsidRDefault="009A1445" w:rsidP="009A1445">
            <w:pPr>
              <w:numPr>
                <w:ilvl w:val="0"/>
                <w:numId w:val="55"/>
              </w:numPr>
              <w:spacing w:before="100" w:beforeAutospacing="1" w:after="100" w:afterAutospacing="1"/>
              <w:rPr>
                <w:sz w:val="22"/>
                <w:szCs w:val="22"/>
              </w:rPr>
            </w:pPr>
            <w:r w:rsidRPr="009A176B">
              <w:rPr>
                <w:sz w:val="22"/>
                <w:szCs w:val="22"/>
              </w:rPr>
              <w:t>The teacher shows 3 images on the board and asks students to point or call out which is the longest.</w:t>
            </w:r>
          </w:p>
          <w:p w14:paraId="13BCA3E0" w14:textId="77777777" w:rsidR="009A1445" w:rsidRPr="009A176B" w:rsidRDefault="009A1445" w:rsidP="009A1445">
            <w:pPr>
              <w:numPr>
                <w:ilvl w:val="0"/>
                <w:numId w:val="55"/>
              </w:numPr>
              <w:spacing w:before="100" w:beforeAutospacing="1" w:after="100" w:afterAutospacing="1"/>
              <w:rPr>
                <w:sz w:val="22"/>
                <w:szCs w:val="22"/>
              </w:rPr>
            </w:pPr>
            <w:r w:rsidRPr="009A176B">
              <w:rPr>
                <w:sz w:val="22"/>
                <w:szCs w:val="22"/>
              </w:rPr>
              <w:t>Exit slip (verbal): “Tell your partner—what word means the opposite of ‘longer’?”</w:t>
            </w:r>
          </w:p>
          <w:p w14:paraId="6D468A2A" w14:textId="30931951" w:rsidR="00D520CC" w:rsidRPr="009A176B" w:rsidRDefault="009A1445" w:rsidP="009A1445">
            <w:pPr>
              <w:numPr>
                <w:ilvl w:val="0"/>
                <w:numId w:val="55"/>
              </w:numPr>
              <w:spacing w:before="100" w:beforeAutospacing="1" w:after="100" w:afterAutospacing="1"/>
              <w:rPr>
                <w:sz w:val="22"/>
                <w:szCs w:val="22"/>
              </w:rPr>
            </w:pPr>
            <w:r w:rsidRPr="009A176B">
              <w:rPr>
                <w:sz w:val="22"/>
                <w:szCs w:val="22"/>
              </w:rPr>
              <w:t>Students rotate to their next center group.</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28553E01" w14:textId="77777777" w:rsidR="00EB0405" w:rsidRPr="006F693C" w:rsidRDefault="00D520CC" w:rsidP="00EB0405">
            <w:pPr>
              <w:pStyle w:val="ListParagraph"/>
              <w:numPr>
                <w:ilvl w:val="0"/>
                <w:numId w:val="56"/>
              </w:numPr>
              <w:rPr>
                <w:rFonts w:eastAsiaTheme="minorHAnsi"/>
                <w:color w:val="000000"/>
                <w:sz w:val="22"/>
                <w:szCs w:val="22"/>
              </w:rPr>
            </w:pPr>
            <w:r w:rsidRPr="006F693C">
              <w:rPr>
                <w:rFonts w:eastAsiaTheme="minorHAnsi"/>
                <w:color w:val="000000"/>
                <w:sz w:val="22"/>
                <w:szCs w:val="22"/>
              </w:rPr>
              <w:t>What was most effective about this lesson? What evidence do you have to support your response in terms of content understanding and in classroom management?</w:t>
            </w:r>
          </w:p>
          <w:p w14:paraId="3625A5B9" w14:textId="77777777" w:rsidR="00EB0405" w:rsidRPr="006F693C" w:rsidRDefault="00EB0405" w:rsidP="00EB0405">
            <w:pPr>
              <w:pStyle w:val="ListParagraph"/>
              <w:rPr>
                <w:rFonts w:eastAsiaTheme="minorHAnsi"/>
                <w:color w:val="000000"/>
                <w:sz w:val="22"/>
                <w:szCs w:val="22"/>
              </w:rPr>
            </w:pPr>
          </w:p>
          <w:p w14:paraId="1871EE3C" w14:textId="69387677" w:rsidR="00EB0405" w:rsidRPr="006F693C" w:rsidRDefault="00EB0405" w:rsidP="00EB0405">
            <w:pPr>
              <w:pStyle w:val="ListParagraph"/>
              <w:rPr>
                <w:sz w:val="22"/>
                <w:szCs w:val="22"/>
              </w:rPr>
            </w:pPr>
            <w:r w:rsidRPr="006F693C">
              <w:rPr>
                <w:sz w:val="22"/>
                <w:szCs w:val="22"/>
              </w:rPr>
              <w:t>The real objects (pencil, glue stick, crayon) helped students immediately understand the concept of comparing lengths. They were excited to guess which was longer or shorter, and the vocabulary stuck because we used it constantly in the activity.</w:t>
            </w:r>
          </w:p>
          <w:p w14:paraId="6562B008" w14:textId="77777777" w:rsidR="00EB0405" w:rsidRPr="006F693C" w:rsidRDefault="00EB0405" w:rsidP="00EB0405">
            <w:pPr>
              <w:pStyle w:val="ListParagraph"/>
              <w:rPr>
                <w:rFonts w:eastAsiaTheme="minorHAnsi"/>
                <w:color w:val="000000"/>
                <w:sz w:val="22"/>
                <w:szCs w:val="22"/>
              </w:rPr>
            </w:pPr>
          </w:p>
          <w:p w14:paraId="3002993A" w14:textId="77777777" w:rsidR="00EB0405" w:rsidRPr="006F693C" w:rsidRDefault="00D520CC" w:rsidP="00EB0405">
            <w:pPr>
              <w:pStyle w:val="ListParagraph"/>
              <w:numPr>
                <w:ilvl w:val="0"/>
                <w:numId w:val="56"/>
              </w:numPr>
              <w:rPr>
                <w:rFonts w:eastAsiaTheme="minorHAnsi"/>
                <w:color w:val="000000"/>
                <w:sz w:val="22"/>
                <w:szCs w:val="22"/>
              </w:rPr>
            </w:pPr>
            <w:r w:rsidRPr="006F693C">
              <w:rPr>
                <w:rFonts w:eastAsiaTheme="minorHAnsi"/>
                <w:color w:val="000000"/>
                <w:sz w:val="22"/>
                <w:szCs w:val="22"/>
              </w:rPr>
              <w:lastRenderedPageBreak/>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684D2183" w14:textId="77777777" w:rsidR="00EB0405" w:rsidRPr="006F693C" w:rsidRDefault="00EB0405" w:rsidP="00EB0405">
            <w:pPr>
              <w:pStyle w:val="ListParagraph"/>
              <w:rPr>
                <w:rFonts w:eastAsiaTheme="minorHAnsi"/>
                <w:color w:val="000000"/>
                <w:sz w:val="22"/>
                <w:szCs w:val="22"/>
              </w:rPr>
            </w:pPr>
          </w:p>
          <w:p w14:paraId="48B78E45" w14:textId="6EBD1EA2" w:rsidR="00EB0405" w:rsidRPr="006F693C" w:rsidRDefault="00EB0405" w:rsidP="00EB0405">
            <w:pPr>
              <w:pStyle w:val="ListParagraph"/>
              <w:rPr>
                <w:sz w:val="22"/>
                <w:szCs w:val="22"/>
              </w:rPr>
            </w:pPr>
            <w:r w:rsidRPr="006F693C">
              <w:rPr>
                <w:sz w:val="22"/>
                <w:szCs w:val="22"/>
              </w:rPr>
              <w:t>I’d add more time for guided practice before sending them off to do the problems on their own. Some students needed more practice hearing and using the words “longer” and “shorter” in full sentences before doing it independently.</w:t>
            </w:r>
          </w:p>
          <w:p w14:paraId="41C96F93" w14:textId="77777777" w:rsidR="00EB0405" w:rsidRPr="006F693C" w:rsidRDefault="00EB0405" w:rsidP="00EB0405">
            <w:pPr>
              <w:pStyle w:val="ListParagraph"/>
              <w:rPr>
                <w:rFonts w:eastAsiaTheme="minorHAnsi"/>
                <w:color w:val="000000"/>
                <w:sz w:val="22"/>
                <w:szCs w:val="22"/>
              </w:rPr>
            </w:pPr>
          </w:p>
          <w:p w14:paraId="230E8BE3" w14:textId="77777777" w:rsidR="00EB0405" w:rsidRPr="006F693C" w:rsidRDefault="00D520CC" w:rsidP="00EB0405">
            <w:pPr>
              <w:pStyle w:val="ListParagraph"/>
              <w:numPr>
                <w:ilvl w:val="0"/>
                <w:numId w:val="56"/>
              </w:numPr>
              <w:rPr>
                <w:rFonts w:eastAsiaTheme="minorHAnsi"/>
                <w:color w:val="000000"/>
                <w:sz w:val="22"/>
                <w:szCs w:val="22"/>
              </w:rPr>
            </w:pPr>
            <w:r w:rsidRPr="006F693C">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42B8382A" w14:textId="77777777" w:rsidR="00EB0405" w:rsidRPr="006F693C" w:rsidRDefault="00EB0405" w:rsidP="00EB0405">
            <w:pPr>
              <w:pStyle w:val="ListParagraph"/>
              <w:rPr>
                <w:sz w:val="22"/>
                <w:szCs w:val="22"/>
              </w:rPr>
            </w:pPr>
          </w:p>
          <w:p w14:paraId="53C17A81" w14:textId="371BDB48" w:rsidR="00EB0405" w:rsidRPr="006F693C" w:rsidRDefault="00EB0405" w:rsidP="00EB0405">
            <w:pPr>
              <w:pStyle w:val="ListParagraph"/>
              <w:rPr>
                <w:sz w:val="22"/>
                <w:szCs w:val="22"/>
              </w:rPr>
            </w:pPr>
            <w:r w:rsidRPr="006F693C">
              <w:rPr>
                <w:sz w:val="22"/>
                <w:szCs w:val="22"/>
              </w:rPr>
              <w:t>When I asked questions like, “How do you know this is longer?” it helped students explain their reasoning instead of guessing. Most could say full sentences like “The pencil is longer than the crayon,” which showed they were using both math thinking and language together.</w:t>
            </w:r>
          </w:p>
          <w:p w14:paraId="7656648B" w14:textId="77777777" w:rsidR="00EB0405" w:rsidRPr="006F693C" w:rsidRDefault="00EB0405" w:rsidP="00EB0405">
            <w:pPr>
              <w:pStyle w:val="ListParagraph"/>
              <w:rPr>
                <w:rFonts w:eastAsiaTheme="minorHAnsi"/>
                <w:color w:val="000000"/>
                <w:sz w:val="22"/>
                <w:szCs w:val="22"/>
              </w:rPr>
            </w:pPr>
          </w:p>
          <w:p w14:paraId="4A5EFA8A" w14:textId="77777777" w:rsidR="00EB0405" w:rsidRPr="006F693C" w:rsidRDefault="00DE1BF7" w:rsidP="00EB0405">
            <w:pPr>
              <w:pStyle w:val="ListParagraph"/>
              <w:numPr>
                <w:ilvl w:val="0"/>
                <w:numId w:val="56"/>
              </w:numPr>
              <w:rPr>
                <w:sz w:val="22"/>
                <w:szCs w:val="22"/>
              </w:rPr>
            </w:pPr>
            <w:r w:rsidRPr="006F693C">
              <w:rPr>
                <w:sz w:val="22"/>
                <w:szCs w:val="22"/>
              </w:rPr>
              <w:t xml:space="preserve">Based on your responses above (#1-3), how would formal/informal assessment data from the lesson inform the changes you would make in the next lesson in this series?  </w:t>
            </w:r>
          </w:p>
          <w:p w14:paraId="7801C8F9" w14:textId="77777777" w:rsidR="00EB0405" w:rsidRPr="006F693C" w:rsidRDefault="00EB0405" w:rsidP="00EB0405">
            <w:pPr>
              <w:pStyle w:val="ListParagraph"/>
              <w:rPr>
                <w:sz w:val="22"/>
                <w:szCs w:val="22"/>
              </w:rPr>
            </w:pPr>
          </w:p>
          <w:p w14:paraId="3547498F" w14:textId="77777777" w:rsidR="00EB0405" w:rsidRPr="006F693C" w:rsidRDefault="00EB0405" w:rsidP="00EB0405">
            <w:pPr>
              <w:pStyle w:val="ListParagraph"/>
              <w:rPr>
                <w:sz w:val="22"/>
                <w:szCs w:val="22"/>
              </w:rPr>
            </w:pPr>
            <w:r w:rsidRPr="006F693C">
              <w:rPr>
                <w:sz w:val="22"/>
                <w:szCs w:val="22"/>
              </w:rPr>
              <w:t>I’ll keep using real objects for hands-on practice and add more turn-and-talk moments to strengthen language use. A few students need repeated exposure to comparative terms, so I’ll check in with them in small groups next lesson.</w:t>
            </w:r>
          </w:p>
          <w:p w14:paraId="0C6BE9C3" w14:textId="38BE4FA2" w:rsidR="00EB0405" w:rsidRPr="00EB0405" w:rsidRDefault="00EB0405" w:rsidP="00EB0405">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6E2CD40A"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8575E0">
              <w:rPr>
                <w:sz w:val="22"/>
                <w:szCs w:val="22"/>
              </w:rPr>
              <w:t>4</w:t>
            </w:r>
            <w:r>
              <w:rPr>
                <w:sz w:val="22"/>
                <w:szCs w:val="22"/>
              </w:rPr>
              <w:t>/</w:t>
            </w:r>
            <w:r w:rsidR="008575E0">
              <w:rPr>
                <w:sz w:val="22"/>
                <w:szCs w:val="22"/>
              </w:rPr>
              <w:t>15</w:t>
            </w:r>
            <w:r>
              <w:rPr>
                <w:sz w:val="22"/>
                <w:szCs w:val="22"/>
              </w:rPr>
              <w:t>/</w:t>
            </w:r>
            <w:r w:rsidR="00C42F1C">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58BFDFFE" w14:textId="3AAD80F2" w:rsidR="008575E0" w:rsidRDefault="008575E0" w:rsidP="00012E18">
            <w:pPr>
              <w:jc w:val="center"/>
              <w:rPr>
                <w:sz w:val="22"/>
                <w:szCs w:val="22"/>
              </w:rPr>
            </w:pPr>
            <w:r>
              <w:rPr>
                <w:sz w:val="22"/>
                <w:szCs w:val="22"/>
              </w:rPr>
              <w:t>1</w:t>
            </w:r>
            <w:r w:rsidRPr="008575E0">
              <w:rPr>
                <w:sz w:val="22"/>
                <w:szCs w:val="22"/>
                <w:vertAlign w:val="superscript"/>
              </w:rPr>
              <w:t>st</w:t>
            </w:r>
            <w:r>
              <w:rPr>
                <w:sz w:val="22"/>
                <w:szCs w:val="22"/>
              </w:rPr>
              <w:t>/2</w:t>
            </w:r>
            <w:r w:rsidRPr="008575E0">
              <w:rPr>
                <w:sz w:val="22"/>
                <w:szCs w:val="22"/>
                <w:vertAlign w:val="superscript"/>
              </w:rPr>
              <w:t>nd</w:t>
            </w:r>
            <w:r>
              <w:rPr>
                <w:sz w:val="22"/>
                <w:szCs w:val="22"/>
              </w:rPr>
              <w:t xml:space="preserve"> </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334E3DFE" w:rsidR="00A65332" w:rsidRPr="00315705" w:rsidRDefault="00213BCC" w:rsidP="00315705">
            <w:pPr>
              <w:jc w:val="center"/>
              <w:rPr>
                <w:sz w:val="22"/>
                <w:szCs w:val="22"/>
              </w:rPr>
            </w:pPr>
            <w:r>
              <w:rPr>
                <w:sz w:val="22"/>
                <w:szCs w:val="22"/>
              </w:rPr>
              <w:t>Health Science – Food Groups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9E43BDA" w14:textId="77777777" w:rsidR="008575E0" w:rsidRDefault="00144D50" w:rsidP="008575E0">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711CF8B1" w14:textId="6D09BEA9" w:rsidR="008575E0" w:rsidRPr="008575E0" w:rsidRDefault="008575E0" w:rsidP="008575E0">
            <w:pPr>
              <w:keepNext/>
              <w:outlineLvl w:val="0"/>
              <w:rPr>
                <w:rFonts w:eastAsia="Times"/>
                <w:b/>
                <w:bCs/>
                <w:sz w:val="22"/>
                <w:szCs w:val="22"/>
              </w:rPr>
            </w:pPr>
            <w:r>
              <w:rPr>
                <w:rStyle w:val="Strong"/>
              </w:rPr>
              <w:t>Science/Content Standard(s):</w:t>
            </w:r>
            <w:r>
              <w:br/>
            </w:r>
            <w:r>
              <w:rPr>
                <w:rStyle w:val="Strong"/>
              </w:rPr>
              <w:t>NGSS 1-LS1-1 &amp; 2-LS4-1</w:t>
            </w:r>
          </w:p>
          <w:p w14:paraId="7F7D7FA1" w14:textId="77777777" w:rsidR="008575E0" w:rsidRDefault="008575E0" w:rsidP="008575E0">
            <w:pPr>
              <w:numPr>
                <w:ilvl w:val="0"/>
                <w:numId w:val="48"/>
              </w:numPr>
              <w:spacing w:before="100" w:beforeAutospacing="1" w:after="100" w:afterAutospacing="1"/>
            </w:pPr>
            <w:r>
              <w:t>1-LS1-1: Use materials to design a solution to a human problem by mimicking how plants and animals use their external parts to help them survive, grow, and meet their needs.</w:t>
            </w:r>
          </w:p>
          <w:p w14:paraId="0C9641E5" w14:textId="77777777" w:rsidR="008575E0" w:rsidRDefault="008575E0" w:rsidP="008575E0">
            <w:pPr>
              <w:numPr>
                <w:ilvl w:val="0"/>
                <w:numId w:val="48"/>
              </w:numPr>
              <w:spacing w:before="100" w:beforeAutospacing="1" w:after="100" w:afterAutospacing="1"/>
            </w:pPr>
            <w:r>
              <w:t>2-LS4-1: Make observations of plants and animals to compare the diversity of life in different habitats.</w:t>
            </w:r>
          </w:p>
          <w:p w14:paraId="7B6AB226" w14:textId="77F00DE4" w:rsidR="008575E0" w:rsidRDefault="008575E0" w:rsidP="008575E0">
            <w:pPr>
              <w:spacing w:before="100" w:beforeAutospacing="1" w:after="100" w:afterAutospacing="1"/>
            </w:pPr>
            <w:r>
              <w:rPr>
                <w:rStyle w:val="Strong"/>
              </w:rPr>
              <w:t>Health Education Standard:</w:t>
            </w:r>
            <w:r>
              <w:br/>
              <w:t>1.2. N &amp; 2.2.N – Identify how different foods support specific body functions (e.g., strong bones, energy, muscle building).</w:t>
            </w:r>
          </w:p>
          <w:p w14:paraId="6AF4F294" w14:textId="759852B1" w:rsidR="00315705" w:rsidRPr="008575E0" w:rsidRDefault="00315705" w:rsidP="008575E0">
            <w:pPr>
              <w:keepNext/>
              <w:outlineLvl w:val="0"/>
              <w:rPr>
                <w:rFonts w:eastAsia="Times"/>
                <w:b/>
                <w:bCs/>
                <w:sz w:val="22"/>
                <w:szCs w:val="22"/>
              </w:rPr>
            </w:pPr>
          </w:p>
        </w:tc>
        <w:tc>
          <w:tcPr>
            <w:tcW w:w="5400" w:type="dxa"/>
            <w:tcBorders>
              <w:top w:val="thickThinSmallGap" w:sz="24" w:space="0" w:color="auto"/>
              <w:left w:val="thickThinSmallGap" w:sz="24" w:space="0" w:color="auto"/>
              <w:right w:val="thickThinSmallGap" w:sz="24" w:space="0" w:color="auto"/>
            </w:tcBorders>
          </w:tcPr>
          <w:p w14:paraId="30BB6F04" w14:textId="77777777" w:rsidR="00315705" w:rsidRDefault="00144D50" w:rsidP="00315705">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0994F1CD" w14:textId="77777777" w:rsidR="008575E0" w:rsidRPr="008575E0" w:rsidRDefault="008575E0" w:rsidP="008575E0">
            <w:pPr>
              <w:pStyle w:val="ListParagraph"/>
              <w:numPr>
                <w:ilvl w:val="0"/>
                <w:numId w:val="49"/>
              </w:numPr>
              <w:rPr>
                <w:rFonts w:eastAsia="Times"/>
                <w:b/>
                <w:bCs/>
                <w:sz w:val="22"/>
                <w:szCs w:val="22"/>
              </w:rPr>
            </w:pPr>
            <w:r>
              <w:t>ELD.PI.1–2.1 – Exchanging ideas through collaborative conversation.</w:t>
            </w:r>
          </w:p>
          <w:p w14:paraId="520B1439" w14:textId="17F4134B" w:rsidR="00315705" w:rsidRPr="008575E0" w:rsidRDefault="008575E0" w:rsidP="008575E0">
            <w:pPr>
              <w:pStyle w:val="ListParagraph"/>
              <w:numPr>
                <w:ilvl w:val="0"/>
                <w:numId w:val="49"/>
              </w:numPr>
              <w:rPr>
                <w:rFonts w:eastAsia="Times"/>
                <w:b/>
                <w:bCs/>
                <w:sz w:val="22"/>
                <w:szCs w:val="22"/>
              </w:rPr>
            </w:pPr>
            <w:r>
              <w:t>ELD.PI.1–2.6 – Describing and providing information using learned phrases.</w:t>
            </w: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23D1BB9F" w14:textId="77777777" w:rsidR="008575E0" w:rsidRDefault="006B039E" w:rsidP="008575E0">
            <w:pPr>
              <w:keepNext/>
              <w:outlineLvl w:val="0"/>
              <w:rPr>
                <w:rFonts w:eastAsia="Times"/>
                <w:b/>
                <w:bCs/>
                <w:sz w:val="22"/>
                <w:szCs w:val="22"/>
              </w:rPr>
            </w:pPr>
            <w:r w:rsidRPr="006C76A0">
              <w:rPr>
                <w:rFonts w:eastAsia="Times"/>
                <w:b/>
                <w:bCs/>
                <w:sz w:val="22"/>
                <w:szCs w:val="22"/>
              </w:rPr>
              <w:t xml:space="preserve">Lesson Objective(s)/Goal(s): </w:t>
            </w:r>
          </w:p>
          <w:p w14:paraId="22C96306" w14:textId="222D3F1D" w:rsidR="008575E0" w:rsidRPr="008575E0" w:rsidRDefault="008575E0" w:rsidP="008575E0">
            <w:pPr>
              <w:pStyle w:val="ListParagraph"/>
              <w:keepNext/>
              <w:numPr>
                <w:ilvl w:val="0"/>
                <w:numId w:val="50"/>
              </w:numPr>
              <w:outlineLvl w:val="0"/>
              <w:rPr>
                <w:rFonts w:eastAsia="Times"/>
                <w:b/>
                <w:bCs/>
                <w:sz w:val="22"/>
                <w:szCs w:val="22"/>
              </w:rPr>
            </w:pPr>
            <w:r>
              <w:t>By the end of the lesson, given a guided discussion and real-life animal comparisons, students will be able to describe how different food groups support body functions (e.g., energy, growth, repair) and apply this understanding by completing a labeled worksheet matching food types to body needs, with 80% accuracy.</w:t>
            </w:r>
          </w:p>
          <w:p w14:paraId="07C19E8C" w14:textId="6FA94EA1" w:rsidR="00315705" w:rsidRPr="008575E0" w:rsidRDefault="00315705" w:rsidP="008575E0">
            <w:pPr>
              <w:keepNext/>
              <w:outlineLvl w:val="0"/>
              <w:rPr>
                <w:rFonts w:eastAsia="Times"/>
                <w:b/>
                <w:bCs/>
                <w:sz w:val="22"/>
                <w:szCs w:val="22"/>
              </w:rPr>
            </w:pPr>
          </w:p>
        </w:tc>
        <w:tc>
          <w:tcPr>
            <w:tcW w:w="5400" w:type="dxa"/>
            <w:tcBorders>
              <w:top w:val="thickThinSmallGap" w:sz="24" w:space="0" w:color="auto"/>
              <w:left w:val="thickThinSmallGap" w:sz="24" w:space="0" w:color="auto"/>
              <w:right w:val="thickThinSmallGap" w:sz="24" w:space="0" w:color="auto"/>
            </w:tcBorders>
          </w:tcPr>
          <w:p w14:paraId="2B046407" w14:textId="77777777" w:rsidR="008575E0" w:rsidRDefault="006B039E" w:rsidP="008575E0">
            <w:pPr>
              <w:rPr>
                <w:b/>
                <w:sz w:val="22"/>
                <w:szCs w:val="22"/>
              </w:rPr>
            </w:pPr>
            <w:r w:rsidRPr="00BB7B32">
              <w:rPr>
                <w:b/>
                <w:sz w:val="22"/>
                <w:szCs w:val="22"/>
              </w:rPr>
              <w:t>Language Objective(s)</w:t>
            </w:r>
            <w:r w:rsidR="008575E0">
              <w:rPr>
                <w:b/>
                <w:sz w:val="22"/>
                <w:szCs w:val="22"/>
              </w:rPr>
              <w:t>:</w:t>
            </w:r>
          </w:p>
          <w:p w14:paraId="7264961E" w14:textId="10A52836" w:rsidR="008575E0" w:rsidRPr="008575E0" w:rsidRDefault="008575E0" w:rsidP="008575E0">
            <w:pPr>
              <w:pStyle w:val="ListParagraph"/>
              <w:numPr>
                <w:ilvl w:val="0"/>
                <w:numId w:val="50"/>
              </w:numPr>
              <w:rPr>
                <w:b/>
                <w:sz w:val="22"/>
                <w:szCs w:val="22"/>
              </w:rPr>
            </w:pPr>
            <w:r>
              <w:t>Students will use sentence frames and illustrations to explain how different foods help our bodies and compare those functions to how animals use food to survive.</w:t>
            </w:r>
          </w:p>
          <w:p w14:paraId="29EC03ED" w14:textId="1D8E58BB" w:rsidR="00315705" w:rsidRPr="008575E0" w:rsidRDefault="00315705" w:rsidP="008575E0">
            <w:pPr>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69A92E27" w14:textId="77777777" w:rsidR="008575E0" w:rsidRDefault="008575E0" w:rsidP="008575E0">
            <w:pPr>
              <w:pStyle w:val="ListParagraph"/>
              <w:numPr>
                <w:ilvl w:val="0"/>
                <w:numId w:val="50"/>
              </w:numPr>
              <w:spacing w:before="100" w:beforeAutospacing="1" w:after="100" w:afterAutospacing="1"/>
            </w:pPr>
            <w:r>
              <w:rPr>
                <w:rStyle w:val="Strong"/>
              </w:rPr>
              <w:t>Function:</w:t>
            </w:r>
            <w:r>
              <w:t xml:space="preserve"> Describe, compare, explain</w:t>
            </w:r>
          </w:p>
          <w:p w14:paraId="2784068B" w14:textId="77777777" w:rsidR="008575E0" w:rsidRDefault="008575E0" w:rsidP="008575E0">
            <w:pPr>
              <w:pStyle w:val="ListParagraph"/>
              <w:numPr>
                <w:ilvl w:val="0"/>
                <w:numId w:val="50"/>
              </w:numPr>
              <w:spacing w:before="100" w:beforeAutospacing="1" w:after="100" w:afterAutospacing="1"/>
            </w:pPr>
            <w:r>
              <w:rPr>
                <w:rStyle w:val="Strong"/>
              </w:rPr>
              <w:t>Vocabulary:</w:t>
            </w:r>
            <w:r>
              <w:t xml:space="preserve"> energy, strong, healthy, bones, muscles, grow, brain, protein, vitamins</w:t>
            </w:r>
          </w:p>
          <w:p w14:paraId="3A1D20E6" w14:textId="77777777" w:rsidR="008575E0" w:rsidRPr="008575E0" w:rsidRDefault="008575E0" w:rsidP="008575E0">
            <w:pPr>
              <w:pStyle w:val="ListParagraph"/>
              <w:numPr>
                <w:ilvl w:val="0"/>
                <w:numId w:val="50"/>
              </w:numPr>
              <w:spacing w:before="100" w:beforeAutospacing="1" w:after="100" w:afterAutospacing="1"/>
              <w:rPr>
                <w:rStyle w:val="Strong"/>
                <w:b w:val="0"/>
                <w:bCs w:val="0"/>
              </w:rPr>
            </w:pPr>
            <w:r>
              <w:rPr>
                <w:rStyle w:val="Strong"/>
              </w:rPr>
              <w:t>Syntax/Discourse:</w:t>
            </w:r>
          </w:p>
          <w:p w14:paraId="2F408FB5" w14:textId="77777777" w:rsidR="008575E0" w:rsidRDefault="008575E0" w:rsidP="008575E0">
            <w:pPr>
              <w:pStyle w:val="ListParagraph"/>
              <w:spacing w:before="100" w:beforeAutospacing="1" w:after="100" w:afterAutospacing="1"/>
            </w:pPr>
            <w:r>
              <w:t>Sentence frames:</w:t>
            </w:r>
          </w:p>
          <w:p w14:paraId="26F675A6" w14:textId="77777777" w:rsidR="008575E0" w:rsidRDefault="008575E0" w:rsidP="008575E0">
            <w:pPr>
              <w:pStyle w:val="ListParagraph"/>
              <w:spacing w:before="100" w:beforeAutospacing="1" w:after="100" w:afterAutospacing="1"/>
            </w:pPr>
            <w:r>
              <w:t>“Protein helps me ___.”</w:t>
            </w:r>
          </w:p>
          <w:p w14:paraId="02FE46AB" w14:textId="77777777" w:rsidR="008575E0" w:rsidRDefault="008575E0" w:rsidP="008575E0">
            <w:pPr>
              <w:pStyle w:val="ListParagraph"/>
              <w:spacing w:before="100" w:beforeAutospacing="1" w:after="100" w:afterAutospacing="1"/>
            </w:pPr>
            <w:r>
              <w:lastRenderedPageBreak/>
              <w:t>“This food gives ___.”</w:t>
            </w:r>
          </w:p>
          <w:p w14:paraId="6567337B" w14:textId="790D0178" w:rsidR="008575E0" w:rsidRDefault="008575E0" w:rsidP="008575E0">
            <w:pPr>
              <w:pStyle w:val="ListParagraph"/>
              <w:spacing w:before="100" w:beforeAutospacing="1" w:after="100" w:afterAutospacing="1"/>
            </w:pPr>
            <w:r>
              <w:t>“Like a ___ in the wild, I need ___ to ___.”</w:t>
            </w:r>
          </w:p>
          <w:p w14:paraId="0377DB37" w14:textId="4A62A51B" w:rsidR="006B039E" w:rsidRPr="006264F7" w:rsidRDefault="006B039E" w:rsidP="008575E0">
            <w:pPr>
              <w:pStyle w:val="NormalWeb"/>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703FE7E6" w14:textId="77777777" w:rsidR="00980EF9" w:rsidRDefault="00980EF9" w:rsidP="00980EF9">
            <w:pPr>
              <w:numPr>
                <w:ilvl w:val="0"/>
                <w:numId w:val="52"/>
              </w:numPr>
              <w:spacing w:before="100" w:beforeAutospacing="1" w:after="100" w:afterAutospacing="1"/>
            </w:pPr>
            <w:r>
              <w:t>Use of animal images and videos to make comparisons concrete</w:t>
            </w:r>
          </w:p>
          <w:p w14:paraId="5EB052B9" w14:textId="77777777" w:rsidR="00980EF9" w:rsidRDefault="00980EF9" w:rsidP="00980EF9">
            <w:pPr>
              <w:numPr>
                <w:ilvl w:val="0"/>
                <w:numId w:val="52"/>
              </w:numPr>
              <w:spacing w:before="100" w:beforeAutospacing="1" w:after="100" w:afterAutospacing="1"/>
            </w:pPr>
            <w:r>
              <w:t>Anchor chart connecting food group to body function (e.g., “Protein = muscles”)</w:t>
            </w:r>
          </w:p>
          <w:p w14:paraId="2D6259E7" w14:textId="77777777" w:rsidR="00980EF9" w:rsidRDefault="00980EF9" w:rsidP="00980EF9">
            <w:pPr>
              <w:numPr>
                <w:ilvl w:val="0"/>
                <w:numId w:val="52"/>
              </w:numPr>
              <w:spacing w:before="100" w:beforeAutospacing="1" w:after="100" w:afterAutospacing="1"/>
            </w:pPr>
            <w:r>
              <w:t>Word banks and sentence starters on the board</w:t>
            </w:r>
          </w:p>
          <w:p w14:paraId="311FAC77" w14:textId="2B9EF0A4" w:rsidR="00980EF9" w:rsidRDefault="00980EF9" w:rsidP="00980EF9">
            <w:pPr>
              <w:numPr>
                <w:ilvl w:val="0"/>
                <w:numId w:val="52"/>
              </w:numPr>
              <w:spacing w:before="100" w:beforeAutospacing="1" w:after="100" w:afterAutospacing="1"/>
            </w:pPr>
            <w:r>
              <w:t>Option to draw instead of writing for students with writing challenges</w:t>
            </w:r>
          </w:p>
          <w:p w14:paraId="272817E4" w14:textId="77777777" w:rsidR="00980EF9" w:rsidRDefault="00980EF9" w:rsidP="00980EF9">
            <w:pPr>
              <w:numPr>
                <w:ilvl w:val="0"/>
                <w:numId w:val="52"/>
              </w:numPr>
              <w:spacing w:before="100" w:beforeAutospacing="1" w:after="100" w:afterAutospacing="1"/>
            </w:pPr>
            <w:r>
              <w:t>Pair students with partners for guided conversations</w:t>
            </w:r>
          </w:p>
          <w:p w14:paraId="33D39797" w14:textId="77777777" w:rsidR="006B039E" w:rsidRDefault="00980EF9" w:rsidP="00980EF9">
            <w:pPr>
              <w:numPr>
                <w:ilvl w:val="0"/>
                <w:numId w:val="52"/>
              </w:numPr>
              <w:spacing w:before="100" w:beforeAutospacing="1" w:after="100" w:afterAutospacing="1"/>
            </w:pPr>
            <w:r>
              <w:t>Review vocabulary and concepts from Day 1 before starting Day 2 content</w:t>
            </w:r>
          </w:p>
          <w:p w14:paraId="55BACF0A" w14:textId="5CAD9168" w:rsidR="0095001F" w:rsidRPr="00315705" w:rsidRDefault="0095001F" w:rsidP="0095001F">
            <w:pPr>
              <w:numPr>
                <w:ilvl w:val="0"/>
                <w:numId w:val="52"/>
              </w:numPr>
              <w:spacing w:before="100" w:beforeAutospacing="1" w:after="100" w:afterAutospacing="1"/>
            </w:pPr>
            <w:r>
              <w:t xml:space="preserve">Brain Break Video </w:t>
            </w:r>
            <w:hyperlink r:id="rId8" w:history="1">
              <w:r w:rsidRPr="008F1564">
                <w:rPr>
                  <w:rStyle w:val="Hyperlink"/>
                </w:rPr>
                <w:t>https://www.youtube.com/watch?v=6HM28d04LQk</w:t>
              </w:r>
            </w:hyperlink>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31291B3" w14:textId="749613FD" w:rsidR="00980EF9" w:rsidRDefault="00980EF9" w:rsidP="00980EF9">
            <w:pPr>
              <w:spacing w:before="100" w:beforeAutospacing="1" w:after="100" w:afterAutospacing="1"/>
            </w:pPr>
            <w:r>
              <w:rPr>
                <w:rFonts w:hAnsi="Symbol"/>
              </w:rPr>
              <w:t></w:t>
            </w:r>
            <w:r>
              <w:t xml:space="preserve"> Warm</w:t>
            </w:r>
            <w:r>
              <w:rPr>
                <w:rStyle w:val="Strong"/>
              </w:rPr>
              <w:t>-Up Review (5 mins):</w:t>
            </w:r>
            <w:r>
              <w:br/>
              <w:t>Ask: “What did we learn yesterday about food groups?” and “Why do we need different kinds of foods?”</w:t>
            </w:r>
            <w:r>
              <w:br/>
              <w:t>Quickly review the anchor chart from Day 1 and point to visuals again.</w:t>
            </w:r>
          </w:p>
          <w:p w14:paraId="38DFD1BE" w14:textId="052CAD50" w:rsidR="003D72C0" w:rsidRDefault="00980EF9" w:rsidP="00980EF9">
            <w:pPr>
              <w:spacing w:before="100" w:beforeAutospacing="1" w:after="100" w:afterAutospacing="1"/>
            </w:pPr>
            <w:r>
              <w:rPr>
                <w:rFonts w:hAnsi="Symbol"/>
              </w:rPr>
              <w:t></w:t>
            </w:r>
            <w:r>
              <w:t xml:space="preserve"> </w:t>
            </w:r>
            <w:r>
              <w:rPr>
                <w:rStyle w:val="Strong"/>
              </w:rPr>
              <w:t>Concept Introduction (10 mins):</w:t>
            </w:r>
            <w:r>
              <w:br/>
              <w:t xml:space="preserve">Tell students: </w:t>
            </w:r>
            <w:r>
              <w:rPr>
                <w:rStyle w:val="Emphasis"/>
              </w:rPr>
              <w:t>“Today, we’ll learn how food helps our bodies—just like animals use food to survive in nature.”</w:t>
            </w:r>
            <w:r>
              <w:br/>
              <w:t>Display visuals or show a short video clip of animals eating (e.g., lions for strength, squirrels for energy from nuts, cows for grass and growth).</w:t>
            </w:r>
            <w:r w:rsidR="003D72C0">
              <w:t xml:space="preserve"> </w:t>
            </w:r>
            <w:hyperlink r:id="rId9" w:history="1">
              <w:r w:rsidR="003D72C0" w:rsidRPr="008F1564">
                <w:rPr>
                  <w:rStyle w:val="Hyperlink"/>
                </w:rPr>
                <w:t>https://www.etsy.com/listing/1539790446/health-nutrition-myplate-food-group</w:t>
              </w:r>
            </w:hyperlink>
            <w:r>
              <w:br/>
              <w:t xml:space="preserve">Connect each animal to a function (e.g., </w:t>
            </w:r>
            <w:r>
              <w:rPr>
                <w:rStyle w:val="Emphasis"/>
              </w:rPr>
              <w:t>“The lion eats meat to grow strong muscles. Humans eat protein for that too!”</w:t>
            </w:r>
            <w:r>
              <w:t>)</w:t>
            </w:r>
            <w:r w:rsidR="003D72C0">
              <w:t xml:space="preserve">  </w:t>
            </w:r>
            <w:hyperlink r:id="rId10" w:history="1">
              <w:r w:rsidR="003D72C0" w:rsidRPr="008F1564">
                <w:rPr>
                  <w:rStyle w:val="Hyperlink"/>
                </w:rPr>
                <w:t>https://www.youtube.com/watch?v=AHCOzc143Ec</w:t>
              </w:r>
            </w:hyperlink>
          </w:p>
          <w:p w14:paraId="0AA3811B" w14:textId="27BB6E46" w:rsidR="00980EF9" w:rsidRDefault="00980EF9" w:rsidP="00980EF9">
            <w:pPr>
              <w:spacing w:before="100" w:beforeAutospacing="1" w:after="100" w:afterAutospacing="1"/>
            </w:pPr>
            <w:r>
              <w:rPr>
                <w:rFonts w:hAnsi="Symbol"/>
              </w:rPr>
              <w:t></w:t>
            </w:r>
            <w:r>
              <w:t xml:space="preserve"> Direct</w:t>
            </w:r>
            <w:r>
              <w:rPr>
                <w:rStyle w:val="Strong"/>
              </w:rPr>
              <w:t xml:space="preserve"> Teaching (10 mins):</w:t>
            </w:r>
            <w:r>
              <w:br/>
              <w:t xml:space="preserve">Create a 5-column chart </w:t>
            </w:r>
            <w:r w:rsidR="00560182">
              <w:t xml:space="preserve">on the board </w:t>
            </w:r>
            <w:r w:rsidR="003D72C0">
              <w:t xml:space="preserve">after the video </w:t>
            </w:r>
            <w:r>
              <w:t>labeled:</w:t>
            </w:r>
          </w:p>
          <w:p w14:paraId="3D9CAF8B" w14:textId="77777777" w:rsidR="00980EF9" w:rsidRDefault="00980EF9" w:rsidP="00980EF9">
            <w:pPr>
              <w:numPr>
                <w:ilvl w:val="0"/>
                <w:numId w:val="53"/>
              </w:numPr>
              <w:spacing w:before="100" w:beforeAutospacing="1" w:after="100" w:afterAutospacing="1"/>
            </w:pPr>
            <w:r>
              <w:t>Muscles (Protein)</w:t>
            </w:r>
          </w:p>
          <w:p w14:paraId="3F072CF4" w14:textId="77777777" w:rsidR="00980EF9" w:rsidRDefault="00980EF9" w:rsidP="00980EF9">
            <w:pPr>
              <w:numPr>
                <w:ilvl w:val="0"/>
                <w:numId w:val="53"/>
              </w:numPr>
              <w:spacing w:before="100" w:beforeAutospacing="1" w:after="100" w:afterAutospacing="1"/>
            </w:pPr>
            <w:r>
              <w:t>Bones (Dairy)</w:t>
            </w:r>
          </w:p>
          <w:p w14:paraId="11547518" w14:textId="77777777" w:rsidR="00980EF9" w:rsidRDefault="00980EF9" w:rsidP="00980EF9">
            <w:pPr>
              <w:numPr>
                <w:ilvl w:val="0"/>
                <w:numId w:val="53"/>
              </w:numPr>
              <w:spacing w:before="100" w:beforeAutospacing="1" w:after="100" w:afterAutospacing="1"/>
            </w:pPr>
            <w:r>
              <w:t>Energy (Grains)</w:t>
            </w:r>
          </w:p>
          <w:p w14:paraId="701CD522" w14:textId="77777777" w:rsidR="00980EF9" w:rsidRDefault="00980EF9" w:rsidP="00980EF9">
            <w:pPr>
              <w:numPr>
                <w:ilvl w:val="0"/>
                <w:numId w:val="53"/>
              </w:numPr>
              <w:spacing w:before="100" w:beforeAutospacing="1" w:after="100" w:afterAutospacing="1"/>
            </w:pPr>
            <w:r>
              <w:t>Brain (Fruits)</w:t>
            </w:r>
          </w:p>
          <w:p w14:paraId="1D297B21" w14:textId="32C806C8" w:rsidR="00980EF9" w:rsidRDefault="00980EF9" w:rsidP="00980EF9">
            <w:pPr>
              <w:numPr>
                <w:ilvl w:val="0"/>
                <w:numId w:val="53"/>
              </w:numPr>
              <w:spacing w:before="100" w:beforeAutospacing="1" w:after="100" w:afterAutospacing="1"/>
            </w:pPr>
            <w:r>
              <w:t>Body Healing (Vegetables)</w:t>
            </w:r>
            <w:r>
              <w:br/>
            </w:r>
            <w:r w:rsidR="003D72C0">
              <w:t>Draw</w:t>
            </w:r>
            <w:r>
              <w:t xml:space="preserve"> pictures and real-life examples for each. Tie it back to animals:</w:t>
            </w:r>
          </w:p>
          <w:p w14:paraId="5B656B8A" w14:textId="77777777" w:rsidR="00980EF9" w:rsidRDefault="00980EF9" w:rsidP="00980EF9">
            <w:pPr>
              <w:numPr>
                <w:ilvl w:val="0"/>
                <w:numId w:val="53"/>
              </w:numPr>
              <w:spacing w:before="100" w:beforeAutospacing="1" w:after="100" w:afterAutospacing="1"/>
            </w:pPr>
            <w:r>
              <w:t>“Just like squirrels store nuts for energy, grains give humans energy to run and play.”</w:t>
            </w:r>
          </w:p>
          <w:p w14:paraId="5CDB8312" w14:textId="6F78021D" w:rsidR="00980EF9" w:rsidRDefault="00980EF9" w:rsidP="00980EF9">
            <w:pPr>
              <w:spacing w:before="100" w:beforeAutospacing="1" w:after="100" w:afterAutospacing="1"/>
            </w:pPr>
            <w:r>
              <w:rPr>
                <w:rFonts w:hAnsi="Symbol"/>
              </w:rPr>
              <w:t></w:t>
            </w:r>
            <w:r>
              <w:t xml:space="preserve"> Student</w:t>
            </w:r>
            <w:r>
              <w:rPr>
                <w:rStyle w:val="Strong"/>
              </w:rPr>
              <w:t xml:space="preserve"> Activity (15–20 mins):</w:t>
            </w:r>
            <w:r>
              <w:br/>
            </w:r>
            <w:r w:rsidR="00560182">
              <w:t xml:space="preserve">    - </w:t>
            </w:r>
            <w:r>
              <w:t xml:space="preserve">Pass out a </w:t>
            </w:r>
            <w:r>
              <w:rPr>
                <w:rStyle w:val="Strong"/>
              </w:rPr>
              <w:t xml:space="preserve">body function </w:t>
            </w:r>
            <w:r w:rsidR="00560182">
              <w:rPr>
                <w:rStyle w:val="Strong"/>
              </w:rPr>
              <w:t>worksheet</w:t>
            </w:r>
            <w:r w:rsidR="00560182">
              <w:t xml:space="preserve"> (matching</w:t>
            </w:r>
            <w:r>
              <w:t xml:space="preserve"> chart).</w:t>
            </w:r>
            <w:r>
              <w:br/>
            </w:r>
            <w:r w:rsidR="00560182">
              <w:t xml:space="preserve">    - </w:t>
            </w:r>
            <w:r>
              <w:t>Students label or draw which foods help which body parts or functions.</w:t>
            </w:r>
            <w:r>
              <w:br/>
            </w:r>
            <w:r w:rsidR="00560182">
              <w:t xml:space="preserve">    - </w:t>
            </w:r>
            <w:r>
              <w:t>For example, color and label muscles, bones, or brain areas, or match foods to needs.</w:t>
            </w:r>
          </w:p>
          <w:p w14:paraId="6C401FA1" w14:textId="6FF078D6" w:rsidR="00980EF9" w:rsidRDefault="00980EF9" w:rsidP="00980EF9">
            <w:pPr>
              <w:spacing w:before="100" w:beforeAutospacing="1" w:after="100" w:afterAutospacing="1"/>
            </w:pPr>
            <w:r>
              <w:rPr>
                <w:rFonts w:hAnsi="Symbol"/>
              </w:rPr>
              <w:t></w:t>
            </w:r>
            <w:r>
              <w:t xml:space="preserve"> Partner</w:t>
            </w:r>
            <w:r>
              <w:rPr>
                <w:rStyle w:val="Strong"/>
              </w:rPr>
              <w:t xml:space="preserve"> Sharing</w:t>
            </w:r>
            <w:r w:rsidR="00560182">
              <w:rPr>
                <w:rStyle w:val="Strong"/>
              </w:rPr>
              <w:t xml:space="preserve"> &amp; Writing</w:t>
            </w:r>
            <w:r>
              <w:rPr>
                <w:rStyle w:val="Strong"/>
              </w:rPr>
              <w:t xml:space="preserve"> (5 mins):</w:t>
            </w:r>
            <w:r>
              <w:br/>
              <w:t xml:space="preserve">Students </w:t>
            </w:r>
            <w:r w:rsidR="00560182">
              <w:t xml:space="preserve">can </w:t>
            </w:r>
            <w:r>
              <w:t>share one thing they learned with a partner</w:t>
            </w:r>
            <w:r w:rsidR="00560182">
              <w:t xml:space="preserve"> after they write their sentence on the back of their worksheet in a complete sentence using prompted sentence frame</w:t>
            </w:r>
            <w:r w:rsidR="003D72C0">
              <w:t>s on the board after completion of the assessment body function worksheet</w:t>
            </w:r>
            <w:r w:rsidR="00560182">
              <w:t>.</w:t>
            </w:r>
          </w:p>
          <w:p w14:paraId="730A5860" w14:textId="77777777" w:rsidR="00980EF9" w:rsidRDefault="00980EF9" w:rsidP="00980EF9">
            <w:pPr>
              <w:numPr>
                <w:ilvl w:val="0"/>
                <w:numId w:val="54"/>
              </w:numPr>
              <w:spacing w:before="100" w:beforeAutospacing="1" w:after="100" w:afterAutospacing="1"/>
            </w:pPr>
            <w:r>
              <w:t>“I learned that ___ helps my ___.”</w:t>
            </w:r>
          </w:p>
          <w:p w14:paraId="311FF6B5" w14:textId="22299A56" w:rsidR="00DE1BF7" w:rsidRPr="00315705" w:rsidRDefault="00980EF9" w:rsidP="00980EF9">
            <w:pPr>
              <w:numPr>
                <w:ilvl w:val="0"/>
                <w:numId w:val="54"/>
              </w:numPr>
              <w:spacing w:before="100" w:beforeAutospacing="1" w:after="100" w:afterAutospacing="1"/>
            </w:pPr>
            <w:r>
              <w:t>“Fruits help my ___, just like ___ in the wild eats ___.”</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130F25BF" w14:textId="77777777" w:rsidR="00980EF9" w:rsidRDefault="00980EF9" w:rsidP="00980EF9">
            <w:pPr>
              <w:spacing w:before="100" w:beforeAutospacing="1" w:after="100" w:afterAutospacing="1"/>
            </w:pPr>
            <w:r>
              <w:rPr>
                <w:rStyle w:val="Strong"/>
              </w:rPr>
              <w:t>Formative:</w:t>
            </w:r>
          </w:p>
          <w:p w14:paraId="4727C848" w14:textId="77777777" w:rsidR="00980EF9" w:rsidRDefault="00980EF9" w:rsidP="00980EF9">
            <w:pPr>
              <w:numPr>
                <w:ilvl w:val="0"/>
                <w:numId w:val="55"/>
              </w:numPr>
              <w:spacing w:before="100" w:beforeAutospacing="1" w:after="100" w:afterAutospacing="1"/>
            </w:pPr>
            <w:r>
              <w:t>Teacher circulates and checks oral participation, especially vocabulary and concept use</w:t>
            </w:r>
          </w:p>
          <w:p w14:paraId="5C3B5F53" w14:textId="77777777" w:rsidR="00980EF9" w:rsidRDefault="00980EF9" w:rsidP="00980EF9">
            <w:pPr>
              <w:numPr>
                <w:ilvl w:val="0"/>
                <w:numId w:val="55"/>
              </w:numPr>
              <w:spacing w:before="100" w:beforeAutospacing="1" w:after="100" w:afterAutospacing="1"/>
            </w:pPr>
            <w:r>
              <w:t>Quick verbal check-ins during chart matching and worksheet completion</w:t>
            </w:r>
          </w:p>
          <w:p w14:paraId="6CC4E5F1" w14:textId="77777777" w:rsidR="00980EF9" w:rsidRDefault="00980EF9" w:rsidP="00980EF9">
            <w:pPr>
              <w:spacing w:before="100" w:beforeAutospacing="1" w:after="100" w:afterAutospacing="1"/>
            </w:pPr>
            <w:r>
              <w:rPr>
                <w:rStyle w:val="Strong"/>
              </w:rPr>
              <w:lastRenderedPageBreak/>
              <w:t>Summative:</w:t>
            </w:r>
          </w:p>
          <w:p w14:paraId="58B632E1" w14:textId="77777777" w:rsidR="00980EF9" w:rsidRDefault="00980EF9" w:rsidP="00980EF9">
            <w:pPr>
              <w:numPr>
                <w:ilvl w:val="0"/>
                <w:numId w:val="56"/>
              </w:numPr>
              <w:spacing w:before="100" w:beforeAutospacing="1" w:after="100" w:afterAutospacing="1"/>
            </w:pPr>
            <w:r>
              <w:t>Completed worksheet with accurate matches between food and body function</w:t>
            </w:r>
          </w:p>
          <w:p w14:paraId="0FCC8B2C" w14:textId="2E464CF4" w:rsidR="00A8077B" w:rsidRPr="00315705" w:rsidRDefault="00560182" w:rsidP="00980EF9">
            <w:pPr>
              <w:numPr>
                <w:ilvl w:val="0"/>
                <w:numId w:val="56"/>
              </w:numPr>
              <w:spacing w:before="100" w:beforeAutospacing="1" w:after="100" w:afterAutospacing="1"/>
            </w:pPr>
            <w:r>
              <w:t>W</w:t>
            </w:r>
            <w:r w:rsidR="00980EF9">
              <w:t>ritten sentence showing comparison to an animal or real-life benefit (can be scribed if needed)</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lastRenderedPageBreak/>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232D424" w14:textId="7BA49D3B" w:rsidR="00980EF9" w:rsidRDefault="00980EF9" w:rsidP="00980EF9">
            <w:pPr>
              <w:spacing w:before="100" w:beforeAutospacing="1" w:after="100" w:afterAutospacing="1"/>
            </w:pPr>
            <w:r>
              <w:rPr>
                <w:rFonts w:hAnsi="Symbol"/>
              </w:rPr>
              <w:t></w:t>
            </w:r>
            <w:r>
              <w:t xml:space="preserve"> Whole group debrief: “Let’s name some ways food helps our bodies.”</w:t>
            </w:r>
          </w:p>
          <w:p w14:paraId="53014ADC" w14:textId="50D0202E" w:rsidR="00980EF9" w:rsidRDefault="00980EF9" w:rsidP="00980EF9">
            <w:pPr>
              <w:spacing w:before="100" w:beforeAutospacing="1" w:after="100" w:afterAutospacing="1"/>
            </w:pPr>
            <w:r>
              <w:rPr>
                <w:rFonts w:hAnsi="Symbol"/>
              </w:rPr>
              <w:t></w:t>
            </w:r>
            <w:r>
              <w:t xml:space="preserve"> Ask: “What food do you think is most important for your body?” and “What animals eat like us?”</w:t>
            </w:r>
          </w:p>
          <w:p w14:paraId="6D468A2A" w14:textId="7A00D6D7" w:rsidR="00D520CC" w:rsidRPr="00315705" w:rsidRDefault="00980EF9" w:rsidP="00980EF9">
            <w:pPr>
              <w:spacing w:before="100" w:beforeAutospacing="1" w:after="100" w:afterAutospacing="1"/>
            </w:pPr>
            <w:r>
              <w:rPr>
                <w:rFonts w:hAnsi="Symbol"/>
              </w:rPr>
              <w:t></w:t>
            </w:r>
            <w:r>
              <w:t xml:space="preserve"> Optional: create a classroom chart with student drawings showing their favorite healthy food and what it helps</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1CCFB01F" w14:textId="77777777" w:rsidR="00DD4DBA" w:rsidRPr="00700B3B" w:rsidRDefault="00D520CC" w:rsidP="00DD4DBA">
            <w:pPr>
              <w:pStyle w:val="ListParagraph"/>
              <w:numPr>
                <w:ilvl w:val="0"/>
                <w:numId w:val="57"/>
              </w:numPr>
              <w:rPr>
                <w:rFonts w:eastAsiaTheme="minorHAnsi"/>
                <w:color w:val="000000"/>
                <w:sz w:val="22"/>
                <w:szCs w:val="22"/>
              </w:rPr>
            </w:pPr>
            <w:r w:rsidRPr="00700B3B">
              <w:rPr>
                <w:rFonts w:eastAsiaTheme="minorHAnsi"/>
                <w:color w:val="000000"/>
                <w:sz w:val="22"/>
                <w:szCs w:val="22"/>
              </w:rPr>
              <w:t>What was most effective about this lesson? What evidence do you have to support your response in terms of content understanding and in classroom management?</w:t>
            </w:r>
          </w:p>
          <w:p w14:paraId="4722B0DC" w14:textId="77777777" w:rsidR="00DD4DBA" w:rsidRPr="00700B3B" w:rsidRDefault="00DD4DBA" w:rsidP="00DD4DBA">
            <w:pPr>
              <w:pStyle w:val="ListParagraph"/>
              <w:rPr>
                <w:rFonts w:eastAsiaTheme="minorHAnsi"/>
                <w:color w:val="000000"/>
                <w:sz w:val="22"/>
                <w:szCs w:val="22"/>
              </w:rPr>
            </w:pPr>
          </w:p>
          <w:p w14:paraId="50FB3D2B" w14:textId="66A4461D" w:rsidR="00DD4DBA" w:rsidRPr="00700B3B" w:rsidRDefault="00DD4DBA" w:rsidP="00DD4DBA">
            <w:pPr>
              <w:pStyle w:val="ListParagraph"/>
              <w:rPr>
                <w:sz w:val="22"/>
                <w:szCs w:val="22"/>
              </w:rPr>
            </w:pPr>
            <w:r w:rsidRPr="00700B3B">
              <w:rPr>
                <w:sz w:val="22"/>
                <w:szCs w:val="22"/>
              </w:rPr>
              <w:t>The animal comparison piece really made the content stick. Students loved seeing how lions or squirrels eat certain foods and linking that to how humans eat for strength or energy. It helped them understand that food affects different parts of the body in different ways.</w:t>
            </w:r>
          </w:p>
          <w:p w14:paraId="0C8E5833" w14:textId="77777777" w:rsidR="00DD4DBA" w:rsidRPr="00700B3B" w:rsidRDefault="00DD4DBA" w:rsidP="00DD4DBA">
            <w:pPr>
              <w:pStyle w:val="ListParagraph"/>
              <w:rPr>
                <w:rFonts w:eastAsiaTheme="minorHAnsi"/>
                <w:color w:val="000000"/>
                <w:sz w:val="22"/>
                <w:szCs w:val="22"/>
              </w:rPr>
            </w:pPr>
          </w:p>
          <w:p w14:paraId="5ACB9A1C" w14:textId="77777777" w:rsidR="00DD4DBA" w:rsidRPr="00700B3B" w:rsidRDefault="00D520CC" w:rsidP="00DD4DBA">
            <w:pPr>
              <w:pStyle w:val="ListParagraph"/>
              <w:numPr>
                <w:ilvl w:val="0"/>
                <w:numId w:val="57"/>
              </w:numPr>
              <w:rPr>
                <w:rFonts w:eastAsiaTheme="minorHAnsi"/>
                <w:color w:val="000000"/>
                <w:sz w:val="22"/>
                <w:szCs w:val="22"/>
              </w:rPr>
            </w:pPr>
            <w:r w:rsidRPr="00700B3B">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7C07030E" w14:textId="77777777" w:rsidR="00DD4DBA" w:rsidRPr="00700B3B" w:rsidRDefault="00DD4DBA" w:rsidP="00DD4DBA">
            <w:pPr>
              <w:pStyle w:val="ListParagraph"/>
              <w:rPr>
                <w:rFonts w:eastAsiaTheme="minorHAnsi"/>
                <w:color w:val="000000"/>
                <w:sz w:val="22"/>
                <w:szCs w:val="22"/>
              </w:rPr>
            </w:pPr>
          </w:p>
          <w:p w14:paraId="4B8B9D53" w14:textId="4D3B1C83" w:rsidR="00DD4DBA" w:rsidRPr="00700B3B" w:rsidRDefault="00DD4DBA" w:rsidP="00DD4DBA">
            <w:pPr>
              <w:pStyle w:val="ListParagraph"/>
              <w:rPr>
                <w:sz w:val="22"/>
                <w:szCs w:val="22"/>
              </w:rPr>
            </w:pPr>
            <w:r w:rsidRPr="00700B3B">
              <w:rPr>
                <w:sz w:val="22"/>
                <w:szCs w:val="22"/>
              </w:rPr>
              <w:t>Next time, I’d review the Day 1 chart more slowly. Some students forgot what each food group meant and needed that refresher. I’d also pre-label the worksheet parts or do a sample page under the doc camera before starting the matching part.</w:t>
            </w:r>
          </w:p>
          <w:p w14:paraId="7910B7E8" w14:textId="77777777" w:rsidR="00DD4DBA" w:rsidRPr="00700B3B" w:rsidRDefault="00DD4DBA" w:rsidP="00DD4DBA">
            <w:pPr>
              <w:pStyle w:val="ListParagraph"/>
              <w:rPr>
                <w:rFonts w:eastAsiaTheme="minorHAnsi"/>
                <w:color w:val="000000"/>
                <w:sz w:val="22"/>
                <w:szCs w:val="22"/>
              </w:rPr>
            </w:pPr>
          </w:p>
          <w:p w14:paraId="67827343" w14:textId="77777777" w:rsidR="00DD4DBA" w:rsidRPr="00700B3B" w:rsidRDefault="00D520CC" w:rsidP="00DD4DBA">
            <w:pPr>
              <w:pStyle w:val="ListParagraph"/>
              <w:numPr>
                <w:ilvl w:val="0"/>
                <w:numId w:val="57"/>
              </w:numPr>
              <w:rPr>
                <w:rFonts w:eastAsiaTheme="minorHAnsi"/>
                <w:color w:val="000000"/>
                <w:sz w:val="22"/>
                <w:szCs w:val="22"/>
              </w:rPr>
            </w:pPr>
            <w:r w:rsidRPr="00700B3B">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3AFA0517" w14:textId="77777777" w:rsidR="00DD4DBA" w:rsidRPr="00700B3B" w:rsidRDefault="00DD4DBA" w:rsidP="00DD4DBA">
            <w:pPr>
              <w:pStyle w:val="ListParagraph"/>
              <w:rPr>
                <w:rFonts w:eastAsiaTheme="minorHAnsi"/>
                <w:color w:val="000000"/>
                <w:sz w:val="22"/>
                <w:szCs w:val="22"/>
              </w:rPr>
            </w:pPr>
          </w:p>
          <w:p w14:paraId="524C7852" w14:textId="128CB49F" w:rsidR="00DD4DBA" w:rsidRPr="00700B3B" w:rsidRDefault="00DD4DBA" w:rsidP="00DD4DBA">
            <w:pPr>
              <w:pStyle w:val="ListParagraph"/>
              <w:rPr>
                <w:sz w:val="22"/>
                <w:szCs w:val="22"/>
              </w:rPr>
            </w:pPr>
            <w:r w:rsidRPr="00700B3B">
              <w:rPr>
                <w:sz w:val="22"/>
                <w:szCs w:val="22"/>
              </w:rPr>
              <w:t>The question “What food helps your muscles?” led to great responses during partner talk. Students were eager to share what they learned and used the sentence frames I provided. They were able to say things like “Protein helps my muscles” and “Fruits help my brain.”</w:t>
            </w:r>
          </w:p>
          <w:p w14:paraId="7721FD0B" w14:textId="77777777" w:rsidR="00DD4DBA" w:rsidRPr="00700B3B" w:rsidRDefault="00DD4DBA" w:rsidP="00DD4DBA">
            <w:pPr>
              <w:pStyle w:val="ListParagraph"/>
              <w:rPr>
                <w:rFonts w:eastAsiaTheme="minorHAnsi"/>
                <w:color w:val="000000"/>
                <w:sz w:val="22"/>
                <w:szCs w:val="22"/>
              </w:rPr>
            </w:pPr>
          </w:p>
          <w:p w14:paraId="03045E8C" w14:textId="77777777" w:rsidR="00DD4DBA" w:rsidRPr="00700B3B" w:rsidRDefault="00DE1BF7" w:rsidP="00DD4DBA">
            <w:pPr>
              <w:pStyle w:val="ListParagraph"/>
              <w:numPr>
                <w:ilvl w:val="0"/>
                <w:numId w:val="57"/>
              </w:numPr>
              <w:rPr>
                <w:sz w:val="22"/>
                <w:szCs w:val="22"/>
              </w:rPr>
            </w:pPr>
            <w:r w:rsidRPr="00700B3B">
              <w:rPr>
                <w:sz w:val="22"/>
                <w:szCs w:val="22"/>
              </w:rPr>
              <w:t xml:space="preserve">Based on your responses above (#1-3), how would formal/informal assessment data from the lesson inform the changes you would make in the next lesson in this series?  </w:t>
            </w:r>
          </w:p>
          <w:p w14:paraId="30AA3128" w14:textId="77777777" w:rsidR="00DD4DBA" w:rsidRPr="00700B3B" w:rsidRDefault="00DD4DBA" w:rsidP="00DD4DBA">
            <w:pPr>
              <w:pStyle w:val="ListParagraph"/>
              <w:rPr>
                <w:sz w:val="22"/>
                <w:szCs w:val="22"/>
              </w:rPr>
            </w:pPr>
          </w:p>
          <w:p w14:paraId="744B71C2" w14:textId="77777777" w:rsidR="00DD4DBA" w:rsidRPr="00700B3B" w:rsidRDefault="00DD4DBA" w:rsidP="00DD4DBA">
            <w:pPr>
              <w:pStyle w:val="ListParagraph"/>
              <w:rPr>
                <w:sz w:val="22"/>
                <w:szCs w:val="22"/>
              </w:rPr>
            </w:pPr>
            <w:r w:rsidRPr="00700B3B">
              <w:rPr>
                <w:sz w:val="22"/>
                <w:szCs w:val="22"/>
              </w:rPr>
              <w:t>Most students made solid connections between food and body parts, so in future health lessons I want to include more real-life examples and writing to explain thinking. I’ll also keep giving them chances to compare humans to animals, it got them talking and thinking critically.</w:t>
            </w:r>
          </w:p>
          <w:p w14:paraId="0C6BE9C3" w14:textId="2E8DF432" w:rsidR="00843D4E" w:rsidRPr="00700B3B" w:rsidRDefault="00843D4E" w:rsidP="00DD4DBA">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1226D956"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0F5264">
              <w:rPr>
                <w:sz w:val="22"/>
                <w:szCs w:val="22"/>
              </w:rPr>
              <w:t>4</w:t>
            </w:r>
            <w:r>
              <w:rPr>
                <w:sz w:val="22"/>
                <w:szCs w:val="22"/>
              </w:rPr>
              <w:t>/</w:t>
            </w:r>
            <w:r w:rsidR="000F5264">
              <w:rPr>
                <w:sz w:val="22"/>
                <w:szCs w:val="22"/>
              </w:rPr>
              <w:t>16</w:t>
            </w:r>
            <w:r>
              <w:rPr>
                <w:sz w:val="22"/>
                <w:szCs w:val="22"/>
              </w:rPr>
              <w:t>/</w:t>
            </w:r>
            <w:r w:rsidR="000F5264">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17CBC83B" w14:textId="370734AB" w:rsidR="000F5264" w:rsidRDefault="000F5264" w:rsidP="00012E18">
            <w:pPr>
              <w:jc w:val="center"/>
              <w:rPr>
                <w:sz w:val="22"/>
                <w:szCs w:val="22"/>
              </w:rPr>
            </w:pPr>
            <w:r>
              <w:rPr>
                <w:sz w:val="22"/>
                <w:szCs w:val="22"/>
              </w:rPr>
              <w:t>2nd</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0BE8EE5E" w:rsidR="00A65332" w:rsidRPr="00315705" w:rsidRDefault="00F57B99" w:rsidP="00315705">
            <w:pPr>
              <w:jc w:val="center"/>
              <w:rPr>
                <w:sz w:val="22"/>
                <w:szCs w:val="22"/>
              </w:rPr>
            </w:pPr>
            <w:r>
              <w:t>Mathematics – Time of Day (A.M. and P.M.)</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 xml:space="preserve">504 </w:t>
            </w:r>
            <w:proofErr w:type="gramStart"/>
            <w:r w:rsidR="00A65332" w:rsidRPr="002A4419">
              <w:rPr>
                <w:szCs w:val="16"/>
              </w:rPr>
              <w:t>plan</w:t>
            </w:r>
            <w:proofErr w:type="gramEnd"/>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F57B9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F57B99" w:rsidRDefault="00144D50" w:rsidP="006264F7">
            <w:pPr>
              <w:keepNext/>
              <w:outlineLvl w:val="0"/>
              <w:rPr>
                <w:b/>
                <w:bCs/>
                <w:sz w:val="22"/>
                <w:szCs w:val="22"/>
              </w:rPr>
            </w:pPr>
            <w:r w:rsidRPr="00F57B99">
              <w:rPr>
                <w:b/>
                <w:sz w:val="22"/>
                <w:szCs w:val="22"/>
              </w:rPr>
              <w:t>Standard</w:t>
            </w:r>
            <w:r w:rsidR="005F548B" w:rsidRPr="00F57B99">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2A8C29E" w14:textId="77777777" w:rsidR="00315705" w:rsidRPr="00F57B99" w:rsidRDefault="00144D50" w:rsidP="00315705">
            <w:pPr>
              <w:keepNext/>
              <w:outlineLvl w:val="0"/>
              <w:rPr>
                <w:rFonts w:eastAsia="Times"/>
                <w:b/>
                <w:bCs/>
                <w:sz w:val="22"/>
                <w:szCs w:val="22"/>
              </w:rPr>
            </w:pPr>
            <w:r w:rsidRPr="00F57B99">
              <w:rPr>
                <w:rFonts w:eastAsia="Times"/>
                <w:b/>
                <w:bCs/>
                <w:sz w:val="22"/>
                <w:szCs w:val="22"/>
              </w:rPr>
              <w:t>Common Core/Content Standard</w:t>
            </w:r>
            <w:r w:rsidR="005F548B" w:rsidRPr="00F57B99">
              <w:rPr>
                <w:rFonts w:eastAsia="Times"/>
                <w:b/>
                <w:bCs/>
                <w:sz w:val="22"/>
                <w:szCs w:val="22"/>
              </w:rPr>
              <w:t>(s)</w:t>
            </w:r>
            <w:r w:rsidRPr="00F57B99">
              <w:rPr>
                <w:rFonts w:eastAsia="Times"/>
                <w:b/>
                <w:bCs/>
                <w:sz w:val="22"/>
                <w:szCs w:val="22"/>
              </w:rPr>
              <w:t>:</w:t>
            </w:r>
          </w:p>
          <w:p w14:paraId="6AF4F294" w14:textId="0D6DA61F" w:rsidR="00315705" w:rsidRPr="00F57B99" w:rsidRDefault="00F57B99" w:rsidP="00F57B99">
            <w:pPr>
              <w:pStyle w:val="ListParagraph"/>
              <w:keepNext/>
              <w:numPr>
                <w:ilvl w:val="0"/>
                <w:numId w:val="54"/>
              </w:numPr>
              <w:outlineLvl w:val="0"/>
              <w:rPr>
                <w:rFonts w:eastAsia="Times"/>
                <w:b/>
                <w:bCs/>
                <w:sz w:val="22"/>
                <w:szCs w:val="22"/>
              </w:rPr>
            </w:pPr>
            <w:r w:rsidRPr="00F57B99">
              <w:rPr>
                <w:rStyle w:val="Strong"/>
                <w:sz w:val="22"/>
                <w:szCs w:val="22"/>
              </w:rPr>
              <w:t>CCSS.MATH.CONTENT.2.MD.C.7</w:t>
            </w:r>
            <w:r w:rsidRPr="00F57B99">
              <w:rPr>
                <w:sz w:val="22"/>
                <w:szCs w:val="22"/>
              </w:rPr>
              <w:t xml:space="preserve"> – Tell and write time from analog and digital clocks to the nearest five minutes, using a.m. and p.m.</w:t>
            </w:r>
          </w:p>
        </w:tc>
        <w:tc>
          <w:tcPr>
            <w:tcW w:w="5400" w:type="dxa"/>
            <w:tcBorders>
              <w:top w:val="thickThinSmallGap" w:sz="24" w:space="0" w:color="auto"/>
              <w:left w:val="thickThinSmallGap" w:sz="24" w:space="0" w:color="auto"/>
              <w:right w:val="thickThinSmallGap" w:sz="24" w:space="0" w:color="auto"/>
            </w:tcBorders>
          </w:tcPr>
          <w:p w14:paraId="233A0E19" w14:textId="77777777" w:rsidR="00F57B99" w:rsidRPr="00F57B99" w:rsidRDefault="00144D50" w:rsidP="00F57B99">
            <w:pPr>
              <w:rPr>
                <w:rFonts w:eastAsia="Times"/>
                <w:b/>
                <w:bCs/>
                <w:sz w:val="22"/>
                <w:szCs w:val="22"/>
              </w:rPr>
            </w:pPr>
            <w:r w:rsidRPr="00F57B99">
              <w:rPr>
                <w:rFonts w:eastAsia="Times"/>
                <w:b/>
                <w:bCs/>
                <w:sz w:val="22"/>
                <w:szCs w:val="22"/>
              </w:rPr>
              <w:t>ELD Standard</w:t>
            </w:r>
            <w:r w:rsidR="005F548B" w:rsidRPr="00F57B99">
              <w:rPr>
                <w:rFonts w:eastAsia="Times"/>
                <w:b/>
                <w:bCs/>
                <w:sz w:val="22"/>
                <w:szCs w:val="22"/>
              </w:rPr>
              <w:t>(s)</w:t>
            </w:r>
            <w:r w:rsidR="006264F7" w:rsidRPr="00F57B99">
              <w:rPr>
                <w:rFonts w:eastAsia="Times"/>
                <w:b/>
                <w:bCs/>
                <w:sz w:val="22"/>
                <w:szCs w:val="22"/>
              </w:rPr>
              <w:t>:</w:t>
            </w:r>
          </w:p>
          <w:p w14:paraId="520B1439" w14:textId="7B205A6D" w:rsidR="00315705" w:rsidRPr="00F57B99" w:rsidRDefault="00F57B99" w:rsidP="00F57B99">
            <w:pPr>
              <w:pStyle w:val="ListParagraph"/>
              <w:numPr>
                <w:ilvl w:val="0"/>
                <w:numId w:val="54"/>
              </w:numPr>
              <w:rPr>
                <w:rFonts w:eastAsia="Times"/>
                <w:b/>
                <w:bCs/>
                <w:sz w:val="22"/>
                <w:szCs w:val="22"/>
              </w:rPr>
            </w:pPr>
            <w:r w:rsidRPr="00F57B99">
              <w:rPr>
                <w:rStyle w:val="Strong"/>
                <w:sz w:val="22"/>
                <w:szCs w:val="22"/>
              </w:rPr>
              <w:t>ELD.PI.2.</w:t>
            </w:r>
            <w:proofErr w:type="gramStart"/>
            <w:r w:rsidRPr="00F57B99">
              <w:rPr>
                <w:rStyle w:val="Strong"/>
                <w:sz w:val="22"/>
                <w:szCs w:val="22"/>
              </w:rPr>
              <w:t>1.Ex</w:t>
            </w:r>
            <w:proofErr w:type="gramEnd"/>
            <w:r w:rsidRPr="00F57B99">
              <w:rPr>
                <w:sz w:val="22"/>
                <w:szCs w:val="22"/>
              </w:rPr>
              <w:t xml:space="preserve"> – Exchanging information and ideas with others through oral collaborative conversations on familiar topics and texts.</w:t>
            </w:r>
          </w:p>
        </w:tc>
      </w:tr>
      <w:tr w:rsidR="006B039E" w:rsidRPr="00F57B9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F57B99" w:rsidRDefault="006B039E" w:rsidP="006264F7">
            <w:pPr>
              <w:keepNext/>
              <w:outlineLvl w:val="0"/>
              <w:rPr>
                <w:b/>
                <w:sz w:val="22"/>
                <w:szCs w:val="22"/>
              </w:rPr>
            </w:pPr>
            <w:r w:rsidRPr="00F57B99">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0C5E2359" w14:textId="77777777" w:rsidR="00F57B99" w:rsidRPr="00F57B99" w:rsidRDefault="006B039E" w:rsidP="00F57B99">
            <w:pPr>
              <w:keepNext/>
              <w:outlineLvl w:val="0"/>
              <w:rPr>
                <w:rFonts w:eastAsia="Times"/>
                <w:b/>
                <w:bCs/>
                <w:sz w:val="22"/>
                <w:szCs w:val="22"/>
              </w:rPr>
            </w:pPr>
            <w:r w:rsidRPr="00F57B99">
              <w:rPr>
                <w:rFonts w:eastAsia="Times"/>
                <w:b/>
                <w:bCs/>
                <w:sz w:val="22"/>
                <w:szCs w:val="22"/>
              </w:rPr>
              <w:t xml:space="preserve">Lesson Objective(s)/Goal(s): </w:t>
            </w:r>
          </w:p>
          <w:p w14:paraId="07C19E8C" w14:textId="35C09016" w:rsidR="00315705" w:rsidRPr="00F57B99" w:rsidRDefault="00F57B99" w:rsidP="00F57B99">
            <w:pPr>
              <w:pStyle w:val="ListParagraph"/>
              <w:keepNext/>
              <w:numPr>
                <w:ilvl w:val="0"/>
                <w:numId w:val="54"/>
              </w:numPr>
              <w:outlineLvl w:val="0"/>
              <w:rPr>
                <w:rFonts w:eastAsia="Times"/>
                <w:b/>
                <w:bCs/>
                <w:sz w:val="22"/>
                <w:szCs w:val="22"/>
              </w:rPr>
            </w:pPr>
            <w:r w:rsidRPr="00F57B99">
              <w:rPr>
                <w:rFonts w:eastAsia="Times"/>
                <w:sz w:val="22"/>
                <w:szCs w:val="22"/>
              </w:rPr>
              <w:t>By the end of the lesson, g</w:t>
            </w:r>
            <w:r w:rsidRPr="00F57B99">
              <w:rPr>
                <w:sz w:val="22"/>
                <w:szCs w:val="22"/>
              </w:rPr>
              <w:t xml:space="preserve">iven a series of daily event prompts and clock visuals, students will correctly identify whether the event takes place in the A.M. or P.M. and label the time with at least 80% accuracy by completion of their </w:t>
            </w:r>
            <w:proofErr w:type="spellStart"/>
            <w:r w:rsidRPr="00F57B99">
              <w:rPr>
                <w:sz w:val="22"/>
                <w:szCs w:val="22"/>
              </w:rPr>
              <w:t>MyMath</w:t>
            </w:r>
            <w:proofErr w:type="spellEnd"/>
            <w:r w:rsidRPr="00F57B99">
              <w:rPr>
                <w:sz w:val="22"/>
                <w:szCs w:val="22"/>
              </w:rPr>
              <w:t xml:space="preserve"> workbook problems.</w:t>
            </w:r>
          </w:p>
        </w:tc>
        <w:tc>
          <w:tcPr>
            <w:tcW w:w="5400" w:type="dxa"/>
            <w:tcBorders>
              <w:top w:val="thickThinSmallGap" w:sz="24" w:space="0" w:color="auto"/>
              <w:left w:val="thickThinSmallGap" w:sz="24" w:space="0" w:color="auto"/>
              <w:right w:val="thickThinSmallGap" w:sz="24" w:space="0" w:color="auto"/>
            </w:tcBorders>
          </w:tcPr>
          <w:p w14:paraId="37339C21" w14:textId="77777777" w:rsidR="00F57B99" w:rsidRPr="00F57B99" w:rsidRDefault="006B039E" w:rsidP="00F57B99">
            <w:pPr>
              <w:rPr>
                <w:b/>
                <w:sz w:val="22"/>
                <w:szCs w:val="22"/>
              </w:rPr>
            </w:pPr>
            <w:r w:rsidRPr="00F57B99">
              <w:rPr>
                <w:b/>
                <w:sz w:val="22"/>
                <w:szCs w:val="22"/>
              </w:rPr>
              <w:t>Language Objective(s):</w:t>
            </w:r>
          </w:p>
          <w:p w14:paraId="29EC03ED" w14:textId="5241890D" w:rsidR="00315705" w:rsidRPr="00F57B99" w:rsidRDefault="00F57B99" w:rsidP="00F57B99">
            <w:pPr>
              <w:pStyle w:val="ListParagraph"/>
              <w:numPr>
                <w:ilvl w:val="0"/>
                <w:numId w:val="54"/>
              </w:numPr>
              <w:rPr>
                <w:b/>
                <w:sz w:val="22"/>
                <w:szCs w:val="22"/>
              </w:rPr>
            </w:pPr>
            <w:r w:rsidRPr="00F57B99">
              <w:rPr>
                <w:sz w:val="22"/>
                <w:szCs w:val="22"/>
              </w:rPr>
              <w:t>Students will describe the time of day for different events using complete sentences that include time and A.M./P.M. markers.</w:t>
            </w:r>
            <w:r w:rsidRPr="00F57B99">
              <w:rPr>
                <w:sz w:val="22"/>
                <w:szCs w:val="22"/>
              </w:rPr>
              <w:br/>
              <w:t>Example: “I eat lunch at 12:00 P.M.” or “I wake up at 7:30 A.M.”</w:t>
            </w:r>
          </w:p>
        </w:tc>
      </w:tr>
      <w:tr w:rsidR="006B039E" w:rsidRPr="00F57B9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F57B99" w:rsidRDefault="001D7266" w:rsidP="006B039E">
            <w:pPr>
              <w:rPr>
                <w:b/>
                <w:sz w:val="22"/>
                <w:szCs w:val="22"/>
              </w:rPr>
            </w:pPr>
            <w:r w:rsidRPr="00F57B99">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051D4BE3" w14:textId="77777777" w:rsidR="00F57B99" w:rsidRPr="00F57B99" w:rsidRDefault="00F57B99" w:rsidP="00F57B99">
            <w:pPr>
              <w:numPr>
                <w:ilvl w:val="0"/>
                <w:numId w:val="55"/>
              </w:numPr>
              <w:spacing w:before="100" w:beforeAutospacing="1" w:after="100" w:afterAutospacing="1"/>
              <w:rPr>
                <w:sz w:val="22"/>
                <w:szCs w:val="22"/>
              </w:rPr>
            </w:pPr>
            <w:r w:rsidRPr="00F57B99">
              <w:rPr>
                <w:rStyle w:val="Strong"/>
                <w:sz w:val="22"/>
                <w:szCs w:val="22"/>
              </w:rPr>
              <w:t>Function</w:t>
            </w:r>
            <w:r w:rsidRPr="00F57B99">
              <w:rPr>
                <w:sz w:val="22"/>
                <w:szCs w:val="22"/>
              </w:rPr>
              <w:t>: Identifying and classifying time of day</w:t>
            </w:r>
          </w:p>
          <w:p w14:paraId="4FF5070D" w14:textId="77777777" w:rsidR="00F57B99" w:rsidRPr="00F57B99" w:rsidRDefault="00F57B99" w:rsidP="00F57B99">
            <w:pPr>
              <w:numPr>
                <w:ilvl w:val="0"/>
                <w:numId w:val="55"/>
              </w:numPr>
              <w:spacing w:before="100" w:beforeAutospacing="1" w:after="100" w:afterAutospacing="1"/>
              <w:rPr>
                <w:sz w:val="22"/>
                <w:szCs w:val="22"/>
              </w:rPr>
            </w:pPr>
            <w:r w:rsidRPr="00F57B99">
              <w:rPr>
                <w:rStyle w:val="Strong"/>
                <w:sz w:val="22"/>
                <w:szCs w:val="22"/>
              </w:rPr>
              <w:t>Vocabulary</w:t>
            </w:r>
            <w:r w:rsidRPr="00F57B99">
              <w:rPr>
                <w:sz w:val="22"/>
                <w:szCs w:val="22"/>
              </w:rPr>
              <w:t>: A.M., P.M., morning, afternoon, evening, o’clock</w:t>
            </w:r>
          </w:p>
          <w:p w14:paraId="061C686B" w14:textId="77777777" w:rsidR="00F57B99" w:rsidRPr="00F57B99" w:rsidRDefault="00F57B99" w:rsidP="00F57B99">
            <w:pPr>
              <w:numPr>
                <w:ilvl w:val="0"/>
                <w:numId w:val="55"/>
              </w:numPr>
              <w:spacing w:before="100" w:beforeAutospacing="1" w:after="100" w:afterAutospacing="1"/>
              <w:rPr>
                <w:sz w:val="22"/>
                <w:szCs w:val="22"/>
              </w:rPr>
            </w:pPr>
            <w:r w:rsidRPr="00F57B99">
              <w:rPr>
                <w:rStyle w:val="Strong"/>
                <w:sz w:val="22"/>
                <w:szCs w:val="22"/>
              </w:rPr>
              <w:t>Discourse</w:t>
            </w:r>
            <w:r w:rsidRPr="00F57B99">
              <w:rPr>
                <w:sz w:val="22"/>
                <w:szCs w:val="22"/>
              </w:rPr>
              <w:t>: “We go to recess at 10:15 A.M.” / “Dinner happens at 6:00 P.M.”</w:t>
            </w:r>
          </w:p>
          <w:p w14:paraId="0377DB37" w14:textId="7EED98D5" w:rsidR="006B039E" w:rsidRPr="00F57B99" w:rsidRDefault="00F57B99" w:rsidP="00F57B99">
            <w:pPr>
              <w:numPr>
                <w:ilvl w:val="0"/>
                <w:numId w:val="55"/>
              </w:numPr>
              <w:spacing w:before="100" w:beforeAutospacing="1" w:after="100" w:afterAutospacing="1"/>
              <w:rPr>
                <w:sz w:val="22"/>
                <w:szCs w:val="22"/>
              </w:rPr>
            </w:pPr>
            <w:r w:rsidRPr="00F57B99">
              <w:rPr>
                <w:rStyle w:val="Strong"/>
                <w:sz w:val="22"/>
                <w:szCs w:val="22"/>
              </w:rPr>
              <w:t>Syntax</w:t>
            </w:r>
            <w:r w:rsidRPr="00F57B99">
              <w:rPr>
                <w:sz w:val="22"/>
                <w:szCs w:val="22"/>
              </w:rPr>
              <w:t>: Time-telling sentence structures; emphasis on oral explanation using “happens at __ A.M./P.M.”</w:t>
            </w:r>
          </w:p>
        </w:tc>
      </w:tr>
      <w:tr w:rsidR="006B039E" w:rsidRPr="00F57B9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F57B99" w:rsidRDefault="29C6A204" w:rsidP="29C6A204">
            <w:pPr>
              <w:rPr>
                <w:b/>
                <w:bCs/>
                <w:sz w:val="22"/>
                <w:szCs w:val="22"/>
              </w:rPr>
            </w:pPr>
            <w:r w:rsidRPr="00F57B99">
              <w:rPr>
                <w:b/>
                <w:bCs/>
                <w:sz w:val="22"/>
                <w:szCs w:val="22"/>
              </w:rPr>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6517F0EC" w14:textId="77777777" w:rsidR="00F57B99" w:rsidRPr="009A176B" w:rsidRDefault="00F57B99" w:rsidP="00F57B99">
            <w:pPr>
              <w:numPr>
                <w:ilvl w:val="0"/>
                <w:numId w:val="56"/>
              </w:numPr>
              <w:spacing w:before="100" w:beforeAutospacing="1" w:after="100" w:afterAutospacing="1"/>
              <w:rPr>
                <w:sz w:val="22"/>
                <w:szCs w:val="22"/>
              </w:rPr>
            </w:pPr>
            <w:r w:rsidRPr="009A176B">
              <w:rPr>
                <w:sz w:val="22"/>
                <w:szCs w:val="22"/>
              </w:rPr>
              <w:t>Sentence frames available at center for struggling readers/writers</w:t>
            </w:r>
          </w:p>
          <w:p w14:paraId="628272A9" w14:textId="77777777" w:rsidR="00F57B99" w:rsidRPr="009A176B" w:rsidRDefault="00F57B99" w:rsidP="00F57B99">
            <w:pPr>
              <w:numPr>
                <w:ilvl w:val="0"/>
                <w:numId w:val="56"/>
              </w:numPr>
              <w:spacing w:before="100" w:beforeAutospacing="1" w:after="100" w:afterAutospacing="1"/>
              <w:rPr>
                <w:sz w:val="22"/>
                <w:szCs w:val="22"/>
              </w:rPr>
            </w:pPr>
            <w:r w:rsidRPr="009A176B">
              <w:rPr>
                <w:sz w:val="22"/>
                <w:szCs w:val="22"/>
              </w:rPr>
              <w:t>Peer partners for students needing additional support</w:t>
            </w:r>
          </w:p>
          <w:p w14:paraId="0920FE27" w14:textId="77777777" w:rsidR="00F57B99" w:rsidRDefault="00F57B99" w:rsidP="00F57B99">
            <w:pPr>
              <w:numPr>
                <w:ilvl w:val="0"/>
                <w:numId w:val="56"/>
              </w:numPr>
              <w:spacing w:before="100" w:beforeAutospacing="1" w:after="100" w:afterAutospacing="1"/>
              <w:rPr>
                <w:sz w:val="22"/>
                <w:szCs w:val="22"/>
              </w:rPr>
            </w:pPr>
            <w:r w:rsidRPr="009A176B">
              <w:rPr>
                <w:sz w:val="22"/>
                <w:szCs w:val="22"/>
              </w:rPr>
              <w:t>Visual cues and sample models posted at the center</w:t>
            </w:r>
          </w:p>
          <w:p w14:paraId="55BACF0A" w14:textId="14973D8D" w:rsidR="006B039E" w:rsidRPr="00F57B99" w:rsidRDefault="00F57B99" w:rsidP="00F57B99">
            <w:pPr>
              <w:numPr>
                <w:ilvl w:val="0"/>
                <w:numId w:val="56"/>
              </w:numPr>
              <w:spacing w:before="100" w:beforeAutospacing="1" w:after="100" w:afterAutospacing="1"/>
              <w:rPr>
                <w:sz w:val="22"/>
                <w:szCs w:val="22"/>
              </w:rPr>
            </w:pPr>
            <w:r w:rsidRPr="00F57B99">
              <w:rPr>
                <w:sz w:val="22"/>
                <w:szCs w:val="22"/>
              </w:rPr>
              <w:t>Specific seating and chunked directions for students with behavioral</w:t>
            </w:r>
          </w:p>
        </w:tc>
      </w:tr>
    </w:tbl>
    <w:p w14:paraId="557A754C" w14:textId="4E81AF8D" w:rsidR="00737E9C" w:rsidRPr="00F57B99" w:rsidRDefault="00737E9C" w:rsidP="00737E9C">
      <w:pPr>
        <w:tabs>
          <w:tab w:val="left" w:pos="8340"/>
        </w:tabs>
        <w:rPr>
          <w:sz w:val="22"/>
          <w:szCs w:val="22"/>
        </w:rPr>
      </w:pPr>
    </w:p>
    <w:p w14:paraId="60DF40B6" w14:textId="603896AD" w:rsidR="00DE1BF7" w:rsidRPr="00F57B99" w:rsidRDefault="00737E9C" w:rsidP="00DE1BF7">
      <w:pPr>
        <w:jc w:val="center"/>
        <w:rPr>
          <w:sz w:val="22"/>
          <w:szCs w:val="22"/>
        </w:rPr>
      </w:pPr>
      <w:r w:rsidRPr="00F57B99">
        <w:rPr>
          <w:b/>
          <w:sz w:val="22"/>
          <w:szCs w:val="22"/>
        </w:rPr>
        <w:t>T</w:t>
      </w:r>
      <w:r w:rsidR="00DE1BF7" w:rsidRPr="00F57B99">
        <w:rPr>
          <w:b/>
          <w:sz w:val="22"/>
          <w:szCs w:val="22"/>
        </w:rPr>
        <w:t>eaching the Lesson/Sequence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F57B9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F57B99" w:rsidRDefault="00DE1BF7" w:rsidP="00646285">
            <w:pPr>
              <w:rPr>
                <w:b/>
                <w:sz w:val="22"/>
                <w:szCs w:val="22"/>
              </w:rPr>
            </w:pPr>
            <w:r w:rsidRPr="00F57B99">
              <w:rPr>
                <w:b/>
                <w:sz w:val="22"/>
                <w:szCs w:val="22"/>
              </w:rPr>
              <w:t>Lesson Procedures/ 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B7CD2E9" w14:textId="77777777" w:rsidR="00F57B99" w:rsidRPr="00F57B99" w:rsidRDefault="00F57B99" w:rsidP="00F57B99">
            <w:pPr>
              <w:spacing w:before="100" w:beforeAutospacing="1" w:after="100" w:afterAutospacing="1"/>
              <w:rPr>
                <w:sz w:val="22"/>
                <w:szCs w:val="22"/>
              </w:rPr>
            </w:pPr>
            <w:r w:rsidRPr="00F57B99">
              <w:rPr>
                <w:rStyle w:val="Strong"/>
                <w:sz w:val="22"/>
                <w:szCs w:val="22"/>
              </w:rPr>
              <w:t>1. Carpet Launch (2 minutes)</w:t>
            </w:r>
          </w:p>
          <w:p w14:paraId="6EB3F24F" w14:textId="77777777" w:rsidR="00F57B99" w:rsidRPr="00F57B99" w:rsidRDefault="00F57B99" w:rsidP="00F57B99">
            <w:pPr>
              <w:numPr>
                <w:ilvl w:val="0"/>
                <w:numId w:val="48"/>
              </w:numPr>
              <w:spacing w:before="100" w:beforeAutospacing="1" w:after="100" w:afterAutospacing="1"/>
              <w:rPr>
                <w:sz w:val="22"/>
                <w:szCs w:val="22"/>
              </w:rPr>
            </w:pPr>
            <w:r w:rsidRPr="00F57B99">
              <w:rPr>
                <w:sz w:val="22"/>
                <w:szCs w:val="22"/>
              </w:rPr>
              <w:lastRenderedPageBreak/>
              <w:t>Students begin in a circle on the carpet. Teacher introduces the concept: “Today we’re going to decide whether activities happen in the morning (A.M.) or the evening (P.M.).”</w:t>
            </w:r>
          </w:p>
          <w:p w14:paraId="0863AD59" w14:textId="77777777" w:rsidR="00F57B99" w:rsidRPr="00F57B99" w:rsidRDefault="00F57B99" w:rsidP="00F57B99">
            <w:pPr>
              <w:numPr>
                <w:ilvl w:val="0"/>
                <w:numId w:val="48"/>
              </w:numPr>
              <w:spacing w:before="100" w:beforeAutospacing="1" w:after="100" w:afterAutospacing="1"/>
              <w:rPr>
                <w:sz w:val="22"/>
                <w:szCs w:val="22"/>
              </w:rPr>
            </w:pPr>
            <w:r w:rsidRPr="00F57B99">
              <w:rPr>
                <w:sz w:val="22"/>
                <w:szCs w:val="22"/>
              </w:rPr>
              <w:t>Students respond to a few quick examples: “Raise your hand if you eat breakfast in the morning—A.M. or P.M.?”</w:t>
            </w:r>
          </w:p>
          <w:p w14:paraId="72FDF157" w14:textId="77777777" w:rsidR="00F57B99" w:rsidRPr="00F57B99" w:rsidRDefault="00F57B99" w:rsidP="00F57B99">
            <w:pPr>
              <w:numPr>
                <w:ilvl w:val="0"/>
                <w:numId w:val="48"/>
              </w:numPr>
              <w:spacing w:before="100" w:beforeAutospacing="1" w:after="100" w:afterAutospacing="1"/>
              <w:rPr>
                <w:sz w:val="22"/>
                <w:szCs w:val="22"/>
              </w:rPr>
            </w:pPr>
            <w:r w:rsidRPr="00F57B99">
              <w:rPr>
                <w:sz w:val="22"/>
                <w:szCs w:val="22"/>
              </w:rPr>
              <w:t>Vocabulary preview: morning, night, A.M., P.M. Students echo the words as the teacher points to a visual schedule chart.</w:t>
            </w:r>
          </w:p>
          <w:p w14:paraId="132097C9" w14:textId="77777777" w:rsidR="00F57B99" w:rsidRPr="00F57B99" w:rsidRDefault="00F57B99" w:rsidP="00F57B99">
            <w:pPr>
              <w:spacing w:before="100" w:beforeAutospacing="1" w:after="100" w:afterAutospacing="1"/>
              <w:rPr>
                <w:sz w:val="22"/>
                <w:szCs w:val="22"/>
              </w:rPr>
            </w:pPr>
            <w:r w:rsidRPr="00F57B99">
              <w:rPr>
                <w:rStyle w:val="Strong"/>
                <w:sz w:val="22"/>
                <w:szCs w:val="22"/>
              </w:rPr>
              <w:t>2. Teacher Modeling (3 minutes)</w:t>
            </w:r>
          </w:p>
          <w:p w14:paraId="646BB330" w14:textId="77777777" w:rsidR="00F57B99" w:rsidRPr="00F57B99" w:rsidRDefault="00F57B99" w:rsidP="00F57B99">
            <w:pPr>
              <w:numPr>
                <w:ilvl w:val="0"/>
                <w:numId w:val="49"/>
              </w:numPr>
              <w:spacing w:before="100" w:beforeAutospacing="1" w:after="100" w:afterAutospacing="1"/>
              <w:rPr>
                <w:sz w:val="22"/>
                <w:szCs w:val="22"/>
              </w:rPr>
            </w:pPr>
            <w:r w:rsidRPr="00F57B99">
              <w:rPr>
                <w:sz w:val="22"/>
                <w:szCs w:val="22"/>
              </w:rPr>
              <w:t>Students rotate to the teacher’s table.</w:t>
            </w:r>
          </w:p>
          <w:p w14:paraId="12C628FC" w14:textId="77777777" w:rsidR="00F57B99" w:rsidRPr="00F57B99" w:rsidRDefault="00F57B99" w:rsidP="00F57B99">
            <w:pPr>
              <w:numPr>
                <w:ilvl w:val="0"/>
                <w:numId w:val="49"/>
              </w:numPr>
              <w:spacing w:before="100" w:beforeAutospacing="1" w:after="100" w:afterAutospacing="1"/>
              <w:rPr>
                <w:sz w:val="22"/>
                <w:szCs w:val="22"/>
              </w:rPr>
            </w:pPr>
            <w:r w:rsidRPr="00F57B99">
              <w:rPr>
                <w:sz w:val="22"/>
                <w:szCs w:val="22"/>
              </w:rPr>
              <w:t>Teacher opens to Problem #1 and reads the prompt aloud.</w:t>
            </w:r>
          </w:p>
          <w:p w14:paraId="571EF847" w14:textId="77777777" w:rsidR="00F57B99" w:rsidRPr="00F57B99" w:rsidRDefault="00F57B99" w:rsidP="00F57B99">
            <w:pPr>
              <w:numPr>
                <w:ilvl w:val="0"/>
                <w:numId w:val="49"/>
              </w:numPr>
              <w:spacing w:before="100" w:beforeAutospacing="1" w:after="100" w:afterAutospacing="1"/>
              <w:rPr>
                <w:sz w:val="22"/>
                <w:szCs w:val="22"/>
              </w:rPr>
            </w:pPr>
            <w:r w:rsidRPr="00F57B99">
              <w:rPr>
                <w:sz w:val="22"/>
                <w:szCs w:val="22"/>
              </w:rPr>
              <w:t>“This picture shows a kid going to school. That’s in the morning—so we label it A.M.”</w:t>
            </w:r>
          </w:p>
          <w:p w14:paraId="5A27A67D" w14:textId="77777777" w:rsidR="00F57B99" w:rsidRPr="00F57B99" w:rsidRDefault="00F57B99" w:rsidP="00F57B99">
            <w:pPr>
              <w:numPr>
                <w:ilvl w:val="0"/>
                <w:numId w:val="49"/>
              </w:numPr>
              <w:spacing w:before="100" w:beforeAutospacing="1" w:after="100" w:afterAutospacing="1"/>
              <w:rPr>
                <w:sz w:val="22"/>
                <w:szCs w:val="22"/>
              </w:rPr>
            </w:pPr>
            <w:r w:rsidRPr="00F57B99">
              <w:rPr>
                <w:sz w:val="22"/>
                <w:szCs w:val="22"/>
              </w:rPr>
              <w:t>The teacher writes the time, circles A.M., and explains why. Students track in their books.</w:t>
            </w:r>
          </w:p>
          <w:p w14:paraId="3E2AFC6D" w14:textId="77777777" w:rsidR="00F57B99" w:rsidRPr="00F57B99" w:rsidRDefault="00F57B99" w:rsidP="00F57B99">
            <w:pPr>
              <w:spacing w:before="100" w:beforeAutospacing="1" w:after="100" w:afterAutospacing="1"/>
              <w:rPr>
                <w:sz w:val="22"/>
                <w:szCs w:val="22"/>
              </w:rPr>
            </w:pPr>
            <w:r w:rsidRPr="00F57B99">
              <w:rPr>
                <w:rStyle w:val="Strong"/>
                <w:sz w:val="22"/>
                <w:szCs w:val="22"/>
              </w:rPr>
              <w:t>3. Guided Practice (3 minutes)</w:t>
            </w:r>
          </w:p>
          <w:p w14:paraId="1222B479" w14:textId="77777777" w:rsidR="00F57B99" w:rsidRPr="00F57B99" w:rsidRDefault="00F57B99" w:rsidP="00F57B99">
            <w:pPr>
              <w:numPr>
                <w:ilvl w:val="0"/>
                <w:numId w:val="50"/>
              </w:numPr>
              <w:spacing w:before="100" w:beforeAutospacing="1" w:after="100" w:afterAutospacing="1"/>
              <w:rPr>
                <w:sz w:val="22"/>
                <w:szCs w:val="22"/>
              </w:rPr>
            </w:pPr>
            <w:r w:rsidRPr="00F57B99">
              <w:rPr>
                <w:sz w:val="22"/>
                <w:szCs w:val="22"/>
              </w:rPr>
              <w:t>Students look at Problem #2 and discuss the event with their partner.</w:t>
            </w:r>
          </w:p>
          <w:p w14:paraId="58723563" w14:textId="77777777" w:rsidR="00F57B99" w:rsidRPr="00F57B99" w:rsidRDefault="00F57B99" w:rsidP="00F57B99">
            <w:pPr>
              <w:numPr>
                <w:ilvl w:val="0"/>
                <w:numId w:val="50"/>
              </w:numPr>
              <w:spacing w:before="100" w:beforeAutospacing="1" w:after="100" w:afterAutospacing="1"/>
              <w:rPr>
                <w:sz w:val="22"/>
                <w:szCs w:val="22"/>
              </w:rPr>
            </w:pPr>
            <w:r w:rsidRPr="00F57B99">
              <w:rPr>
                <w:sz w:val="22"/>
                <w:szCs w:val="22"/>
              </w:rPr>
              <w:t>Sentence prompt: “This happens at ___ A.M./P.M. because ___.”</w:t>
            </w:r>
          </w:p>
          <w:p w14:paraId="3076EFFB" w14:textId="77777777" w:rsidR="00F57B99" w:rsidRPr="00F57B99" w:rsidRDefault="00F57B99" w:rsidP="00F57B99">
            <w:pPr>
              <w:numPr>
                <w:ilvl w:val="0"/>
                <w:numId w:val="50"/>
              </w:numPr>
              <w:spacing w:before="100" w:beforeAutospacing="1" w:after="100" w:afterAutospacing="1"/>
              <w:rPr>
                <w:sz w:val="22"/>
                <w:szCs w:val="22"/>
              </w:rPr>
            </w:pPr>
            <w:r w:rsidRPr="00F57B99">
              <w:rPr>
                <w:sz w:val="22"/>
                <w:szCs w:val="22"/>
              </w:rPr>
              <w:t>One or two students share out. Teacher confirms or corrects and completes the problem on the board.</w:t>
            </w:r>
          </w:p>
          <w:p w14:paraId="5DE141EE" w14:textId="77777777" w:rsidR="00F57B99" w:rsidRPr="00F57B99" w:rsidRDefault="00F57B99" w:rsidP="00F57B99">
            <w:pPr>
              <w:spacing w:before="100" w:beforeAutospacing="1" w:after="100" w:afterAutospacing="1"/>
              <w:rPr>
                <w:sz w:val="22"/>
                <w:szCs w:val="22"/>
              </w:rPr>
            </w:pPr>
            <w:r w:rsidRPr="00F57B99">
              <w:rPr>
                <w:rStyle w:val="Strong"/>
                <w:sz w:val="22"/>
                <w:szCs w:val="22"/>
              </w:rPr>
              <w:t>4. Independent Practice (5 minutes)</w:t>
            </w:r>
          </w:p>
          <w:p w14:paraId="25AB27D2" w14:textId="77777777" w:rsidR="00F57B99" w:rsidRPr="00F57B99" w:rsidRDefault="00F57B99" w:rsidP="00F57B99">
            <w:pPr>
              <w:numPr>
                <w:ilvl w:val="0"/>
                <w:numId w:val="51"/>
              </w:numPr>
              <w:spacing w:before="100" w:beforeAutospacing="1" w:after="100" w:afterAutospacing="1"/>
              <w:rPr>
                <w:sz w:val="22"/>
                <w:szCs w:val="22"/>
              </w:rPr>
            </w:pPr>
            <w:r w:rsidRPr="00F57B99">
              <w:rPr>
                <w:sz w:val="22"/>
                <w:szCs w:val="22"/>
              </w:rPr>
              <w:t xml:space="preserve">Students complete the rest of the problems in their </w:t>
            </w:r>
            <w:proofErr w:type="spellStart"/>
            <w:r w:rsidRPr="00F57B99">
              <w:rPr>
                <w:sz w:val="22"/>
                <w:szCs w:val="22"/>
              </w:rPr>
              <w:t>MyMath</w:t>
            </w:r>
            <w:proofErr w:type="spellEnd"/>
            <w:r w:rsidRPr="00F57B99">
              <w:rPr>
                <w:sz w:val="22"/>
                <w:szCs w:val="22"/>
              </w:rPr>
              <w:t xml:space="preserve"> book independently.</w:t>
            </w:r>
          </w:p>
          <w:p w14:paraId="32236D65" w14:textId="77777777" w:rsidR="00F57B99" w:rsidRPr="00F57B99" w:rsidRDefault="00F57B99" w:rsidP="00F57B99">
            <w:pPr>
              <w:numPr>
                <w:ilvl w:val="0"/>
                <w:numId w:val="51"/>
              </w:numPr>
              <w:spacing w:before="100" w:beforeAutospacing="1" w:after="100" w:afterAutospacing="1"/>
              <w:rPr>
                <w:sz w:val="22"/>
                <w:szCs w:val="22"/>
              </w:rPr>
            </w:pPr>
            <w:r w:rsidRPr="00F57B99">
              <w:rPr>
                <w:sz w:val="22"/>
                <w:szCs w:val="22"/>
              </w:rPr>
              <w:t>Supports provided: visual reference cards, anchor chart, and sentence starters at the center.</w:t>
            </w:r>
          </w:p>
          <w:p w14:paraId="311FF6B5" w14:textId="6D508F9A" w:rsidR="00DE1BF7" w:rsidRPr="00F57B99" w:rsidRDefault="00F57B99" w:rsidP="00F57B99">
            <w:pPr>
              <w:numPr>
                <w:ilvl w:val="0"/>
                <w:numId w:val="51"/>
              </w:numPr>
              <w:spacing w:before="100" w:beforeAutospacing="1" w:after="100" w:afterAutospacing="1"/>
              <w:rPr>
                <w:sz w:val="22"/>
                <w:szCs w:val="22"/>
              </w:rPr>
            </w:pPr>
            <w:r w:rsidRPr="00F57B99">
              <w:rPr>
                <w:sz w:val="22"/>
                <w:szCs w:val="22"/>
              </w:rPr>
              <w:t>Teacher walks around, checking work and helping students who struggle with identifying time or interpreting the picture cues.</w:t>
            </w:r>
          </w:p>
        </w:tc>
      </w:tr>
      <w:tr w:rsidR="00DE1BF7" w:rsidRPr="00F57B9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F57B99" w:rsidRDefault="00DE1BF7" w:rsidP="00DE1BF7">
            <w:pPr>
              <w:rPr>
                <w:b/>
                <w:sz w:val="22"/>
                <w:szCs w:val="22"/>
              </w:rPr>
            </w:pPr>
            <w:r w:rsidRPr="00F57B99">
              <w:rPr>
                <w:b/>
                <w:sz w:val="22"/>
                <w:szCs w:val="22"/>
              </w:rPr>
              <w:lastRenderedPageBreak/>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1866F793" w14:textId="77777777" w:rsidR="00F57B99" w:rsidRPr="00F57B99" w:rsidRDefault="00F57B99" w:rsidP="00F57B99">
            <w:pPr>
              <w:numPr>
                <w:ilvl w:val="0"/>
                <w:numId w:val="52"/>
              </w:numPr>
              <w:spacing w:before="100" w:beforeAutospacing="1" w:after="100" w:afterAutospacing="1"/>
              <w:rPr>
                <w:sz w:val="22"/>
                <w:szCs w:val="22"/>
              </w:rPr>
            </w:pPr>
            <w:r w:rsidRPr="00F57B99">
              <w:rPr>
                <w:rStyle w:val="Strong"/>
                <w:sz w:val="22"/>
                <w:szCs w:val="22"/>
              </w:rPr>
              <w:t>Formative</w:t>
            </w:r>
            <w:r w:rsidRPr="00F57B99">
              <w:rPr>
                <w:sz w:val="22"/>
                <w:szCs w:val="22"/>
              </w:rPr>
              <w:t>: Teacher listens during partner talk and checks understanding through finger-response review.</w:t>
            </w:r>
          </w:p>
          <w:p w14:paraId="41348AA2" w14:textId="77777777" w:rsidR="00F57B99" w:rsidRPr="00F57B99" w:rsidRDefault="00F57B99" w:rsidP="00F57B99">
            <w:pPr>
              <w:numPr>
                <w:ilvl w:val="0"/>
                <w:numId w:val="52"/>
              </w:numPr>
              <w:spacing w:before="100" w:beforeAutospacing="1" w:after="100" w:afterAutospacing="1"/>
              <w:rPr>
                <w:sz w:val="22"/>
                <w:szCs w:val="22"/>
              </w:rPr>
            </w:pPr>
            <w:r w:rsidRPr="00F57B99">
              <w:rPr>
                <w:rStyle w:val="Strong"/>
                <w:sz w:val="22"/>
                <w:szCs w:val="22"/>
              </w:rPr>
              <w:t>Summative</w:t>
            </w:r>
            <w:r w:rsidRPr="00F57B99">
              <w:rPr>
                <w:sz w:val="22"/>
                <w:szCs w:val="22"/>
              </w:rPr>
              <w:t xml:space="preserve">: Students complete their </w:t>
            </w:r>
            <w:proofErr w:type="spellStart"/>
            <w:r w:rsidRPr="00F57B99">
              <w:rPr>
                <w:sz w:val="22"/>
                <w:szCs w:val="22"/>
              </w:rPr>
              <w:t>MyMath</w:t>
            </w:r>
            <w:proofErr w:type="spellEnd"/>
            <w:r w:rsidRPr="00F57B99">
              <w:rPr>
                <w:sz w:val="22"/>
                <w:szCs w:val="22"/>
              </w:rPr>
              <w:t xml:space="preserve"> book page with at least 80% accuracy (correct A.M./P.M. identification and appropriate time).</w:t>
            </w:r>
          </w:p>
          <w:p w14:paraId="0FCC8B2C" w14:textId="3A4A7F69" w:rsidR="00A8077B" w:rsidRPr="00F57B99" w:rsidRDefault="00F57B99" w:rsidP="00F57B99">
            <w:pPr>
              <w:numPr>
                <w:ilvl w:val="0"/>
                <w:numId w:val="52"/>
              </w:numPr>
              <w:spacing w:before="100" w:beforeAutospacing="1" w:after="100" w:afterAutospacing="1"/>
              <w:rPr>
                <w:sz w:val="22"/>
                <w:szCs w:val="22"/>
              </w:rPr>
            </w:pPr>
            <w:r w:rsidRPr="00F57B99">
              <w:rPr>
                <w:sz w:val="22"/>
                <w:szCs w:val="22"/>
              </w:rPr>
              <w:t>Anecdotal notes will track who needs re-teaching in the next lesson.</w:t>
            </w:r>
          </w:p>
        </w:tc>
      </w:tr>
      <w:tr w:rsidR="00DE1BF7" w:rsidRPr="00F57B9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F57B99" w:rsidRDefault="00DE1BF7" w:rsidP="00DE1BF7">
            <w:pPr>
              <w:rPr>
                <w:b/>
                <w:sz w:val="22"/>
                <w:szCs w:val="22"/>
              </w:rPr>
            </w:pPr>
            <w:r w:rsidRPr="00F57B9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17EBF2AE" w14:textId="77777777" w:rsidR="00F57B99" w:rsidRPr="00F57B99" w:rsidRDefault="00F57B99" w:rsidP="00F57B99">
            <w:pPr>
              <w:spacing w:before="100" w:beforeAutospacing="1" w:after="100" w:afterAutospacing="1"/>
              <w:rPr>
                <w:sz w:val="22"/>
                <w:szCs w:val="22"/>
              </w:rPr>
            </w:pPr>
            <w:r w:rsidRPr="00F57B99">
              <w:rPr>
                <w:rStyle w:val="Strong"/>
                <w:sz w:val="22"/>
                <w:szCs w:val="22"/>
              </w:rPr>
              <w:t>Closing &amp; Transition (2 minutes)</w:t>
            </w:r>
          </w:p>
          <w:p w14:paraId="51C9C238" w14:textId="77777777" w:rsidR="00F57B99" w:rsidRPr="00F57B99" w:rsidRDefault="00F57B99" w:rsidP="00F57B99">
            <w:pPr>
              <w:numPr>
                <w:ilvl w:val="0"/>
                <w:numId w:val="53"/>
              </w:numPr>
              <w:spacing w:before="100" w:beforeAutospacing="1" w:after="100" w:afterAutospacing="1"/>
              <w:rPr>
                <w:sz w:val="22"/>
                <w:szCs w:val="22"/>
              </w:rPr>
            </w:pPr>
            <w:r w:rsidRPr="00F57B99">
              <w:rPr>
                <w:sz w:val="22"/>
                <w:szCs w:val="22"/>
              </w:rPr>
              <w:t>Students return to the carpet. Teacher holds up pictures and asks: “Is this A.M. or P.M.? Hold up 1 finger for A.M., 2 fingers for P.M.”</w:t>
            </w:r>
          </w:p>
          <w:p w14:paraId="442CC359" w14:textId="77777777" w:rsidR="00F57B99" w:rsidRPr="00F57B99" w:rsidRDefault="00F57B99" w:rsidP="00F57B99">
            <w:pPr>
              <w:numPr>
                <w:ilvl w:val="0"/>
                <w:numId w:val="53"/>
              </w:numPr>
              <w:spacing w:before="100" w:beforeAutospacing="1" w:after="100" w:afterAutospacing="1"/>
              <w:rPr>
                <w:sz w:val="22"/>
                <w:szCs w:val="22"/>
              </w:rPr>
            </w:pPr>
            <w:r w:rsidRPr="00F57B99">
              <w:rPr>
                <w:sz w:val="22"/>
                <w:szCs w:val="22"/>
              </w:rPr>
              <w:t>Partner share: “Tell your partner something you do in the A.M. and something in the P.M.”</w:t>
            </w:r>
          </w:p>
          <w:p w14:paraId="6D468A2A" w14:textId="09757AD0" w:rsidR="00D520CC" w:rsidRPr="00F57B99" w:rsidRDefault="00F57B99" w:rsidP="00F57B99">
            <w:pPr>
              <w:numPr>
                <w:ilvl w:val="0"/>
                <w:numId w:val="53"/>
              </w:numPr>
              <w:spacing w:before="100" w:beforeAutospacing="1" w:after="100" w:afterAutospacing="1"/>
              <w:rPr>
                <w:sz w:val="22"/>
                <w:szCs w:val="22"/>
              </w:rPr>
            </w:pPr>
            <w:r w:rsidRPr="00F57B99">
              <w:rPr>
                <w:sz w:val="22"/>
                <w:szCs w:val="22"/>
              </w:rPr>
              <w:t>Students rotate to the next center.</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0E1CA4E4" w14:textId="77777777" w:rsidR="00EB11CD" w:rsidRPr="00A80DE4" w:rsidRDefault="00D520CC" w:rsidP="00EB11CD">
            <w:pPr>
              <w:pStyle w:val="ListParagraph"/>
              <w:numPr>
                <w:ilvl w:val="0"/>
                <w:numId w:val="57"/>
              </w:numPr>
              <w:rPr>
                <w:rFonts w:eastAsiaTheme="minorHAnsi"/>
                <w:color w:val="000000"/>
                <w:sz w:val="22"/>
                <w:szCs w:val="22"/>
              </w:rPr>
            </w:pPr>
            <w:r w:rsidRPr="00A80DE4">
              <w:rPr>
                <w:rFonts w:eastAsiaTheme="minorHAnsi"/>
                <w:color w:val="000000"/>
                <w:sz w:val="22"/>
                <w:szCs w:val="22"/>
              </w:rPr>
              <w:t>What was most effective about this lesson? What evidence do you have to support your response in terms of content understanding and in classroom management?</w:t>
            </w:r>
          </w:p>
          <w:p w14:paraId="06F17403" w14:textId="77777777" w:rsidR="00EB11CD" w:rsidRPr="00A80DE4" w:rsidRDefault="00EB11CD" w:rsidP="00EB11CD">
            <w:pPr>
              <w:pStyle w:val="ListParagraph"/>
              <w:rPr>
                <w:rFonts w:eastAsiaTheme="minorHAnsi"/>
                <w:color w:val="000000"/>
                <w:sz w:val="22"/>
                <w:szCs w:val="22"/>
              </w:rPr>
            </w:pPr>
          </w:p>
          <w:p w14:paraId="521D32BA" w14:textId="7BEE7AFF" w:rsidR="00EB11CD" w:rsidRPr="00A80DE4" w:rsidRDefault="00EB11CD" w:rsidP="00EB11CD">
            <w:pPr>
              <w:pStyle w:val="ListParagraph"/>
              <w:rPr>
                <w:sz w:val="22"/>
                <w:szCs w:val="22"/>
              </w:rPr>
            </w:pPr>
            <w:r w:rsidRPr="00A80DE4">
              <w:rPr>
                <w:sz w:val="22"/>
                <w:szCs w:val="22"/>
              </w:rPr>
              <w:t>The finger-response and picture schedule during the carpet launch helped clarify A.M. and P.M. for all students. They were quick to pick up on the concept once it was tied to their daily routine, like breakfast or bedtime.</w:t>
            </w:r>
          </w:p>
          <w:p w14:paraId="26749AF3" w14:textId="77777777" w:rsidR="00EB11CD" w:rsidRPr="00A80DE4" w:rsidRDefault="00EB11CD" w:rsidP="00EB11CD">
            <w:pPr>
              <w:pStyle w:val="ListParagraph"/>
              <w:rPr>
                <w:rFonts w:eastAsiaTheme="minorHAnsi"/>
                <w:color w:val="000000"/>
                <w:sz w:val="22"/>
                <w:szCs w:val="22"/>
              </w:rPr>
            </w:pPr>
          </w:p>
          <w:p w14:paraId="31F810CF" w14:textId="77777777" w:rsidR="00EB11CD" w:rsidRPr="00A80DE4" w:rsidRDefault="00D520CC" w:rsidP="00EB11CD">
            <w:pPr>
              <w:pStyle w:val="ListParagraph"/>
              <w:numPr>
                <w:ilvl w:val="0"/>
                <w:numId w:val="57"/>
              </w:numPr>
              <w:rPr>
                <w:rFonts w:eastAsiaTheme="minorHAnsi"/>
                <w:color w:val="000000"/>
                <w:sz w:val="22"/>
                <w:szCs w:val="22"/>
              </w:rPr>
            </w:pPr>
            <w:r w:rsidRPr="00A80DE4">
              <w:rPr>
                <w:rFonts w:eastAsiaTheme="minorHAnsi"/>
                <w:color w:val="000000"/>
                <w:sz w:val="22"/>
                <w:szCs w:val="22"/>
              </w:rPr>
              <w:lastRenderedPageBreak/>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29876626" w14:textId="77777777" w:rsidR="00EB11CD" w:rsidRPr="00A80DE4" w:rsidRDefault="00EB11CD" w:rsidP="00EB11CD">
            <w:pPr>
              <w:pStyle w:val="ListParagraph"/>
              <w:rPr>
                <w:sz w:val="22"/>
                <w:szCs w:val="22"/>
              </w:rPr>
            </w:pPr>
            <w:r w:rsidRPr="00A80DE4">
              <w:rPr>
                <w:sz w:val="22"/>
                <w:szCs w:val="22"/>
              </w:rPr>
              <w:t>Some students mixed up the A.M./P.M. labels when the activity involved unfamiliar situations (like “a birthday party”). Next time I’ll add more real-life examples and maybe act out a few scenarios together before moving to the book problems.</w:t>
            </w:r>
          </w:p>
          <w:p w14:paraId="5C7D47FC" w14:textId="77777777" w:rsidR="00EB11CD" w:rsidRPr="00A80DE4" w:rsidRDefault="00EB11CD" w:rsidP="00EB11CD">
            <w:pPr>
              <w:pStyle w:val="ListParagraph"/>
              <w:rPr>
                <w:sz w:val="22"/>
                <w:szCs w:val="22"/>
              </w:rPr>
            </w:pPr>
          </w:p>
          <w:p w14:paraId="4B1D5648" w14:textId="4A66955F" w:rsidR="00EB11CD" w:rsidRPr="00A80DE4" w:rsidRDefault="00EB11CD" w:rsidP="00EB11CD">
            <w:pPr>
              <w:pStyle w:val="ListParagraph"/>
              <w:rPr>
                <w:sz w:val="22"/>
                <w:szCs w:val="22"/>
              </w:rPr>
            </w:pPr>
            <w:r w:rsidRPr="00A80DE4">
              <w:rPr>
                <w:sz w:val="22"/>
                <w:szCs w:val="22"/>
              </w:rPr>
              <w:t>Some students mixed up the A.M./P.M. labels when the activity involved unfamiliar situations (like “a birthday party”). Next time I’ll add more real-life examples and maybe act out a few scenarios together before moving to the book problems.</w:t>
            </w:r>
          </w:p>
          <w:p w14:paraId="15384845" w14:textId="77777777" w:rsidR="00EB11CD" w:rsidRPr="00A80DE4" w:rsidRDefault="00EB11CD" w:rsidP="00EB11CD">
            <w:pPr>
              <w:pStyle w:val="ListParagraph"/>
              <w:rPr>
                <w:sz w:val="22"/>
                <w:szCs w:val="22"/>
              </w:rPr>
            </w:pPr>
          </w:p>
          <w:p w14:paraId="12DA2341" w14:textId="77777777" w:rsidR="00EB11CD" w:rsidRPr="00A80DE4" w:rsidRDefault="00D520CC" w:rsidP="00EB11CD">
            <w:pPr>
              <w:pStyle w:val="ListParagraph"/>
              <w:numPr>
                <w:ilvl w:val="0"/>
                <w:numId w:val="57"/>
              </w:numPr>
              <w:rPr>
                <w:rFonts w:eastAsiaTheme="minorHAnsi"/>
                <w:color w:val="000000"/>
                <w:sz w:val="22"/>
                <w:szCs w:val="22"/>
              </w:rPr>
            </w:pPr>
            <w:r w:rsidRPr="00A80DE4">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3F4772F0" w14:textId="77777777" w:rsidR="00EB11CD" w:rsidRPr="00A80DE4" w:rsidRDefault="00EB11CD" w:rsidP="00EB11CD">
            <w:pPr>
              <w:pStyle w:val="ListParagraph"/>
              <w:rPr>
                <w:rFonts w:eastAsiaTheme="minorHAnsi"/>
                <w:color w:val="000000"/>
                <w:sz w:val="22"/>
                <w:szCs w:val="22"/>
              </w:rPr>
            </w:pPr>
          </w:p>
          <w:p w14:paraId="78B6FC31" w14:textId="11108010" w:rsidR="00EB11CD" w:rsidRPr="00A80DE4" w:rsidRDefault="00EB11CD" w:rsidP="00EB11CD">
            <w:pPr>
              <w:pStyle w:val="ListParagraph"/>
              <w:rPr>
                <w:sz w:val="22"/>
                <w:szCs w:val="22"/>
              </w:rPr>
            </w:pPr>
            <w:r w:rsidRPr="00A80DE4">
              <w:rPr>
                <w:sz w:val="22"/>
                <w:szCs w:val="22"/>
              </w:rPr>
              <w:t>Questions like “When do you brush your teeth, morning or night?” helped students relate the concept to their own routines. The Think-Pair-Share gave ELD students a chance to hear and repeat the vocabulary out loud, which really supported their understanding.</w:t>
            </w:r>
          </w:p>
          <w:p w14:paraId="44454075" w14:textId="77777777" w:rsidR="00EB11CD" w:rsidRPr="00A80DE4" w:rsidRDefault="00EB11CD" w:rsidP="00EB11CD">
            <w:pPr>
              <w:pStyle w:val="ListParagraph"/>
              <w:rPr>
                <w:rFonts w:eastAsiaTheme="minorHAnsi"/>
                <w:color w:val="000000"/>
                <w:sz w:val="22"/>
                <w:szCs w:val="22"/>
              </w:rPr>
            </w:pPr>
          </w:p>
          <w:p w14:paraId="3B57F28E" w14:textId="77777777" w:rsidR="00EB11CD" w:rsidRPr="00A80DE4" w:rsidRDefault="00DE1BF7" w:rsidP="00EB11CD">
            <w:pPr>
              <w:pStyle w:val="ListParagraph"/>
              <w:numPr>
                <w:ilvl w:val="0"/>
                <w:numId w:val="57"/>
              </w:numPr>
              <w:rPr>
                <w:sz w:val="22"/>
                <w:szCs w:val="22"/>
              </w:rPr>
            </w:pPr>
            <w:r w:rsidRPr="00A80DE4">
              <w:rPr>
                <w:sz w:val="22"/>
                <w:szCs w:val="22"/>
              </w:rPr>
              <w:t xml:space="preserve">Based on your responses above (#1-3), how would formal/informal assessment data from the lesson inform the changes you would make in the next lesson in this series?  </w:t>
            </w:r>
          </w:p>
          <w:p w14:paraId="1B1A6688" w14:textId="77777777" w:rsidR="00EB11CD" w:rsidRPr="00A80DE4" w:rsidRDefault="00EB11CD" w:rsidP="00EB11CD">
            <w:pPr>
              <w:pStyle w:val="ListParagraph"/>
              <w:rPr>
                <w:sz w:val="22"/>
                <w:szCs w:val="22"/>
              </w:rPr>
            </w:pPr>
          </w:p>
          <w:p w14:paraId="3F5DFC53" w14:textId="77777777" w:rsidR="00EB11CD" w:rsidRPr="00A80DE4" w:rsidRDefault="00EB11CD" w:rsidP="00EB11CD">
            <w:pPr>
              <w:pStyle w:val="ListParagraph"/>
              <w:rPr>
                <w:sz w:val="22"/>
                <w:szCs w:val="22"/>
              </w:rPr>
            </w:pPr>
            <w:r w:rsidRPr="00A80DE4">
              <w:rPr>
                <w:sz w:val="22"/>
                <w:szCs w:val="22"/>
              </w:rPr>
              <w:t>I’ll continue using visuals and physical responses (like holding up 1 or 2 fingers) to check understanding quickly. A few students need extra review, so I’ll revisit this during small group time.</w:t>
            </w:r>
          </w:p>
          <w:p w14:paraId="0C6BE9C3" w14:textId="38010B47" w:rsidR="00EB11CD" w:rsidRPr="00EB11CD" w:rsidRDefault="00EB11CD" w:rsidP="00EB11CD">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3E683BB9"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D43816">
              <w:rPr>
                <w:sz w:val="22"/>
                <w:szCs w:val="22"/>
              </w:rPr>
              <w:t>4</w:t>
            </w:r>
            <w:r>
              <w:rPr>
                <w:sz w:val="22"/>
                <w:szCs w:val="22"/>
              </w:rPr>
              <w:t>/</w:t>
            </w:r>
            <w:r w:rsidR="00D43816">
              <w:rPr>
                <w:sz w:val="22"/>
                <w:szCs w:val="22"/>
              </w:rPr>
              <w:t>17</w:t>
            </w:r>
            <w:r>
              <w:rPr>
                <w:sz w:val="22"/>
                <w:szCs w:val="22"/>
              </w:rPr>
              <w:t>/</w:t>
            </w:r>
            <w:r w:rsidR="00D43816">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7770931D" w14:textId="22919F48" w:rsidR="00D43816" w:rsidRDefault="00D43816" w:rsidP="00012E18">
            <w:pPr>
              <w:jc w:val="center"/>
              <w:rPr>
                <w:sz w:val="22"/>
                <w:szCs w:val="22"/>
              </w:rPr>
            </w:pPr>
            <w:r>
              <w:rPr>
                <w:sz w:val="22"/>
                <w:szCs w:val="22"/>
              </w:rPr>
              <w:t>1</w:t>
            </w:r>
            <w:r w:rsidRPr="00D43816">
              <w:rPr>
                <w:sz w:val="22"/>
                <w:szCs w:val="22"/>
                <w:vertAlign w:val="superscript"/>
              </w:rPr>
              <w:t>st</w:t>
            </w:r>
            <w:r>
              <w:rPr>
                <w:sz w:val="22"/>
                <w:szCs w:val="22"/>
              </w:rPr>
              <w:t>/2</w:t>
            </w:r>
            <w:r w:rsidRPr="00D43816">
              <w:rPr>
                <w:sz w:val="22"/>
                <w:szCs w:val="22"/>
                <w:vertAlign w:val="superscript"/>
              </w:rPr>
              <w:t>nd</w:t>
            </w:r>
            <w:r>
              <w:rPr>
                <w:sz w:val="22"/>
                <w:szCs w:val="22"/>
              </w:rPr>
              <w:t xml:space="preserve"> </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0E56C431" w:rsidR="00A65332" w:rsidRPr="00315705" w:rsidRDefault="009E0942" w:rsidP="00315705">
            <w:pPr>
              <w:jc w:val="center"/>
              <w:rPr>
                <w:sz w:val="22"/>
                <w:szCs w:val="22"/>
              </w:rPr>
            </w:pPr>
            <w:r>
              <w:rPr>
                <w:sz w:val="22"/>
                <w:szCs w:val="22"/>
              </w:rPr>
              <w:t xml:space="preserve">ELA </w:t>
            </w:r>
            <w:r w:rsidR="001F3AC7">
              <w:rPr>
                <w:sz w:val="22"/>
                <w:szCs w:val="22"/>
              </w:rPr>
              <w:t>–</w:t>
            </w:r>
            <w:r>
              <w:rPr>
                <w:sz w:val="22"/>
                <w:szCs w:val="22"/>
              </w:rPr>
              <w:t xml:space="preserve"> </w:t>
            </w:r>
            <w:r w:rsidR="001F3AC7">
              <w:rPr>
                <w:sz w:val="22"/>
                <w:szCs w:val="22"/>
              </w:rPr>
              <w:t>Sequencing &amp; Graph to Text</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2A8C29E" w14:textId="77777777" w:rsidR="00315705" w:rsidRDefault="00144D50" w:rsidP="00315705">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6A2B1464" w14:textId="77777777" w:rsidR="00D43816" w:rsidRDefault="00D43816" w:rsidP="00D43816">
            <w:pPr>
              <w:numPr>
                <w:ilvl w:val="0"/>
                <w:numId w:val="48"/>
              </w:numPr>
              <w:spacing w:before="100" w:beforeAutospacing="1" w:after="100" w:afterAutospacing="1"/>
            </w:pPr>
            <w:r>
              <w:t>1st Grade:</w:t>
            </w:r>
          </w:p>
          <w:p w14:paraId="11BA246F" w14:textId="77777777" w:rsidR="00D43816" w:rsidRDefault="00D43816" w:rsidP="00D43816">
            <w:pPr>
              <w:numPr>
                <w:ilvl w:val="1"/>
                <w:numId w:val="48"/>
              </w:numPr>
              <w:spacing w:before="100" w:beforeAutospacing="1" w:after="100" w:afterAutospacing="1"/>
            </w:pPr>
            <w:r>
              <w:t>ELA RL.1.2 – Retell stories, including key details, and demonstrate understanding of their central message or lesson.</w:t>
            </w:r>
          </w:p>
          <w:p w14:paraId="2D148394" w14:textId="77777777" w:rsidR="00D43816" w:rsidRDefault="00D43816" w:rsidP="00D43816">
            <w:pPr>
              <w:numPr>
                <w:ilvl w:val="1"/>
                <w:numId w:val="48"/>
              </w:numPr>
              <w:spacing w:before="100" w:beforeAutospacing="1" w:after="100" w:afterAutospacing="1"/>
            </w:pPr>
            <w:r>
              <w:t>ELA W.1.3 – Write narratives in which they recount two or more sequenced events.</w:t>
            </w:r>
          </w:p>
          <w:p w14:paraId="070882A9" w14:textId="77777777" w:rsidR="00D43816" w:rsidRDefault="00D43816" w:rsidP="00D43816">
            <w:pPr>
              <w:numPr>
                <w:ilvl w:val="0"/>
                <w:numId w:val="48"/>
              </w:numPr>
              <w:spacing w:before="100" w:beforeAutospacing="1" w:after="100" w:afterAutospacing="1"/>
            </w:pPr>
            <w:r>
              <w:t>2nd Grade:</w:t>
            </w:r>
          </w:p>
          <w:p w14:paraId="6C894237" w14:textId="77777777" w:rsidR="00D43816" w:rsidRDefault="00D43816" w:rsidP="00D43816">
            <w:pPr>
              <w:numPr>
                <w:ilvl w:val="1"/>
                <w:numId w:val="48"/>
              </w:numPr>
              <w:spacing w:before="100" w:beforeAutospacing="1" w:after="100" w:afterAutospacing="1"/>
            </w:pPr>
            <w:r>
              <w:t>ELA RL.2.4 – Describe how words and phrases supply meaning in a story.</w:t>
            </w:r>
          </w:p>
          <w:p w14:paraId="6AF4F294" w14:textId="3EA159D2" w:rsidR="00315705" w:rsidRPr="00D43816" w:rsidRDefault="00D43816" w:rsidP="00D43816">
            <w:pPr>
              <w:numPr>
                <w:ilvl w:val="1"/>
                <w:numId w:val="48"/>
              </w:numPr>
              <w:spacing w:before="100" w:beforeAutospacing="1" w:after="100" w:afterAutospacing="1"/>
            </w:pPr>
            <w:r>
              <w:t>ELA SL.2.5 – Create visual displays to clarify ideas, thoughts, and feelings.</w:t>
            </w:r>
          </w:p>
        </w:tc>
        <w:tc>
          <w:tcPr>
            <w:tcW w:w="5400" w:type="dxa"/>
            <w:tcBorders>
              <w:top w:val="thickThinSmallGap" w:sz="24" w:space="0" w:color="auto"/>
              <w:left w:val="thickThinSmallGap" w:sz="24" w:space="0" w:color="auto"/>
              <w:right w:val="thickThinSmallGap" w:sz="24" w:space="0" w:color="auto"/>
            </w:tcBorders>
          </w:tcPr>
          <w:p w14:paraId="30BB6F04" w14:textId="77777777" w:rsidR="00315705" w:rsidRDefault="00144D50" w:rsidP="00315705">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2FB012A3" w14:textId="1B4A0654" w:rsidR="005E2AF7" w:rsidRDefault="005E2AF7" w:rsidP="005E2AF7">
            <w:pPr>
              <w:spacing w:before="100" w:beforeAutospacing="1" w:after="100" w:afterAutospacing="1"/>
            </w:pPr>
            <w:r>
              <w:rPr>
                <w:rFonts w:hAnsi="Symbol"/>
              </w:rPr>
              <w:t></w:t>
            </w:r>
            <w:r>
              <w:t xml:space="preserve"> ELD.PI</w:t>
            </w:r>
            <w:r>
              <w:rPr>
                <w:rStyle w:val="Strong"/>
              </w:rPr>
              <w:t>.1–2.1</w:t>
            </w:r>
            <w:r>
              <w:t xml:space="preserve"> – Exchanging information and ideas with others through oral collaborative conversations on familiar topics.</w:t>
            </w:r>
          </w:p>
          <w:p w14:paraId="10C7C6A4" w14:textId="090BDF2A" w:rsidR="005E2AF7" w:rsidRDefault="005E2AF7" w:rsidP="005E2AF7">
            <w:pPr>
              <w:spacing w:before="100" w:beforeAutospacing="1" w:after="100" w:afterAutospacing="1"/>
            </w:pPr>
            <w:r>
              <w:rPr>
                <w:rFonts w:hAnsi="Symbol"/>
              </w:rPr>
              <w:t></w:t>
            </w:r>
            <w:r>
              <w:t xml:space="preserve"> ELD.PI</w:t>
            </w:r>
            <w:r>
              <w:rPr>
                <w:rStyle w:val="Strong"/>
              </w:rPr>
              <w:t>.1–2.5</w:t>
            </w:r>
            <w:r>
              <w:t xml:space="preserve"> – Listening actively and asking/answering questions about what was heard.</w:t>
            </w:r>
          </w:p>
          <w:p w14:paraId="5B1C49BC" w14:textId="1F8E449D" w:rsidR="005E2AF7" w:rsidRDefault="005E2AF7" w:rsidP="005E2AF7">
            <w:pPr>
              <w:spacing w:before="100" w:beforeAutospacing="1" w:after="100" w:afterAutospacing="1"/>
            </w:pPr>
            <w:r>
              <w:rPr>
                <w:rFonts w:hAnsi="Symbol"/>
              </w:rPr>
              <w:t></w:t>
            </w:r>
            <w:r>
              <w:t xml:space="preserve"> ELD.PI</w:t>
            </w:r>
            <w:r>
              <w:rPr>
                <w:rStyle w:val="Strong"/>
              </w:rPr>
              <w:t>.1–2.9</w:t>
            </w:r>
            <w:r>
              <w:t xml:space="preserve"> – Expressing information and ideas in oral presentations using visual supports.</w:t>
            </w:r>
          </w:p>
          <w:p w14:paraId="67458810" w14:textId="35EFD291" w:rsidR="005E2AF7" w:rsidRDefault="005E2AF7" w:rsidP="005E2AF7">
            <w:pPr>
              <w:spacing w:before="100" w:beforeAutospacing="1" w:after="100" w:afterAutospacing="1"/>
            </w:pPr>
            <w:r>
              <w:rPr>
                <w:rFonts w:hAnsi="Symbol"/>
              </w:rPr>
              <w:t></w:t>
            </w:r>
            <w:r>
              <w:t xml:space="preserve"> ELD.PI</w:t>
            </w:r>
            <w:r>
              <w:rPr>
                <w:rStyle w:val="Strong"/>
              </w:rPr>
              <w:t>.1–2.12a</w:t>
            </w:r>
            <w:r>
              <w:t xml:space="preserve"> – Selecting and applying appropriate vocabulary to communicate effectively in content areas.</w:t>
            </w:r>
          </w:p>
          <w:p w14:paraId="520B1439" w14:textId="6FAE6B81" w:rsidR="00315705" w:rsidRPr="005E2AF7" w:rsidRDefault="00315705" w:rsidP="005E2AF7">
            <w:pPr>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4817A6FE" w14:textId="77777777" w:rsidR="00315705" w:rsidRDefault="006B039E" w:rsidP="00315705">
            <w:pPr>
              <w:keepNext/>
              <w:outlineLvl w:val="0"/>
              <w:rPr>
                <w:rFonts w:eastAsia="Times"/>
                <w:b/>
                <w:bCs/>
                <w:sz w:val="22"/>
                <w:szCs w:val="22"/>
              </w:rPr>
            </w:pPr>
            <w:r w:rsidRPr="006C76A0">
              <w:rPr>
                <w:rFonts w:eastAsia="Times"/>
                <w:b/>
                <w:bCs/>
                <w:sz w:val="22"/>
                <w:szCs w:val="22"/>
              </w:rPr>
              <w:t xml:space="preserve">Lesson Objective(s)/Goal(s): </w:t>
            </w:r>
          </w:p>
          <w:p w14:paraId="07C19E8C" w14:textId="21405C45" w:rsidR="00315705" w:rsidRPr="00D43816" w:rsidRDefault="00D43816" w:rsidP="00D43816">
            <w:pPr>
              <w:pStyle w:val="ListParagraph"/>
              <w:keepNext/>
              <w:numPr>
                <w:ilvl w:val="0"/>
                <w:numId w:val="49"/>
              </w:numPr>
              <w:outlineLvl w:val="0"/>
              <w:rPr>
                <w:rFonts w:eastAsia="Times"/>
                <w:sz w:val="22"/>
                <w:szCs w:val="22"/>
              </w:rPr>
            </w:pPr>
            <w:r>
              <w:rPr>
                <w:rFonts w:eastAsia="Times"/>
                <w:sz w:val="22"/>
                <w:szCs w:val="22"/>
              </w:rPr>
              <w:t xml:space="preserve">By the end of the lesson, </w:t>
            </w:r>
            <w:r w:rsidR="005E2AF7">
              <w:t>given a creative writing and drawing task, 1st and 2nd grade students will demonstrate their understanding of their weekly ELA texts by retelling the story in a flipbook (1st grade) and designing an original sign to communicate a message (2nd grade), with grade-appropriate use of vocabulary and 90% completion of the culminating project.</w:t>
            </w:r>
          </w:p>
        </w:tc>
        <w:tc>
          <w:tcPr>
            <w:tcW w:w="5400" w:type="dxa"/>
            <w:tcBorders>
              <w:top w:val="thickThinSmallGap" w:sz="24" w:space="0" w:color="auto"/>
              <w:left w:val="thickThinSmallGap" w:sz="24" w:space="0" w:color="auto"/>
              <w:right w:val="thickThinSmallGap" w:sz="24" w:space="0" w:color="auto"/>
            </w:tcBorders>
          </w:tcPr>
          <w:p w14:paraId="41286C96" w14:textId="77777777" w:rsidR="00D43816" w:rsidRDefault="006B039E" w:rsidP="00D43816">
            <w:pPr>
              <w:rPr>
                <w:b/>
                <w:sz w:val="22"/>
                <w:szCs w:val="22"/>
              </w:rPr>
            </w:pPr>
            <w:r w:rsidRPr="00BB7B32">
              <w:rPr>
                <w:b/>
                <w:sz w:val="22"/>
                <w:szCs w:val="22"/>
              </w:rPr>
              <w:t>Language Objective(s):</w:t>
            </w:r>
          </w:p>
          <w:p w14:paraId="29EC03ED" w14:textId="22DB1CD3" w:rsidR="00315705" w:rsidRPr="00D43816" w:rsidRDefault="00D43816" w:rsidP="00D43816">
            <w:pPr>
              <w:pStyle w:val="ListParagraph"/>
              <w:numPr>
                <w:ilvl w:val="0"/>
                <w:numId w:val="49"/>
              </w:numPr>
              <w:rPr>
                <w:b/>
                <w:sz w:val="22"/>
                <w:szCs w:val="22"/>
              </w:rPr>
            </w:pPr>
            <w:r>
              <w:rPr>
                <w:bCs/>
                <w:sz w:val="22"/>
                <w:szCs w:val="22"/>
              </w:rPr>
              <w:t>S</w:t>
            </w:r>
            <w:r>
              <w:t>tudents will use vocabulary words and sentence frames to describe either the story’s sequence (1st grade) or the purpose of their visual sign (2nd grade), using drawings, words, and oral explanation.</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25FA308D" w14:textId="77777777" w:rsidR="00D43816" w:rsidRDefault="00D43816" w:rsidP="00D43816">
            <w:pPr>
              <w:pStyle w:val="ListParagraph"/>
              <w:numPr>
                <w:ilvl w:val="0"/>
                <w:numId w:val="49"/>
              </w:numPr>
              <w:spacing w:before="100" w:beforeAutospacing="1" w:after="100" w:afterAutospacing="1"/>
            </w:pPr>
            <w:r>
              <w:rPr>
                <w:rStyle w:val="Strong"/>
              </w:rPr>
              <w:t>Function:</w:t>
            </w:r>
            <w:r>
              <w:t xml:space="preserve"> Retelling, explaining, labeling, designing</w:t>
            </w:r>
          </w:p>
          <w:p w14:paraId="3AA399EF" w14:textId="77777777" w:rsidR="00D43816" w:rsidRDefault="00D43816" w:rsidP="00D43816">
            <w:pPr>
              <w:pStyle w:val="ListParagraph"/>
              <w:numPr>
                <w:ilvl w:val="0"/>
                <w:numId w:val="49"/>
              </w:numPr>
              <w:spacing w:before="100" w:beforeAutospacing="1" w:after="100" w:afterAutospacing="1"/>
            </w:pPr>
            <w:r>
              <w:rPr>
                <w:rStyle w:val="Strong"/>
              </w:rPr>
              <w:t>Vocabulary (1st):</w:t>
            </w:r>
            <w:r>
              <w:t xml:space="preserve"> polite, wisdom, assistant, trouble, cleared</w:t>
            </w:r>
          </w:p>
          <w:p w14:paraId="5D5AB9E2" w14:textId="77777777" w:rsidR="00D43816" w:rsidRDefault="00D43816" w:rsidP="00D43816">
            <w:pPr>
              <w:pStyle w:val="ListParagraph"/>
              <w:numPr>
                <w:ilvl w:val="0"/>
                <w:numId w:val="49"/>
              </w:numPr>
              <w:spacing w:before="100" w:beforeAutospacing="1" w:after="100" w:afterAutospacing="1"/>
            </w:pPr>
            <w:r>
              <w:rPr>
                <w:rStyle w:val="Strong"/>
              </w:rPr>
              <w:t>Vocabulary (2nd):</w:t>
            </w:r>
            <w:r>
              <w:t xml:space="preserve"> work, talk, laugh, paper, done, great</w:t>
            </w:r>
          </w:p>
          <w:p w14:paraId="3F1B26F0" w14:textId="77777777" w:rsidR="00D43816" w:rsidRPr="00D43816" w:rsidRDefault="00D43816" w:rsidP="00D43816">
            <w:pPr>
              <w:pStyle w:val="ListParagraph"/>
              <w:numPr>
                <w:ilvl w:val="0"/>
                <w:numId w:val="49"/>
              </w:numPr>
              <w:spacing w:before="100" w:beforeAutospacing="1" w:after="100" w:afterAutospacing="1"/>
              <w:rPr>
                <w:rStyle w:val="Strong"/>
                <w:b w:val="0"/>
                <w:bCs w:val="0"/>
              </w:rPr>
            </w:pPr>
            <w:r>
              <w:rPr>
                <w:rStyle w:val="Strong"/>
              </w:rPr>
              <w:lastRenderedPageBreak/>
              <w:t>Syntax/Discourse:</w:t>
            </w:r>
          </w:p>
          <w:p w14:paraId="244E0F4A" w14:textId="77777777" w:rsidR="00D43816" w:rsidRDefault="00D43816" w:rsidP="00D43816">
            <w:pPr>
              <w:pStyle w:val="ListParagraph"/>
              <w:spacing w:before="100" w:beforeAutospacing="1" w:after="100" w:afterAutospacing="1"/>
            </w:pPr>
            <w:r>
              <w:t>1st Grade: First…, Then…, Last…</w:t>
            </w:r>
          </w:p>
          <w:p w14:paraId="563F4B04" w14:textId="1137CA06" w:rsidR="00D43816" w:rsidRDefault="00D43816" w:rsidP="00D43816">
            <w:pPr>
              <w:pStyle w:val="ListParagraph"/>
              <w:spacing w:before="100" w:beforeAutospacing="1" w:after="100" w:afterAutospacing="1"/>
            </w:pPr>
            <w:r>
              <w:t>2nd Grade: My sign means ___ because ___. I want others to know ___.</w:t>
            </w:r>
          </w:p>
          <w:p w14:paraId="0377DB37" w14:textId="4A62A51B" w:rsidR="006B039E" w:rsidRPr="006264F7" w:rsidRDefault="006B039E" w:rsidP="00D43816">
            <w:pPr>
              <w:pStyle w:val="NormalWeb"/>
              <w:ind w:left="720"/>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489282D8" w14:textId="77777777" w:rsidR="00D43816" w:rsidRDefault="00D43816" w:rsidP="00D43816">
            <w:pPr>
              <w:numPr>
                <w:ilvl w:val="0"/>
                <w:numId w:val="51"/>
              </w:numPr>
              <w:spacing w:before="100" w:beforeAutospacing="1" w:after="100" w:afterAutospacing="1"/>
            </w:pPr>
            <w:r>
              <w:t>Step-by-step visual modeling before each activity</w:t>
            </w:r>
          </w:p>
          <w:p w14:paraId="37B26D10" w14:textId="77777777" w:rsidR="00D43816" w:rsidRDefault="00D43816" w:rsidP="00D43816">
            <w:pPr>
              <w:numPr>
                <w:ilvl w:val="0"/>
                <w:numId w:val="51"/>
              </w:numPr>
              <w:spacing w:before="100" w:beforeAutospacing="1" w:after="100" w:afterAutospacing="1"/>
            </w:pPr>
            <w:r>
              <w:t>Word banks and sentence starters on the board</w:t>
            </w:r>
          </w:p>
          <w:p w14:paraId="530EDB6C" w14:textId="77777777" w:rsidR="00D43816" w:rsidRDefault="00D43816" w:rsidP="00D43816">
            <w:pPr>
              <w:numPr>
                <w:ilvl w:val="0"/>
                <w:numId w:val="51"/>
              </w:numPr>
              <w:spacing w:before="100" w:beforeAutospacing="1" w:after="100" w:afterAutospacing="1"/>
            </w:pPr>
            <w:r>
              <w:t>Peer pairing for discussion and brainstorming</w:t>
            </w:r>
          </w:p>
          <w:p w14:paraId="7C04AB8D" w14:textId="77777777" w:rsidR="00D43816" w:rsidRDefault="00D43816" w:rsidP="00D43816">
            <w:pPr>
              <w:numPr>
                <w:ilvl w:val="0"/>
                <w:numId w:val="51"/>
              </w:numPr>
              <w:spacing w:before="100" w:beforeAutospacing="1" w:after="100" w:afterAutospacing="1"/>
            </w:pPr>
            <w:r>
              <w:t>Drawing and dictation options for ELD or IEP students</w:t>
            </w:r>
          </w:p>
          <w:p w14:paraId="5A3640F3" w14:textId="77777777" w:rsidR="00D43816" w:rsidRDefault="00D43816" w:rsidP="00D43816">
            <w:pPr>
              <w:numPr>
                <w:ilvl w:val="0"/>
                <w:numId w:val="51"/>
              </w:numPr>
              <w:spacing w:before="100" w:beforeAutospacing="1" w:after="100" w:afterAutospacing="1"/>
            </w:pPr>
            <w:r>
              <w:t>Anchor charts for vocabulary reference</w:t>
            </w:r>
          </w:p>
          <w:p w14:paraId="55BACF0A" w14:textId="38EAF410" w:rsidR="006B039E" w:rsidRPr="00315705" w:rsidRDefault="00D43816" w:rsidP="00D43816">
            <w:pPr>
              <w:numPr>
                <w:ilvl w:val="0"/>
                <w:numId w:val="51"/>
              </w:numPr>
              <w:spacing w:before="100" w:beforeAutospacing="1" w:after="100" w:afterAutospacing="1"/>
            </w:pPr>
            <w:r>
              <w:t>Extra scaffolding provided during writing portions</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6EA2C4C" w14:textId="24E568D9" w:rsidR="00552E8C" w:rsidRDefault="00552E8C" w:rsidP="00552E8C">
            <w:pPr>
              <w:spacing w:before="100" w:beforeAutospacing="1" w:after="100" w:afterAutospacing="1"/>
            </w:pPr>
            <w:r>
              <w:rPr>
                <w:rFonts w:hAnsi="Symbol"/>
              </w:rPr>
              <w:t></w:t>
            </w:r>
            <w:r>
              <w:t xml:space="preserve"> Begin by revisiting each grade’s story:</w:t>
            </w:r>
          </w:p>
          <w:p w14:paraId="60B20CCA" w14:textId="77777777" w:rsidR="00552E8C" w:rsidRDefault="00552E8C" w:rsidP="00552E8C">
            <w:pPr>
              <w:numPr>
                <w:ilvl w:val="0"/>
                <w:numId w:val="59"/>
              </w:numPr>
              <w:spacing w:before="100" w:beforeAutospacing="1" w:after="100" w:afterAutospacing="1"/>
            </w:pPr>
            <w:r>
              <w:rPr>
                <w:rStyle w:val="Strong"/>
              </w:rPr>
              <w:t>1st Grade (Tomás Rivera):</w:t>
            </w:r>
            <w:r>
              <w:t xml:space="preserve"> Ask students, “What happened in the beginning, middle, and end of Tomás’s story?” Guide discussion using visuals and vocabulary word cards.</w:t>
            </w:r>
          </w:p>
          <w:p w14:paraId="29A18F87" w14:textId="77777777" w:rsidR="00552E8C" w:rsidRDefault="00552E8C" w:rsidP="00552E8C">
            <w:pPr>
              <w:numPr>
                <w:ilvl w:val="0"/>
                <w:numId w:val="59"/>
              </w:numPr>
              <w:spacing w:before="100" w:beforeAutospacing="1" w:after="100" w:afterAutospacing="1"/>
            </w:pPr>
            <w:r>
              <w:rPr>
                <w:rStyle w:val="Strong"/>
              </w:rPr>
              <w:t>2nd Grade (The Sign Maker’s Assistant):</w:t>
            </w:r>
            <w:r>
              <w:t xml:space="preserve"> Ask, “What kind of signs did Norman make? What makes a sign helpful?” Lead into a brief discussion about the purpose of signs.</w:t>
            </w:r>
          </w:p>
          <w:p w14:paraId="360C0855" w14:textId="337655B0" w:rsidR="00552E8C" w:rsidRDefault="00552E8C" w:rsidP="00552E8C">
            <w:pPr>
              <w:spacing w:before="100" w:beforeAutospacing="1" w:after="100" w:afterAutospacing="1"/>
            </w:pPr>
            <w:r>
              <w:rPr>
                <w:rFonts w:hAnsi="Symbol"/>
              </w:rPr>
              <w:t></w:t>
            </w:r>
            <w:r>
              <w:t xml:space="preserve"> Introduce the activity goal:</w:t>
            </w:r>
          </w:p>
          <w:p w14:paraId="06A87A00" w14:textId="77777777" w:rsidR="00552E8C" w:rsidRDefault="00552E8C" w:rsidP="00552E8C">
            <w:pPr>
              <w:numPr>
                <w:ilvl w:val="0"/>
                <w:numId w:val="60"/>
              </w:numPr>
              <w:spacing w:before="100" w:beforeAutospacing="1" w:after="100" w:afterAutospacing="1"/>
            </w:pPr>
            <w:r>
              <w:rPr>
                <w:rStyle w:val="Strong"/>
              </w:rPr>
              <w:t>1st Grade</w:t>
            </w:r>
            <w:r>
              <w:t xml:space="preserve"> will create a flipbook that retells the beginning, middle, and end of </w:t>
            </w:r>
            <w:r>
              <w:rPr>
                <w:rStyle w:val="Emphasis"/>
              </w:rPr>
              <w:t>Tomás Rivera</w:t>
            </w:r>
            <w:r>
              <w:t>, using complete sentences first, and then illustrating each part.</w:t>
            </w:r>
          </w:p>
          <w:p w14:paraId="085D12AB" w14:textId="77777777" w:rsidR="00552E8C" w:rsidRDefault="00552E8C" w:rsidP="00552E8C">
            <w:pPr>
              <w:numPr>
                <w:ilvl w:val="0"/>
                <w:numId w:val="60"/>
              </w:numPr>
              <w:spacing w:before="100" w:beforeAutospacing="1" w:after="100" w:afterAutospacing="1"/>
            </w:pPr>
            <w:r>
              <w:rPr>
                <w:rStyle w:val="Strong"/>
              </w:rPr>
              <w:t>2nd Grade</w:t>
            </w:r>
            <w:r>
              <w:t xml:space="preserve"> will design an original sign that communicates a message, similar to Norman’s role in the story, using both pictures and words.</w:t>
            </w:r>
          </w:p>
          <w:p w14:paraId="75A1D43A" w14:textId="49F55BDC" w:rsidR="00552E8C" w:rsidRDefault="00552E8C" w:rsidP="00552E8C">
            <w:pPr>
              <w:spacing w:before="100" w:beforeAutospacing="1" w:after="100" w:afterAutospacing="1"/>
            </w:pPr>
            <w:r>
              <w:rPr>
                <w:rFonts w:hAnsi="Symbol"/>
              </w:rPr>
              <w:t></w:t>
            </w:r>
            <w:r>
              <w:t xml:space="preserve"> Model each task:</w:t>
            </w:r>
          </w:p>
          <w:p w14:paraId="5C57B86B" w14:textId="77777777" w:rsidR="00552E8C" w:rsidRDefault="00552E8C" w:rsidP="00552E8C">
            <w:pPr>
              <w:numPr>
                <w:ilvl w:val="0"/>
                <w:numId w:val="61"/>
              </w:numPr>
              <w:spacing w:before="100" w:beforeAutospacing="1" w:after="100" w:afterAutospacing="1"/>
            </w:pPr>
            <w:r>
              <w:rPr>
                <w:rStyle w:val="Strong"/>
              </w:rPr>
              <w:t>1st Grade:</w:t>
            </w:r>
            <w:r>
              <w:t xml:space="preserve"> Show a sample flipbook with three labeled pages: Beginning, Middle, End. Provide and model these sentence frames on the board:</w:t>
            </w:r>
          </w:p>
          <w:p w14:paraId="2C4ACABF" w14:textId="77777777" w:rsidR="00552E8C" w:rsidRDefault="00552E8C" w:rsidP="00552E8C">
            <w:pPr>
              <w:numPr>
                <w:ilvl w:val="1"/>
                <w:numId w:val="61"/>
              </w:numPr>
              <w:spacing w:before="100" w:beforeAutospacing="1" w:after="100" w:afterAutospacing="1"/>
            </w:pPr>
            <w:r>
              <w:t xml:space="preserve">Beginning: </w:t>
            </w:r>
            <w:r>
              <w:rPr>
                <w:rStyle w:val="Emphasis"/>
              </w:rPr>
              <w:t>“In the beginning, Tomás…”</w:t>
            </w:r>
          </w:p>
          <w:p w14:paraId="4C50CE1D" w14:textId="77777777" w:rsidR="00552E8C" w:rsidRDefault="00552E8C" w:rsidP="00552E8C">
            <w:pPr>
              <w:numPr>
                <w:ilvl w:val="1"/>
                <w:numId w:val="61"/>
              </w:numPr>
              <w:spacing w:before="100" w:beforeAutospacing="1" w:after="100" w:afterAutospacing="1"/>
            </w:pPr>
            <w:r>
              <w:t xml:space="preserve">Middle: </w:t>
            </w:r>
            <w:r>
              <w:rPr>
                <w:rStyle w:val="Emphasis"/>
              </w:rPr>
              <w:t>“In the middle, he…”</w:t>
            </w:r>
          </w:p>
          <w:p w14:paraId="785DEF77" w14:textId="77777777" w:rsidR="00552E8C" w:rsidRDefault="00552E8C" w:rsidP="00552E8C">
            <w:pPr>
              <w:numPr>
                <w:ilvl w:val="1"/>
                <w:numId w:val="61"/>
              </w:numPr>
              <w:spacing w:before="100" w:beforeAutospacing="1" w:after="100" w:afterAutospacing="1"/>
            </w:pPr>
            <w:r>
              <w:t xml:space="preserve">End: </w:t>
            </w:r>
            <w:r>
              <w:rPr>
                <w:rStyle w:val="Emphasis"/>
              </w:rPr>
              <w:t>“At the end, Tomás…”</w:t>
            </w:r>
          </w:p>
          <w:p w14:paraId="434E1C8C" w14:textId="3E9F17B9" w:rsidR="00552E8C" w:rsidRDefault="00552E8C" w:rsidP="00552E8C">
            <w:pPr>
              <w:numPr>
                <w:ilvl w:val="1"/>
                <w:numId w:val="61"/>
              </w:numPr>
              <w:spacing w:before="100" w:beforeAutospacing="1" w:after="100" w:afterAutospacing="1"/>
            </w:pPr>
            <w:r>
              <w:t>Model completing all three sentences before beginning to draw illustrations that match each part.</w:t>
            </w:r>
          </w:p>
          <w:p w14:paraId="26AA0040" w14:textId="77777777" w:rsidR="00552E8C" w:rsidRDefault="00552E8C" w:rsidP="00552E8C">
            <w:pPr>
              <w:numPr>
                <w:ilvl w:val="0"/>
                <w:numId w:val="61"/>
              </w:numPr>
              <w:spacing w:before="100" w:beforeAutospacing="1" w:after="100" w:afterAutospacing="1"/>
            </w:pPr>
            <w:r>
              <w:rPr>
                <w:rStyle w:val="Strong"/>
              </w:rPr>
              <w:t>2nd Grade:</w:t>
            </w:r>
            <w:r>
              <w:t xml:space="preserve"> Show an example sign (e.g., “Be Kind” with symbols). Write a sample sentence on a sticky note: </w:t>
            </w:r>
            <w:r>
              <w:rPr>
                <w:rStyle w:val="Emphasis"/>
              </w:rPr>
              <w:t>“My sign means be kind to others. I want others to remember to use kind words.”</w:t>
            </w:r>
          </w:p>
          <w:p w14:paraId="62D86579" w14:textId="26AA7F7A" w:rsidR="00552E8C" w:rsidRDefault="00552E8C" w:rsidP="00552E8C">
            <w:pPr>
              <w:spacing w:before="100" w:beforeAutospacing="1" w:after="100" w:afterAutospacing="1"/>
            </w:pPr>
            <w:r>
              <w:rPr>
                <w:rFonts w:hAnsi="Symbol"/>
              </w:rPr>
              <w:t></w:t>
            </w:r>
            <w:r>
              <w:t xml:space="preserve"> Distribute materials:</w:t>
            </w:r>
          </w:p>
          <w:p w14:paraId="22B9C513" w14:textId="77777777" w:rsidR="00552E8C" w:rsidRDefault="00552E8C" w:rsidP="00552E8C">
            <w:pPr>
              <w:numPr>
                <w:ilvl w:val="0"/>
                <w:numId w:val="62"/>
              </w:numPr>
              <w:spacing w:before="100" w:beforeAutospacing="1" w:after="100" w:afterAutospacing="1"/>
            </w:pPr>
            <w:r>
              <w:rPr>
                <w:rStyle w:val="Strong"/>
              </w:rPr>
              <w:t>1st Grade:</w:t>
            </w:r>
            <w:r>
              <w:t xml:space="preserve"> Pre-folded flipbooks, pencils, crayons; sentence frames visible on the board.</w:t>
            </w:r>
          </w:p>
          <w:p w14:paraId="4BCA35E1" w14:textId="77777777" w:rsidR="00552E8C" w:rsidRDefault="00552E8C" w:rsidP="00552E8C">
            <w:pPr>
              <w:numPr>
                <w:ilvl w:val="0"/>
                <w:numId w:val="62"/>
              </w:numPr>
              <w:spacing w:before="100" w:beforeAutospacing="1" w:after="100" w:afterAutospacing="1"/>
            </w:pPr>
            <w:r>
              <w:rPr>
                <w:rStyle w:val="Strong"/>
              </w:rPr>
              <w:t>2nd Grade:</w:t>
            </w:r>
            <w:r>
              <w:t xml:space="preserve"> White paper or cardstock, colored pencils, sticky notes for writing their message.</w:t>
            </w:r>
          </w:p>
          <w:p w14:paraId="2781D99F" w14:textId="3FE2059F" w:rsidR="00552E8C" w:rsidRDefault="00552E8C" w:rsidP="00552E8C">
            <w:pPr>
              <w:spacing w:before="100" w:beforeAutospacing="1" w:after="100" w:afterAutospacing="1"/>
            </w:pPr>
            <w:r>
              <w:rPr>
                <w:rFonts w:hAnsi="Symbol"/>
              </w:rPr>
              <w:t></w:t>
            </w:r>
            <w:r>
              <w:t xml:space="preserve"> Students work independently while teacher rotates to support and scaffold:</w:t>
            </w:r>
          </w:p>
          <w:p w14:paraId="3B867D48" w14:textId="77777777" w:rsidR="00552E8C" w:rsidRDefault="00552E8C" w:rsidP="00552E8C">
            <w:pPr>
              <w:numPr>
                <w:ilvl w:val="0"/>
                <w:numId w:val="63"/>
              </w:numPr>
              <w:spacing w:before="100" w:beforeAutospacing="1" w:after="100" w:afterAutospacing="1"/>
            </w:pPr>
            <w:r>
              <w:rPr>
                <w:rStyle w:val="Strong"/>
              </w:rPr>
              <w:t>1st Grade:</w:t>
            </w:r>
            <w:r>
              <w:t xml:space="preserve"> Students write their three sentences using the provided frames, then draw matching pictures for Beginning, Middle, and End.</w:t>
            </w:r>
          </w:p>
          <w:p w14:paraId="318108CD" w14:textId="77777777" w:rsidR="00552E8C" w:rsidRDefault="00552E8C" w:rsidP="00552E8C">
            <w:pPr>
              <w:numPr>
                <w:ilvl w:val="0"/>
                <w:numId w:val="63"/>
              </w:numPr>
              <w:spacing w:before="100" w:beforeAutospacing="1" w:after="100" w:afterAutospacing="1"/>
            </w:pPr>
            <w:r>
              <w:rPr>
                <w:rStyle w:val="Strong"/>
              </w:rPr>
              <w:t>2nd Grade:</w:t>
            </w:r>
            <w:r>
              <w:t xml:space="preserve"> Students create and decorate their sign. On the back or sticky note, they write or dictate the meaning behind their sign.</w:t>
            </w:r>
          </w:p>
          <w:p w14:paraId="3E3B6B8D" w14:textId="022D6D8B" w:rsidR="00552E8C" w:rsidRDefault="00552E8C" w:rsidP="00552E8C">
            <w:pPr>
              <w:spacing w:before="100" w:beforeAutospacing="1" w:after="100" w:afterAutospacing="1"/>
            </w:pPr>
            <w:r>
              <w:rPr>
                <w:rFonts w:hAnsi="Symbol"/>
              </w:rPr>
              <w:t></w:t>
            </w:r>
            <w:r>
              <w:t xml:space="preserve"> Provide time cues and help students finish or refine their work for Open House display.</w:t>
            </w:r>
          </w:p>
          <w:p w14:paraId="54A5FB7B" w14:textId="5A340757" w:rsidR="00552E8C" w:rsidRPr="00315705" w:rsidRDefault="00552E8C" w:rsidP="00552E8C">
            <w:pPr>
              <w:spacing w:before="100" w:beforeAutospacing="1" w:after="100" w:afterAutospacing="1"/>
            </w:pPr>
          </w:p>
          <w:p w14:paraId="311FF6B5" w14:textId="695BB92B" w:rsidR="00DE1BF7" w:rsidRPr="00315705" w:rsidRDefault="00DE1BF7" w:rsidP="00D43816">
            <w:pPr>
              <w:spacing w:before="100" w:beforeAutospacing="1" w:after="100" w:afterAutospacing="1"/>
            </w:pP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lastRenderedPageBreak/>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54A923A7" w14:textId="77777777" w:rsidR="00D43816" w:rsidRDefault="00D43816" w:rsidP="00D43816">
            <w:pPr>
              <w:spacing w:before="100" w:beforeAutospacing="1" w:after="100" w:afterAutospacing="1"/>
            </w:pPr>
            <w:r>
              <w:rPr>
                <w:rStyle w:val="Strong"/>
              </w:rPr>
              <w:t>Formative Assessment:</w:t>
            </w:r>
          </w:p>
          <w:p w14:paraId="77C9A54A" w14:textId="77777777" w:rsidR="00D43816" w:rsidRDefault="00D43816" w:rsidP="00D43816">
            <w:pPr>
              <w:numPr>
                <w:ilvl w:val="0"/>
                <w:numId w:val="57"/>
              </w:numPr>
              <w:spacing w:before="100" w:beforeAutospacing="1" w:after="100" w:afterAutospacing="1"/>
            </w:pPr>
            <w:r>
              <w:t>Observe student ability to complete retelling (1st) and meaning explanation (2nd)</w:t>
            </w:r>
          </w:p>
          <w:p w14:paraId="0DD7101B" w14:textId="77777777" w:rsidR="00D43816" w:rsidRDefault="00D43816" w:rsidP="00D43816">
            <w:pPr>
              <w:numPr>
                <w:ilvl w:val="0"/>
                <w:numId w:val="57"/>
              </w:numPr>
              <w:spacing w:before="100" w:beforeAutospacing="1" w:after="100" w:afterAutospacing="1"/>
            </w:pPr>
            <w:r>
              <w:t>Use discussion and quick checks for vocabulary use and story understanding</w:t>
            </w:r>
          </w:p>
          <w:p w14:paraId="0E9197D4" w14:textId="77777777" w:rsidR="00D43816" w:rsidRDefault="00D43816" w:rsidP="00D43816">
            <w:pPr>
              <w:numPr>
                <w:ilvl w:val="0"/>
                <w:numId w:val="57"/>
              </w:numPr>
              <w:spacing w:before="100" w:beforeAutospacing="1" w:after="100" w:afterAutospacing="1"/>
            </w:pPr>
            <w:r>
              <w:t>Provide immediate verbal feedback during work time</w:t>
            </w:r>
          </w:p>
          <w:p w14:paraId="027A6674" w14:textId="77777777" w:rsidR="00D43816" w:rsidRDefault="00D43816" w:rsidP="00D43816">
            <w:pPr>
              <w:spacing w:before="100" w:beforeAutospacing="1" w:after="100" w:afterAutospacing="1"/>
            </w:pPr>
            <w:r>
              <w:rPr>
                <w:rStyle w:val="Strong"/>
              </w:rPr>
              <w:t>Summative (Display-Ready):</w:t>
            </w:r>
          </w:p>
          <w:p w14:paraId="2CB919BA" w14:textId="77777777" w:rsidR="00D43816" w:rsidRDefault="00D43816" w:rsidP="00D43816">
            <w:pPr>
              <w:numPr>
                <w:ilvl w:val="0"/>
                <w:numId w:val="58"/>
              </w:numPr>
              <w:spacing w:before="100" w:beforeAutospacing="1" w:after="100" w:afterAutospacing="1"/>
            </w:pPr>
            <w:r>
              <w:t>1st Grade Flipbook: Assessed using a simple rubric (Beginning-Middle-End clearly shown with sentence and picture)</w:t>
            </w:r>
          </w:p>
          <w:p w14:paraId="0FCC8B2C" w14:textId="3F87D1D9" w:rsidR="00A8077B" w:rsidRPr="00315705" w:rsidRDefault="00D43816" w:rsidP="00D43816">
            <w:pPr>
              <w:numPr>
                <w:ilvl w:val="0"/>
                <w:numId w:val="58"/>
              </w:numPr>
              <w:spacing w:before="100" w:beforeAutospacing="1" w:after="100" w:afterAutospacing="1"/>
            </w:pPr>
            <w:r>
              <w:t>2nd Grade Sign: Assessed for clarity of message, relevance to story theme, and sentence explanation</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564AA85" w14:textId="2956F6D0" w:rsidR="00D43816" w:rsidRDefault="00D43816" w:rsidP="00D43816">
            <w:pPr>
              <w:spacing w:before="100" w:beforeAutospacing="1" w:after="100" w:afterAutospacing="1"/>
            </w:pPr>
            <w:r>
              <w:rPr>
                <w:rFonts w:hAnsi="Symbol"/>
              </w:rPr>
              <w:t></w:t>
            </w:r>
            <w:r>
              <w:t xml:space="preserve"> Allow students to turn and share their flipbook (1st) or sign (2nd) with a partner</w:t>
            </w:r>
          </w:p>
          <w:p w14:paraId="21EE727B" w14:textId="5F461E76" w:rsidR="00D43816" w:rsidRDefault="00D43816" w:rsidP="00D43816">
            <w:pPr>
              <w:spacing w:before="100" w:beforeAutospacing="1" w:after="100" w:afterAutospacing="1"/>
            </w:pPr>
            <w:r>
              <w:rPr>
                <w:rFonts w:hAnsi="Symbol"/>
              </w:rPr>
              <w:t></w:t>
            </w:r>
            <w:r>
              <w:t xml:space="preserve"> Brief whole-group closing: “Let’s remember what we learned about stories and signs this week!”</w:t>
            </w:r>
          </w:p>
          <w:p w14:paraId="6D468A2A" w14:textId="10988078" w:rsidR="00D520CC" w:rsidRPr="00315705" w:rsidRDefault="00D43816" w:rsidP="00D43816">
            <w:pPr>
              <w:spacing w:before="100" w:beforeAutospacing="1" w:after="100" w:afterAutospacing="1"/>
            </w:pPr>
            <w:r>
              <w:rPr>
                <w:rFonts w:hAnsi="Symbol"/>
              </w:rPr>
              <w:t></w:t>
            </w:r>
            <w:r>
              <w:t xml:space="preserve"> Explain that their work will be proudly displayed for families to view during Open House</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1CC173C9" w14:textId="77777777" w:rsidR="00014EF3" w:rsidRPr="00F34239" w:rsidRDefault="00D520CC" w:rsidP="00014EF3">
            <w:pPr>
              <w:pStyle w:val="ListParagraph"/>
              <w:numPr>
                <w:ilvl w:val="0"/>
                <w:numId w:val="64"/>
              </w:numPr>
              <w:rPr>
                <w:rFonts w:eastAsiaTheme="minorHAnsi"/>
                <w:color w:val="000000"/>
                <w:sz w:val="22"/>
                <w:szCs w:val="22"/>
              </w:rPr>
            </w:pPr>
            <w:r w:rsidRPr="00F34239">
              <w:rPr>
                <w:rFonts w:eastAsiaTheme="minorHAnsi"/>
                <w:color w:val="000000"/>
                <w:sz w:val="22"/>
                <w:szCs w:val="22"/>
              </w:rPr>
              <w:t>What was most effective about this lesson? What evidence do you have to support your response in terms of content understanding and in classroom management?</w:t>
            </w:r>
          </w:p>
          <w:p w14:paraId="0AC38ADC" w14:textId="77777777" w:rsidR="00014EF3" w:rsidRPr="00F34239" w:rsidRDefault="00014EF3" w:rsidP="00014EF3">
            <w:pPr>
              <w:pStyle w:val="ListParagraph"/>
              <w:rPr>
                <w:rFonts w:eastAsiaTheme="minorHAnsi"/>
                <w:color w:val="000000"/>
                <w:sz w:val="22"/>
                <w:szCs w:val="22"/>
              </w:rPr>
            </w:pPr>
          </w:p>
          <w:p w14:paraId="768574C8" w14:textId="4483AE53" w:rsidR="00014EF3" w:rsidRPr="00F34239" w:rsidRDefault="00014EF3" w:rsidP="00014EF3">
            <w:pPr>
              <w:pStyle w:val="ListParagraph"/>
              <w:rPr>
                <w:sz w:val="22"/>
                <w:szCs w:val="22"/>
              </w:rPr>
            </w:pPr>
            <w:r w:rsidRPr="00F34239">
              <w:rPr>
                <w:sz w:val="22"/>
                <w:szCs w:val="22"/>
              </w:rPr>
              <w:t>The flipbook and sign activities were super engaging and gave students a creative way to show what they learned. Most students used the sentence frames and matched their drawings to the writing. It also tied together the week’s stories in a meaningful way.</w:t>
            </w:r>
          </w:p>
          <w:p w14:paraId="09368B74" w14:textId="77777777" w:rsidR="00014EF3" w:rsidRPr="00F34239" w:rsidRDefault="00014EF3" w:rsidP="00014EF3">
            <w:pPr>
              <w:pStyle w:val="ListParagraph"/>
              <w:rPr>
                <w:rFonts w:eastAsiaTheme="minorHAnsi"/>
                <w:color w:val="000000"/>
                <w:sz w:val="22"/>
                <w:szCs w:val="22"/>
              </w:rPr>
            </w:pPr>
          </w:p>
          <w:p w14:paraId="3F925C62" w14:textId="77777777" w:rsidR="00014EF3" w:rsidRPr="00F34239" w:rsidRDefault="00D520CC" w:rsidP="00014EF3">
            <w:pPr>
              <w:pStyle w:val="ListParagraph"/>
              <w:numPr>
                <w:ilvl w:val="0"/>
                <w:numId w:val="64"/>
              </w:numPr>
              <w:rPr>
                <w:rFonts w:eastAsiaTheme="minorHAnsi"/>
                <w:color w:val="000000"/>
                <w:sz w:val="22"/>
                <w:szCs w:val="22"/>
              </w:rPr>
            </w:pPr>
            <w:r w:rsidRPr="00F34239">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281F4CA5" w14:textId="77777777" w:rsidR="00014EF3" w:rsidRPr="00F34239" w:rsidRDefault="00014EF3" w:rsidP="00014EF3">
            <w:pPr>
              <w:pStyle w:val="ListParagraph"/>
              <w:rPr>
                <w:rFonts w:eastAsiaTheme="minorHAnsi"/>
                <w:color w:val="000000"/>
                <w:sz w:val="22"/>
                <w:szCs w:val="22"/>
              </w:rPr>
            </w:pPr>
          </w:p>
          <w:p w14:paraId="435D3594" w14:textId="6B2100D3" w:rsidR="00014EF3" w:rsidRPr="00F34239" w:rsidRDefault="00014EF3" w:rsidP="00014EF3">
            <w:pPr>
              <w:pStyle w:val="ListParagraph"/>
              <w:rPr>
                <w:sz w:val="22"/>
                <w:szCs w:val="22"/>
              </w:rPr>
            </w:pPr>
            <w:r w:rsidRPr="00F34239">
              <w:rPr>
                <w:sz w:val="22"/>
                <w:szCs w:val="22"/>
              </w:rPr>
              <w:t>I’d add more time for modeling, especially for 2nd grade. A few students weren’t clear on what kind of message to put on their sign until I walked them through it again. I might use real signs or photos to spark ideas.</w:t>
            </w:r>
          </w:p>
          <w:p w14:paraId="10EE89B2" w14:textId="77777777" w:rsidR="00014EF3" w:rsidRPr="00F34239" w:rsidRDefault="00014EF3" w:rsidP="00014EF3">
            <w:pPr>
              <w:pStyle w:val="ListParagraph"/>
              <w:rPr>
                <w:rFonts w:eastAsiaTheme="minorHAnsi"/>
                <w:color w:val="000000"/>
                <w:sz w:val="22"/>
                <w:szCs w:val="22"/>
              </w:rPr>
            </w:pPr>
          </w:p>
          <w:p w14:paraId="7953A995" w14:textId="77777777" w:rsidR="00014EF3" w:rsidRPr="00F34239" w:rsidRDefault="00D520CC" w:rsidP="00014EF3">
            <w:pPr>
              <w:pStyle w:val="ListParagraph"/>
              <w:numPr>
                <w:ilvl w:val="0"/>
                <w:numId w:val="64"/>
              </w:numPr>
              <w:rPr>
                <w:rFonts w:eastAsiaTheme="minorHAnsi"/>
                <w:color w:val="000000"/>
                <w:sz w:val="22"/>
                <w:szCs w:val="22"/>
              </w:rPr>
            </w:pPr>
            <w:r w:rsidRPr="00F34239">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5194125E" w14:textId="77777777" w:rsidR="00014EF3" w:rsidRPr="00F34239" w:rsidRDefault="00014EF3" w:rsidP="00014EF3">
            <w:pPr>
              <w:pStyle w:val="ListParagraph"/>
              <w:rPr>
                <w:rFonts w:eastAsiaTheme="minorHAnsi"/>
                <w:color w:val="000000"/>
                <w:sz w:val="22"/>
                <w:szCs w:val="22"/>
              </w:rPr>
            </w:pPr>
          </w:p>
          <w:p w14:paraId="6DC9AADA" w14:textId="199DB0CB" w:rsidR="00014EF3" w:rsidRPr="00F34239" w:rsidRDefault="00014EF3" w:rsidP="00014EF3">
            <w:pPr>
              <w:pStyle w:val="ListParagraph"/>
              <w:rPr>
                <w:sz w:val="22"/>
                <w:szCs w:val="22"/>
              </w:rPr>
            </w:pPr>
            <w:r w:rsidRPr="00F34239">
              <w:rPr>
                <w:sz w:val="22"/>
                <w:szCs w:val="22"/>
              </w:rPr>
              <w:t>Asking “What happened first?” and “What is your sign trying to tell people?” helped students clarify their thinking and explain their work. Partner sharing helped them rehearse their sentences before writing, which gave the lower writers a boost.</w:t>
            </w:r>
          </w:p>
          <w:p w14:paraId="4265F509" w14:textId="77777777" w:rsidR="00014EF3" w:rsidRPr="00F34239" w:rsidRDefault="00014EF3" w:rsidP="00014EF3">
            <w:pPr>
              <w:pStyle w:val="ListParagraph"/>
              <w:rPr>
                <w:rFonts w:eastAsiaTheme="minorHAnsi"/>
                <w:color w:val="000000"/>
                <w:sz w:val="22"/>
                <w:szCs w:val="22"/>
              </w:rPr>
            </w:pPr>
          </w:p>
          <w:p w14:paraId="392319D9" w14:textId="77777777" w:rsidR="00014EF3" w:rsidRPr="00F34239" w:rsidRDefault="00DE1BF7" w:rsidP="00014EF3">
            <w:pPr>
              <w:pStyle w:val="ListParagraph"/>
              <w:numPr>
                <w:ilvl w:val="0"/>
                <w:numId w:val="64"/>
              </w:numPr>
              <w:rPr>
                <w:sz w:val="22"/>
                <w:szCs w:val="22"/>
              </w:rPr>
            </w:pPr>
            <w:r w:rsidRPr="00F34239">
              <w:rPr>
                <w:sz w:val="22"/>
                <w:szCs w:val="22"/>
              </w:rPr>
              <w:t xml:space="preserve">Based on your responses above (#1-3), how would formal/informal assessment data from the lesson inform the changes you would make in the next lesson in this series?  </w:t>
            </w:r>
          </w:p>
          <w:p w14:paraId="156126DD" w14:textId="77777777" w:rsidR="00014EF3" w:rsidRPr="00F34239" w:rsidRDefault="00014EF3" w:rsidP="00014EF3">
            <w:pPr>
              <w:pStyle w:val="ListParagraph"/>
              <w:rPr>
                <w:sz w:val="22"/>
                <w:szCs w:val="22"/>
              </w:rPr>
            </w:pPr>
          </w:p>
          <w:p w14:paraId="272F0ABA" w14:textId="77777777" w:rsidR="00014EF3" w:rsidRPr="00F34239" w:rsidRDefault="00014EF3" w:rsidP="00014EF3">
            <w:pPr>
              <w:pStyle w:val="ListParagraph"/>
              <w:rPr>
                <w:sz w:val="22"/>
                <w:szCs w:val="22"/>
              </w:rPr>
            </w:pPr>
            <w:r w:rsidRPr="00F34239">
              <w:rPr>
                <w:sz w:val="22"/>
                <w:szCs w:val="22"/>
              </w:rPr>
              <w:t>The projects showed strong understanding overall. For future culminating activities, I’ll give more sentence starters for students who need language support and possibly start the drawing part after writing is done to make sure writing gets completed first.</w:t>
            </w:r>
          </w:p>
          <w:p w14:paraId="0C6BE9C3" w14:textId="157DC7A8" w:rsidR="00014EF3" w:rsidRPr="00014EF3" w:rsidRDefault="00014EF3" w:rsidP="00014EF3">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61BFF2EB"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8650E8">
              <w:rPr>
                <w:sz w:val="22"/>
                <w:szCs w:val="22"/>
              </w:rPr>
              <w:t>4</w:t>
            </w:r>
            <w:r>
              <w:rPr>
                <w:sz w:val="22"/>
                <w:szCs w:val="22"/>
              </w:rPr>
              <w:t>/</w:t>
            </w:r>
            <w:r w:rsidR="008650E8">
              <w:rPr>
                <w:sz w:val="22"/>
                <w:szCs w:val="22"/>
              </w:rPr>
              <w:t>16</w:t>
            </w:r>
            <w:r>
              <w:rPr>
                <w:sz w:val="22"/>
                <w:szCs w:val="22"/>
              </w:rPr>
              <w:t>/</w:t>
            </w:r>
            <w:r w:rsidR="00674752">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22E5C77B" w14:textId="2FBCF831" w:rsidR="008650E8" w:rsidRDefault="008650E8" w:rsidP="00012E18">
            <w:pPr>
              <w:jc w:val="center"/>
              <w:rPr>
                <w:sz w:val="22"/>
                <w:szCs w:val="22"/>
              </w:rPr>
            </w:pPr>
            <w:r>
              <w:rPr>
                <w:sz w:val="22"/>
                <w:szCs w:val="22"/>
              </w:rPr>
              <w:t>1</w:t>
            </w:r>
            <w:r w:rsidRPr="008650E8">
              <w:rPr>
                <w:sz w:val="22"/>
                <w:szCs w:val="22"/>
                <w:vertAlign w:val="superscript"/>
              </w:rPr>
              <w:t>st</w:t>
            </w:r>
            <w:r>
              <w:rPr>
                <w:sz w:val="22"/>
                <w:szCs w:val="22"/>
              </w:rPr>
              <w:t>/2</w:t>
            </w:r>
            <w:r w:rsidRPr="008650E8">
              <w:rPr>
                <w:sz w:val="22"/>
                <w:szCs w:val="22"/>
                <w:vertAlign w:val="superscript"/>
              </w:rPr>
              <w:t>nd</w:t>
            </w:r>
            <w:r>
              <w:rPr>
                <w:sz w:val="22"/>
                <w:szCs w:val="22"/>
              </w:rPr>
              <w:t xml:space="preserve"> </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005C6091" w:rsidR="00A65332" w:rsidRPr="00315705" w:rsidRDefault="008650E8" w:rsidP="00315705">
            <w:pPr>
              <w:jc w:val="center"/>
              <w:rPr>
                <w:sz w:val="22"/>
                <w:szCs w:val="22"/>
              </w:rPr>
            </w:pPr>
            <w:r>
              <w:t>Social Studies – Understanding Heroes in Our Country and Community</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130E8AE8" w14:textId="77777777" w:rsidR="00315705" w:rsidRDefault="00144D50" w:rsidP="008650E8">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10261509" w14:textId="4A47B272" w:rsidR="008650E8" w:rsidRDefault="008650E8" w:rsidP="008650E8">
            <w:pPr>
              <w:spacing w:before="100" w:beforeAutospacing="1" w:after="100" w:afterAutospacing="1"/>
            </w:pPr>
            <w:r>
              <w:rPr>
                <w:rFonts w:hAnsi="Symbol"/>
              </w:rPr>
              <w:t></w:t>
            </w:r>
            <w:r>
              <w:t xml:space="preserve"> 1.3.2 – Identify and describe the various roles of leaders in the community and nation.</w:t>
            </w:r>
          </w:p>
          <w:p w14:paraId="2001AB20" w14:textId="29BF187C" w:rsidR="008650E8" w:rsidRDefault="008650E8" w:rsidP="008650E8">
            <w:pPr>
              <w:spacing w:before="100" w:beforeAutospacing="1" w:after="100" w:afterAutospacing="1"/>
            </w:pPr>
            <w:r>
              <w:rPr>
                <w:rFonts w:hAnsi="Symbol"/>
              </w:rPr>
              <w:t></w:t>
            </w:r>
            <w:r>
              <w:t xml:space="preserve"> 2.5.1 – Understand the concept of heroism and recognize people who have been honored for heroic actions.</w:t>
            </w:r>
          </w:p>
          <w:p w14:paraId="6AF4F294" w14:textId="535D2D92" w:rsidR="008650E8" w:rsidRPr="008650E8" w:rsidRDefault="008650E8" w:rsidP="008650E8">
            <w:pPr>
              <w:spacing w:before="100" w:beforeAutospacing="1" w:after="100" w:afterAutospacing="1"/>
            </w:pPr>
            <w:r>
              <w:rPr>
                <w:rFonts w:hAnsi="Symbol"/>
              </w:rPr>
              <w:t></w:t>
            </w:r>
            <w:r>
              <w:t xml:space="preserve"> 2.5.3 – Know the stories of extraordinary people from the past and present who have made a difference.</w:t>
            </w:r>
          </w:p>
        </w:tc>
        <w:tc>
          <w:tcPr>
            <w:tcW w:w="5400" w:type="dxa"/>
            <w:tcBorders>
              <w:top w:val="thickThinSmallGap" w:sz="24" w:space="0" w:color="auto"/>
              <w:left w:val="thickThinSmallGap" w:sz="24" w:space="0" w:color="auto"/>
              <w:right w:val="thickThinSmallGap" w:sz="24" w:space="0" w:color="auto"/>
            </w:tcBorders>
          </w:tcPr>
          <w:p w14:paraId="16AA7652" w14:textId="77777777" w:rsidR="00315705" w:rsidRDefault="00144D50" w:rsidP="008650E8">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5A961065" w14:textId="77777777" w:rsidR="008650E8" w:rsidRDefault="008650E8" w:rsidP="008650E8">
            <w:pPr>
              <w:numPr>
                <w:ilvl w:val="0"/>
                <w:numId w:val="51"/>
              </w:numPr>
              <w:spacing w:before="100" w:beforeAutospacing="1" w:after="100" w:afterAutospacing="1"/>
            </w:pPr>
            <w:r>
              <w:t>ELD.PI.1–2.2 – Demonstrate understanding of oral texts by asking and answering questions.</w:t>
            </w:r>
          </w:p>
          <w:p w14:paraId="49FFE136" w14:textId="77777777" w:rsidR="008650E8" w:rsidRDefault="008650E8" w:rsidP="008650E8">
            <w:pPr>
              <w:numPr>
                <w:ilvl w:val="0"/>
                <w:numId w:val="51"/>
              </w:numPr>
              <w:spacing w:before="100" w:beforeAutospacing="1" w:after="100" w:afterAutospacing="1"/>
            </w:pPr>
            <w:r>
              <w:t>ELD.PI.1–2.6 – Describe familiar people and events using simple sentences.</w:t>
            </w:r>
          </w:p>
          <w:p w14:paraId="786FAB62" w14:textId="77777777" w:rsidR="008650E8" w:rsidRDefault="008650E8" w:rsidP="008650E8">
            <w:pPr>
              <w:numPr>
                <w:ilvl w:val="0"/>
                <w:numId w:val="51"/>
              </w:numPr>
              <w:spacing w:before="100" w:beforeAutospacing="1" w:after="100" w:afterAutospacing="1"/>
            </w:pPr>
            <w:r>
              <w:t>ELD.PI.1–2.12a – Use appropriate vocabulary to describe content-specific ideas.</w:t>
            </w:r>
          </w:p>
          <w:p w14:paraId="520B1439" w14:textId="10576624" w:rsidR="008650E8" w:rsidRPr="008650E8" w:rsidRDefault="008650E8" w:rsidP="008650E8">
            <w:pPr>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33FFF83E" w14:textId="77777777" w:rsidR="008650E8" w:rsidRDefault="006B039E" w:rsidP="008650E8">
            <w:pPr>
              <w:keepNext/>
              <w:outlineLvl w:val="0"/>
              <w:rPr>
                <w:rFonts w:eastAsia="Times"/>
                <w:b/>
                <w:bCs/>
                <w:sz w:val="22"/>
                <w:szCs w:val="22"/>
              </w:rPr>
            </w:pPr>
            <w:r w:rsidRPr="006C76A0">
              <w:rPr>
                <w:rFonts w:eastAsia="Times"/>
                <w:b/>
                <w:bCs/>
                <w:sz w:val="22"/>
                <w:szCs w:val="22"/>
              </w:rPr>
              <w:t xml:space="preserve">Lesson Objective(s)/Goal(s): </w:t>
            </w:r>
          </w:p>
          <w:p w14:paraId="07C19E8C" w14:textId="709CFB84" w:rsidR="00315705" w:rsidRPr="008650E8" w:rsidRDefault="008650E8" w:rsidP="008650E8">
            <w:pPr>
              <w:pStyle w:val="ListParagraph"/>
              <w:keepNext/>
              <w:numPr>
                <w:ilvl w:val="0"/>
                <w:numId w:val="50"/>
              </w:numPr>
              <w:outlineLvl w:val="0"/>
              <w:rPr>
                <w:rFonts w:eastAsia="Times"/>
                <w:b/>
                <w:bCs/>
                <w:sz w:val="22"/>
                <w:szCs w:val="22"/>
              </w:rPr>
            </w:pPr>
            <w:r>
              <w:t>By the end of t</w:t>
            </w:r>
            <w:r w:rsidR="007C21FF">
              <w:t xml:space="preserve">he </w:t>
            </w:r>
            <w:r>
              <w:t>lesson, after watching an educational video on national heroes, students will draw and write about a person they believe is a hero and explain why, using a structured worksheet to complete all four vocabulary domains (definition, facts/traits, examples, and non-examples), with teacher guidance and peer sharing.</w:t>
            </w:r>
          </w:p>
        </w:tc>
        <w:tc>
          <w:tcPr>
            <w:tcW w:w="5400" w:type="dxa"/>
            <w:tcBorders>
              <w:top w:val="thickThinSmallGap" w:sz="24" w:space="0" w:color="auto"/>
              <w:left w:val="thickThinSmallGap" w:sz="24" w:space="0" w:color="auto"/>
              <w:right w:val="thickThinSmallGap" w:sz="24" w:space="0" w:color="auto"/>
            </w:tcBorders>
          </w:tcPr>
          <w:p w14:paraId="29F903CD" w14:textId="77777777" w:rsidR="008650E8" w:rsidRDefault="006B039E" w:rsidP="008650E8">
            <w:pPr>
              <w:rPr>
                <w:b/>
                <w:sz w:val="22"/>
                <w:szCs w:val="22"/>
              </w:rPr>
            </w:pPr>
            <w:r w:rsidRPr="00BB7B32">
              <w:rPr>
                <w:b/>
                <w:sz w:val="22"/>
                <w:szCs w:val="22"/>
              </w:rPr>
              <w:t>Language Objective(s):</w:t>
            </w:r>
          </w:p>
          <w:p w14:paraId="29EC03ED" w14:textId="6A466762" w:rsidR="00315705" w:rsidRPr="008650E8" w:rsidRDefault="008650E8" w:rsidP="008650E8">
            <w:pPr>
              <w:pStyle w:val="ListParagraph"/>
              <w:numPr>
                <w:ilvl w:val="0"/>
                <w:numId w:val="50"/>
              </w:numPr>
              <w:rPr>
                <w:b/>
                <w:sz w:val="22"/>
                <w:szCs w:val="22"/>
              </w:rPr>
            </w:pPr>
            <w:r>
              <w:t>Students will use academic and descriptive vocabulary such as “hero,” “leader,” “brave,” and “helpful” in oral and written form to express who they think is a hero and why they deserve to be called one.</w:t>
            </w: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1FECB923" w14:textId="77777777" w:rsidR="008650E8" w:rsidRDefault="008650E8" w:rsidP="008650E8">
            <w:pPr>
              <w:pStyle w:val="ListParagraph"/>
              <w:numPr>
                <w:ilvl w:val="0"/>
                <w:numId w:val="50"/>
              </w:numPr>
              <w:spacing w:before="100" w:beforeAutospacing="1" w:after="100" w:afterAutospacing="1"/>
            </w:pPr>
            <w:r>
              <w:rPr>
                <w:rStyle w:val="Strong"/>
              </w:rPr>
              <w:t>Function:</w:t>
            </w:r>
            <w:r>
              <w:t xml:space="preserve"> Describe, explain, reflect</w:t>
            </w:r>
          </w:p>
          <w:p w14:paraId="44710AF9" w14:textId="77777777" w:rsidR="008650E8" w:rsidRDefault="008650E8" w:rsidP="008650E8">
            <w:pPr>
              <w:pStyle w:val="ListParagraph"/>
              <w:numPr>
                <w:ilvl w:val="0"/>
                <w:numId w:val="50"/>
              </w:numPr>
              <w:spacing w:before="100" w:beforeAutospacing="1" w:after="100" w:afterAutospacing="1"/>
            </w:pPr>
            <w:r>
              <w:rPr>
                <w:rStyle w:val="Strong"/>
              </w:rPr>
              <w:t>Vocabulary:</w:t>
            </w:r>
            <w:r>
              <w:t xml:space="preserve"> hero, bravery, community, country, role model, leader, help, protect</w:t>
            </w:r>
          </w:p>
          <w:p w14:paraId="3CC17A59" w14:textId="776A4F4C" w:rsidR="008650E8" w:rsidRDefault="008650E8" w:rsidP="008650E8">
            <w:pPr>
              <w:pStyle w:val="ListParagraph"/>
              <w:numPr>
                <w:ilvl w:val="0"/>
                <w:numId w:val="50"/>
              </w:numPr>
              <w:spacing w:before="100" w:beforeAutospacing="1" w:after="100" w:afterAutospacing="1"/>
            </w:pPr>
            <w:r>
              <w:rPr>
                <w:rStyle w:val="Strong"/>
              </w:rPr>
              <w:t>Syntax/Discourse:</w:t>
            </w:r>
          </w:p>
          <w:p w14:paraId="6D74182C" w14:textId="07097547" w:rsidR="008650E8" w:rsidRDefault="008650E8" w:rsidP="008650E8">
            <w:pPr>
              <w:spacing w:before="100" w:beforeAutospacing="1" w:after="100" w:afterAutospacing="1"/>
            </w:pPr>
            <w:r>
              <w:t xml:space="preserve">       “A hero is someone who…”</w:t>
            </w:r>
          </w:p>
          <w:p w14:paraId="19D03FDB" w14:textId="77777777" w:rsidR="008650E8" w:rsidRDefault="008650E8" w:rsidP="008650E8">
            <w:pPr>
              <w:spacing w:before="100" w:beforeAutospacing="1" w:after="100" w:afterAutospacing="1"/>
              <w:ind w:left="360"/>
            </w:pPr>
            <w:r>
              <w:t>“My hero is ___ because ___.”</w:t>
            </w:r>
          </w:p>
          <w:p w14:paraId="652E6F60" w14:textId="77777777" w:rsidR="008650E8" w:rsidRDefault="008650E8" w:rsidP="008650E8">
            <w:pPr>
              <w:spacing w:before="100" w:beforeAutospacing="1" w:after="100" w:afterAutospacing="1"/>
              <w:ind w:left="360"/>
            </w:pPr>
            <w:r>
              <w:t>“This person helps others by…”</w:t>
            </w:r>
          </w:p>
          <w:p w14:paraId="0377DB37" w14:textId="4A62A51B" w:rsidR="006B039E" w:rsidRPr="006264F7" w:rsidRDefault="006B039E" w:rsidP="008650E8">
            <w:pPr>
              <w:pStyle w:val="NormalWeb"/>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lastRenderedPageBreak/>
              <w:t>Supports, modifications, inclusive approaches, and/or accommodations, 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4A2B384A" w14:textId="52C276C2" w:rsidR="008650E8" w:rsidRDefault="008650E8" w:rsidP="008650E8">
            <w:pPr>
              <w:spacing w:before="100" w:beforeAutospacing="1" w:after="100" w:afterAutospacing="1"/>
            </w:pPr>
            <w:r>
              <w:rPr>
                <w:rFonts w:hAnsi="Symbol"/>
              </w:rPr>
              <w:t></w:t>
            </w:r>
            <w:r>
              <w:t xml:space="preserve"> Sentence frames and vocabulary word bank on whiteboard</w:t>
            </w:r>
          </w:p>
          <w:p w14:paraId="771B5B00" w14:textId="2877BD90" w:rsidR="008650E8" w:rsidRDefault="008650E8" w:rsidP="008650E8">
            <w:pPr>
              <w:spacing w:before="100" w:beforeAutospacing="1" w:after="100" w:afterAutospacing="1"/>
            </w:pPr>
            <w:r>
              <w:rPr>
                <w:rFonts w:hAnsi="Symbol"/>
              </w:rPr>
              <w:t></w:t>
            </w:r>
            <w:r>
              <w:t xml:space="preserve"> Students may dictate their ideas to a peer or teacher</w:t>
            </w:r>
          </w:p>
          <w:p w14:paraId="6F7F1352" w14:textId="184B4404" w:rsidR="008650E8" w:rsidRDefault="008650E8" w:rsidP="008650E8">
            <w:pPr>
              <w:spacing w:before="100" w:beforeAutospacing="1" w:after="100" w:afterAutospacing="1"/>
            </w:pPr>
            <w:r>
              <w:rPr>
                <w:rFonts w:hAnsi="Symbol"/>
              </w:rPr>
              <w:t></w:t>
            </w:r>
            <w:r>
              <w:t xml:space="preserve"> Shortened writing expectation for IEP/504 students</w:t>
            </w:r>
          </w:p>
          <w:p w14:paraId="79152872" w14:textId="7034FC9E" w:rsidR="008650E8" w:rsidRDefault="008650E8" w:rsidP="008650E8">
            <w:pPr>
              <w:spacing w:before="100" w:beforeAutospacing="1" w:after="100" w:afterAutospacing="1"/>
            </w:pPr>
            <w:r>
              <w:rPr>
                <w:rFonts w:hAnsi="Symbol"/>
              </w:rPr>
              <w:t></w:t>
            </w:r>
            <w:r>
              <w:t xml:space="preserve"> Visual support in video and example worksheet</w:t>
            </w:r>
          </w:p>
          <w:p w14:paraId="3BBDA0C4" w14:textId="3C3CE46B" w:rsidR="008650E8" w:rsidRDefault="008650E8" w:rsidP="008650E8">
            <w:pPr>
              <w:spacing w:before="100" w:beforeAutospacing="1" w:after="100" w:afterAutospacing="1"/>
            </w:pPr>
            <w:r>
              <w:rPr>
                <w:rFonts w:hAnsi="Symbol"/>
              </w:rPr>
              <w:t></w:t>
            </w:r>
            <w:r>
              <w:t xml:space="preserve"> Peer modeling during Think-Pair-Share</w:t>
            </w:r>
          </w:p>
          <w:p w14:paraId="55BACF0A" w14:textId="173EE7E3" w:rsidR="006B039E" w:rsidRPr="00315705" w:rsidRDefault="008650E8" w:rsidP="008650E8">
            <w:pPr>
              <w:spacing w:before="100" w:beforeAutospacing="1" w:after="100" w:afterAutospacing="1"/>
            </w:pPr>
            <w:r>
              <w:rPr>
                <w:rFonts w:hAnsi="Symbol"/>
              </w:rPr>
              <w:t></w:t>
            </w:r>
            <w:r>
              <w:t xml:space="preserve"> Examples shown for each worksheet section</w:t>
            </w: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52598A57" w14:textId="5AF9A9B5" w:rsidR="007C23AF" w:rsidRDefault="00D34DDB" w:rsidP="007C23AF">
            <w:pPr>
              <w:numPr>
                <w:ilvl w:val="0"/>
                <w:numId w:val="53"/>
              </w:numPr>
              <w:spacing w:before="100" w:beforeAutospacing="1" w:after="100" w:afterAutospacing="1"/>
            </w:pPr>
            <w:r>
              <w:rPr>
                <w:rStyle w:val="Strong"/>
              </w:rPr>
              <w:t>Video Viewing (5–7 mins):</w:t>
            </w:r>
            <w:r>
              <w:br/>
              <w:t xml:space="preserve">Show short, age-appropriate video clip </w:t>
            </w:r>
            <w:r w:rsidR="007C23AF">
              <w:t xml:space="preserve">of a read aloud of “A Hero Like You”. </w:t>
            </w:r>
            <w:r>
              <w:t>Pause for a few key examples.</w:t>
            </w:r>
            <w:r w:rsidR="007C23AF">
              <w:t xml:space="preserve">  </w:t>
            </w:r>
            <w:hyperlink r:id="rId8" w:history="1">
              <w:r w:rsidR="007C23AF" w:rsidRPr="008F1564">
                <w:rPr>
                  <w:rStyle w:val="Hyperlink"/>
                </w:rPr>
                <w:t>https://www.youtube.com/watch?v=FgdKD9owv7E</w:t>
              </w:r>
            </w:hyperlink>
          </w:p>
          <w:p w14:paraId="065B55D6" w14:textId="77777777" w:rsidR="00D34DDB" w:rsidRDefault="00D34DDB" w:rsidP="00D34DDB">
            <w:pPr>
              <w:numPr>
                <w:ilvl w:val="0"/>
                <w:numId w:val="53"/>
              </w:numPr>
              <w:spacing w:before="100" w:beforeAutospacing="1" w:after="100" w:afterAutospacing="1"/>
            </w:pPr>
            <w:r>
              <w:rPr>
                <w:rStyle w:val="Strong"/>
              </w:rPr>
              <w:t>Guided Discussion (8 mins):</w:t>
            </w:r>
            <w:r>
              <w:br/>
              <w:t>Ask:</w:t>
            </w:r>
          </w:p>
          <w:p w14:paraId="78F8AD42" w14:textId="77777777" w:rsidR="00D34DDB" w:rsidRDefault="00D34DDB" w:rsidP="00D34DDB">
            <w:pPr>
              <w:numPr>
                <w:ilvl w:val="1"/>
                <w:numId w:val="53"/>
              </w:numPr>
              <w:spacing w:before="100" w:beforeAutospacing="1" w:after="100" w:afterAutospacing="1"/>
            </w:pPr>
            <w:r>
              <w:t>“What did the people in the video do that made them heroes?”</w:t>
            </w:r>
          </w:p>
          <w:p w14:paraId="771BB7DB" w14:textId="77777777" w:rsidR="00D34DDB" w:rsidRDefault="00D34DDB" w:rsidP="00D34DDB">
            <w:pPr>
              <w:numPr>
                <w:ilvl w:val="1"/>
                <w:numId w:val="53"/>
              </w:numPr>
              <w:spacing w:before="100" w:beforeAutospacing="1" w:after="100" w:afterAutospacing="1"/>
            </w:pPr>
            <w:r>
              <w:t>“Can someone be a hero today?”</w:t>
            </w:r>
          </w:p>
          <w:p w14:paraId="7D694890" w14:textId="77777777" w:rsidR="00D34DDB" w:rsidRDefault="00D34DDB" w:rsidP="00D34DDB">
            <w:pPr>
              <w:numPr>
                <w:ilvl w:val="1"/>
                <w:numId w:val="53"/>
              </w:numPr>
              <w:spacing w:before="100" w:beforeAutospacing="1" w:after="100" w:afterAutospacing="1"/>
            </w:pPr>
            <w:r>
              <w:t>“What do heroes do that makes them different from others?”</w:t>
            </w:r>
          </w:p>
          <w:p w14:paraId="4B11ADD4" w14:textId="77777777" w:rsidR="00D34DDB" w:rsidRDefault="00D34DDB" w:rsidP="00D34DDB">
            <w:pPr>
              <w:numPr>
                <w:ilvl w:val="0"/>
                <w:numId w:val="53"/>
              </w:numPr>
              <w:spacing w:before="100" w:beforeAutospacing="1" w:after="100" w:afterAutospacing="1"/>
            </w:pPr>
            <w:r>
              <w:rPr>
                <w:rStyle w:val="Strong"/>
              </w:rPr>
              <w:t>Worksheet Explanation (5–8 mins):</w:t>
            </w:r>
            <w:r>
              <w:br/>
              <w:t>Pass out the "HERO" worksheet. Go over each section:</w:t>
            </w:r>
          </w:p>
          <w:p w14:paraId="00467F0D" w14:textId="77777777" w:rsidR="00D34DDB" w:rsidRDefault="00D34DDB" w:rsidP="00D34DDB">
            <w:pPr>
              <w:numPr>
                <w:ilvl w:val="1"/>
                <w:numId w:val="53"/>
              </w:numPr>
              <w:spacing w:before="100" w:beforeAutospacing="1" w:after="100" w:afterAutospacing="1"/>
            </w:pPr>
            <w:r>
              <w:t>Definition of a hero</w:t>
            </w:r>
          </w:p>
          <w:p w14:paraId="2B84D1D1" w14:textId="77777777" w:rsidR="00D34DDB" w:rsidRDefault="00D34DDB" w:rsidP="00D34DDB">
            <w:pPr>
              <w:numPr>
                <w:ilvl w:val="1"/>
                <w:numId w:val="53"/>
              </w:numPr>
              <w:spacing w:before="100" w:beforeAutospacing="1" w:after="100" w:afterAutospacing="1"/>
            </w:pPr>
            <w:r>
              <w:t>Facts or characteristics</w:t>
            </w:r>
          </w:p>
          <w:p w14:paraId="21720C55" w14:textId="77777777" w:rsidR="00D34DDB" w:rsidRDefault="00D34DDB" w:rsidP="00D34DDB">
            <w:pPr>
              <w:numPr>
                <w:ilvl w:val="1"/>
                <w:numId w:val="53"/>
              </w:numPr>
              <w:spacing w:before="100" w:beforeAutospacing="1" w:after="100" w:afterAutospacing="1"/>
            </w:pPr>
            <w:r>
              <w:t>Examples of heroes</w:t>
            </w:r>
          </w:p>
          <w:p w14:paraId="2F4FCCBB" w14:textId="77777777" w:rsidR="00D34DDB" w:rsidRDefault="00D34DDB" w:rsidP="00D34DDB">
            <w:pPr>
              <w:numPr>
                <w:ilvl w:val="1"/>
                <w:numId w:val="53"/>
              </w:numPr>
              <w:spacing w:before="100" w:beforeAutospacing="1" w:after="100" w:afterAutospacing="1"/>
            </w:pPr>
            <w:r>
              <w:t>Non-examples (people who do not help or lead)</w:t>
            </w:r>
          </w:p>
          <w:p w14:paraId="236DF016" w14:textId="77777777" w:rsidR="00D34DDB" w:rsidRDefault="00D34DDB" w:rsidP="00D34DDB">
            <w:pPr>
              <w:numPr>
                <w:ilvl w:val="0"/>
                <w:numId w:val="53"/>
              </w:numPr>
              <w:spacing w:before="100" w:beforeAutospacing="1" w:after="100" w:afterAutospacing="1"/>
            </w:pPr>
            <w:r>
              <w:rPr>
                <w:rStyle w:val="Strong"/>
              </w:rPr>
              <w:t>Independent Activity (15–18 mins):</w:t>
            </w:r>
            <w:r>
              <w:br/>
              <w:t>Students complete the worksheet by drawing and writing who they think is a hero (personal, historical, or fictional), using the boxes to show their understanding.</w:t>
            </w:r>
            <w:r>
              <w:br/>
              <w:t>You may model a quick example on the board first (e.g., “My hero is my mom. She helps others and is brave.”).</w:t>
            </w:r>
          </w:p>
          <w:p w14:paraId="311FF6B5" w14:textId="364BB5C5" w:rsidR="00DE1BF7" w:rsidRPr="00315705" w:rsidRDefault="00D34DDB" w:rsidP="00D34DDB">
            <w:pPr>
              <w:numPr>
                <w:ilvl w:val="0"/>
                <w:numId w:val="53"/>
              </w:numPr>
              <w:spacing w:before="100" w:beforeAutospacing="1" w:after="100" w:afterAutospacing="1"/>
            </w:pPr>
            <w:r>
              <w:rPr>
                <w:rStyle w:val="Strong"/>
              </w:rPr>
              <w:t>Sharing and Reflection (5–7 mins):</w:t>
            </w:r>
            <w:r>
              <w:br/>
              <w:t>Have volunteers or pairs briefly share their hero and explanation with a partner or whole group. Affirm unique or thoughtful answers and highlight vocabulary usage.</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6EB4C773" w14:textId="77777777" w:rsidR="00D34DDB" w:rsidRDefault="00D34DDB" w:rsidP="00D34DDB">
            <w:pPr>
              <w:spacing w:before="100" w:beforeAutospacing="1" w:after="100" w:afterAutospacing="1"/>
            </w:pPr>
            <w:r>
              <w:rPr>
                <w:rStyle w:val="Strong"/>
              </w:rPr>
              <w:t>Summative Assessment:</w:t>
            </w:r>
          </w:p>
          <w:p w14:paraId="28547E97" w14:textId="77777777" w:rsidR="00D34DDB" w:rsidRDefault="00D34DDB" w:rsidP="00D34DDB">
            <w:pPr>
              <w:numPr>
                <w:ilvl w:val="0"/>
                <w:numId w:val="54"/>
              </w:numPr>
              <w:spacing w:before="100" w:beforeAutospacing="1" w:after="100" w:afterAutospacing="1"/>
            </w:pPr>
            <w:r>
              <w:t>Completed “HERO” worksheet</w:t>
            </w:r>
          </w:p>
          <w:p w14:paraId="0FCC8B2C" w14:textId="5430CCBA" w:rsidR="00A8077B" w:rsidRPr="00315705" w:rsidRDefault="00D34DDB" w:rsidP="00D34DDB">
            <w:pPr>
              <w:numPr>
                <w:ilvl w:val="0"/>
                <w:numId w:val="54"/>
              </w:numPr>
              <w:spacing w:before="100" w:beforeAutospacing="1" w:after="100" w:afterAutospacing="1"/>
            </w:pPr>
            <w:r>
              <w:t>Participation in the discussion and Think-Pair-Share</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00E5AB9B" w14:textId="14A78977" w:rsidR="00D34DDB" w:rsidRDefault="00D34DDB" w:rsidP="00D34DDB">
            <w:pPr>
              <w:spacing w:before="100" w:beforeAutospacing="1" w:after="100" w:afterAutospacing="1"/>
            </w:pPr>
            <w:r>
              <w:rPr>
                <w:rFonts w:hAnsi="Symbol"/>
              </w:rPr>
              <w:t></w:t>
            </w:r>
            <w:r>
              <w:t xml:space="preserve"> Final discussion question: “How can YOU be a hero in your own life?”</w:t>
            </w:r>
          </w:p>
          <w:p w14:paraId="05F50CB7" w14:textId="6B4EECEF" w:rsidR="00D34DDB" w:rsidRDefault="00D34DDB" w:rsidP="00D34DDB">
            <w:pPr>
              <w:spacing w:before="100" w:beforeAutospacing="1" w:after="100" w:afterAutospacing="1"/>
            </w:pPr>
            <w:r>
              <w:rPr>
                <w:rFonts w:hAnsi="Symbol"/>
              </w:rPr>
              <w:t></w:t>
            </w:r>
            <w:r>
              <w:t xml:space="preserve"> Add any final reflections to the KWL chart under the </w:t>
            </w:r>
            <w:r>
              <w:rPr>
                <w:rStyle w:val="Strong"/>
              </w:rPr>
              <w:t>L</w:t>
            </w:r>
            <w:r>
              <w:t xml:space="preserve"> column</w:t>
            </w:r>
          </w:p>
          <w:p w14:paraId="6D468A2A" w14:textId="23390807" w:rsidR="00D520CC" w:rsidRPr="00315705" w:rsidRDefault="00D34DDB" w:rsidP="00D34DDB">
            <w:pPr>
              <w:spacing w:before="100" w:beforeAutospacing="1" w:after="100" w:afterAutospacing="1"/>
            </w:pPr>
            <w:r>
              <w:rPr>
                <w:rFonts w:hAnsi="Symbol"/>
              </w:rPr>
              <w:t></w:t>
            </w:r>
            <w:r>
              <w:t xml:space="preserve"> Collect worksheets to display for Open House or classroom showcase</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t>
            </w:r>
            <w:r w:rsidRPr="002A4419">
              <w:rPr>
                <w:sz w:val="22"/>
                <w:szCs w:val="22"/>
              </w:rPr>
              <w:lastRenderedPageBreak/>
              <w:t>(written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0B0E2CC6" w14:textId="77777777" w:rsidR="00F263E2" w:rsidRPr="00761859" w:rsidRDefault="00D520CC" w:rsidP="00F263E2">
            <w:pPr>
              <w:pStyle w:val="ListParagraph"/>
              <w:numPr>
                <w:ilvl w:val="0"/>
                <w:numId w:val="55"/>
              </w:numPr>
              <w:rPr>
                <w:rFonts w:eastAsiaTheme="minorHAnsi"/>
                <w:color w:val="000000"/>
                <w:sz w:val="22"/>
                <w:szCs w:val="22"/>
              </w:rPr>
            </w:pPr>
            <w:r w:rsidRPr="00761859">
              <w:rPr>
                <w:rFonts w:eastAsiaTheme="minorHAnsi"/>
                <w:color w:val="000000"/>
                <w:sz w:val="22"/>
                <w:szCs w:val="22"/>
              </w:rPr>
              <w:lastRenderedPageBreak/>
              <w:t>What was most effective about this lesson? What evidence do you have to support your response in terms of content understanding and in classroom management?</w:t>
            </w:r>
          </w:p>
          <w:p w14:paraId="3D7C47D7" w14:textId="77777777" w:rsidR="00F263E2" w:rsidRPr="00761859" w:rsidRDefault="00F263E2" w:rsidP="00F263E2">
            <w:pPr>
              <w:pStyle w:val="ListParagraph"/>
              <w:rPr>
                <w:rFonts w:eastAsiaTheme="minorHAnsi"/>
                <w:color w:val="000000"/>
                <w:sz w:val="22"/>
                <w:szCs w:val="22"/>
              </w:rPr>
            </w:pPr>
          </w:p>
          <w:p w14:paraId="4EC1E133" w14:textId="39D863DF" w:rsidR="00F263E2" w:rsidRPr="00761859" w:rsidRDefault="00F263E2" w:rsidP="00F263E2">
            <w:pPr>
              <w:pStyle w:val="ListParagraph"/>
              <w:rPr>
                <w:sz w:val="22"/>
                <w:szCs w:val="22"/>
              </w:rPr>
            </w:pPr>
            <w:r w:rsidRPr="00761859">
              <w:rPr>
                <w:sz w:val="22"/>
                <w:szCs w:val="22"/>
              </w:rPr>
              <w:lastRenderedPageBreak/>
              <w:t>The video and discussion really helped students grasp what a hero is. They were engaged with the examples and gave thoughtful answers during the Think-Pair-Share. The HERO worksheet also gave a clear way for students to show their understanding in both writing and drawing.</w:t>
            </w:r>
          </w:p>
          <w:p w14:paraId="2A37AB8C" w14:textId="77777777" w:rsidR="00F263E2" w:rsidRPr="00761859" w:rsidRDefault="00F263E2" w:rsidP="00F263E2">
            <w:pPr>
              <w:pStyle w:val="ListParagraph"/>
              <w:rPr>
                <w:rFonts w:eastAsiaTheme="minorHAnsi"/>
                <w:color w:val="000000"/>
                <w:sz w:val="22"/>
                <w:szCs w:val="22"/>
              </w:rPr>
            </w:pPr>
          </w:p>
          <w:p w14:paraId="551D5F4B" w14:textId="77777777" w:rsidR="00F263E2" w:rsidRPr="00761859" w:rsidRDefault="00D520CC" w:rsidP="00F263E2">
            <w:pPr>
              <w:pStyle w:val="ListParagraph"/>
              <w:numPr>
                <w:ilvl w:val="0"/>
                <w:numId w:val="55"/>
              </w:numPr>
              <w:rPr>
                <w:rFonts w:eastAsiaTheme="minorHAnsi"/>
                <w:color w:val="000000"/>
                <w:sz w:val="22"/>
                <w:szCs w:val="22"/>
              </w:rPr>
            </w:pPr>
            <w:r w:rsidRPr="00761859">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6EAB9EC7" w14:textId="77777777" w:rsidR="00F263E2" w:rsidRPr="00761859" w:rsidRDefault="00F263E2" w:rsidP="00F263E2">
            <w:pPr>
              <w:pStyle w:val="ListParagraph"/>
              <w:rPr>
                <w:rFonts w:eastAsiaTheme="minorHAnsi"/>
                <w:color w:val="000000"/>
                <w:sz w:val="22"/>
                <w:szCs w:val="22"/>
              </w:rPr>
            </w:pPr>
          </w:p>
          <w:p w14:paraId="4B9C7CB7" w14:textId="62DDB668" w:rsidR="00F263E2" w:rsidRPr="00761859" w:rsidRDefault="00F263E2" w:rsidP="00F263E2">
            <w:pPr>
              <w:pStyle w:val="ListParagraph"/>
              <w:rPr>
                <w:sz w:val="22"/>
                <w:szCs w:val="22"/>
              </w:rPr>
            </w:pPr>
            <w:r w:rsidRPr="00761859">
              <w:rPr>
                <w:sz w:val="22"/>
                <w:szCs w:val="22"/>
              </w:rPr>
              <w:t>I would build in more time to go over the worksheet before releasing them to work independently. A few students needed help understanding the difference between “examples” and “non-examples.” Next time, I’ll do a group model with each section first.</w:t>
            </w:r>
          </w:p>
          <w:p w14:paraId="4BB2DAC0" w14:textId="77777777" w:rsidR="00F263E2" w:rsidRPr="00761859" w:rsidRDefault="00F263E2" w:rsidP="00F263E2">
            <w:pPr>
              <w:pStyle w:val="ListParagraph"/>
              <w:rPr>
                <w:rFonts w:eastAsiaTheme="minorHAnsi"/>
                <w:color w:val="000000"/>
                <w:sz w:val="22"/>
                <w:szCs w:val="22"/>
              </w:rPr>
            </w:pPr>
          </w:p>
          <w:p w14:paraId="7535C6BA" w14:textId="77777777" w:rsidR="00F263E2" w:rsidRPr="00761859" w:rsidRDefault="00D520CC" w:rsidP="00F263E2">
            <w:pPr>
              <w:pStyle w:val="ListParagraph"/>
              <w:numPr>
                <w:ilvl w:val="0"/>
                <w:numId w:val="55"/>
              </w:numPr>
              <w:rPr>
                <w:rFonts w:eastAsiaTheme="minorHAnsi"/>
                <w:color w:val="000000"/>
                <w:sz w:val="22"/>
                <w:szCs w:val="22"/>
              </w:rPr>
            </w:pPr>
            <w:r w:rsidRPr="00761859">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7C30F15E" w14:textId="77777777" w:rsidR="00F263E2" w:rsidRPr="00761859" w:rsidRDefault="00F263E2" w:rsidP="00F263E2">
            <w:pPr>
              <w:pStyle w:val="ListParagraph"/>
              <w:rPr>
                <w:rFonts w:eastAsiaTheme="minorHAnsi"/>
                <w:color w:val="000000"/>
                <w:sz w:val="22"/>
                <w:szCs w:val="22"/>
              </w:rPr>
            </w:pPr>
          </w:p>
          <w:p w14:paraId="44BFBD4D" w14:textId="76200FA8" w:rsidR="00F263E2" w:rsidRPr="00761859" w:rsidRDefault="00F263E2" w:rsidP="00F263E2">
            <w:pPr>
              <w:pStyle w:val="ListParagraph"/>
              <w:rPr>
                <w:sz w:val="22"/>
                <w:szCs w:val="22"/>
              </w:rPr>
            </w:pPr>
            <w:r w:rsidRPr="00761859">
              <w:rPr>
                <w:sz w:val="22"/>
                <w:szCs w:val="22"/>
              </w:rPr>
              <w:t>When I asked questions like “Can someone be a hero today?” it opened up a meaningful conversation. Students used the vocabulary we discussed, like “brave” and “helpful”, during their writing and partner sharing. The environment felt supportive and encouraged them to take risks with their answers.</w:t>
            </w:r>
          </w:p>
          <w:p w14:paraId="3C402239" w14:textId="77777777" w:rsidR="00F263E2" w:rsidRPr="00761859" w:rsidRDefault="00F263E2" w:rsidP="00F263E2">
            <w:pPr>
              <w:pStyle w:val="ListParagraph"/>
              <w:rPr>
                <w:rFonts w:eastAsiaTheme="minorHAnsi"/>
                <w:color w:val="000000"/>
                <w:sz w:val="22"/>
                <w:szCs w:val="22"/>
              </w:rPr>
            </w:pPr>
          </w:p>
          <w:p w14:paraId="26D3FBA6" w14:textId="77777777" w:rsidR="00F263E2" w:rsidRPr="00761859" w:rsidRDefault="00DE1BF7" w:rsidP="00F263E2">
            <w:pPr>
              <w:pStyle w:val="ListParagraph"/>
              <w:numPr>
                <w:ilvl w:val="0"/>
                <w:numId w:val="55"/>
              </w:numPr>
              <w:rPr>
                <w:sz w:val="22"/>
                <w:szCs w:val="22"/>
              </w:rPr>
            </w:pPr>
            <w:r w:rsidRPr="00761859">
              <w:rPr>
                <w:sz w:val="22"/>
                <w:szCs w:val="22"/>
              </w:rPr>
              <w:t xml:space="preserve">Based on your responses above (#1-3), how would formal/informal assessment data from the lesson inform the changes you would make in the next lesson in this series?  </w:t>
            </w:r>
          </w:p>
          <w:p w14:paraId="506D4148" w14:textId="77777777" w:rsidR="00F263E2" w:rsidRPr="00761859" w:rsidRDefault="00F263E2" w:rsidP="00F263E2">
            <w:pPr>
              <w:pStyle w:val="ListParagraph"/>
              <w:rPr>
                <w:sz w:val="22"/>
                <w:szCs w:val="22"/>
              </w:rPr>
            </w:pPr>
          </w:p>
          <w:p w14:paraId="420B3075" w14:textId="77777777" w:rsidR="00F263E2" w:rsidRPr="00761859" w:rsidRDefault="00F263E2" w:rsidP="00F263E2">
            <w:pPr>
              <w:pStyle w:val="ListParagraph"/>
              <w:rPr>
                <w:sz w:val="22"/>
                <w:szCs w:val="22"/>
              </w:rPr>
            </w:pPr>
            <w:r w:rsidRPr="00761859">
              <w:rPr>
                <w:sz w:val="22"/>
                <w:szCs w:val="22"/>
              </w:rPr>
              <w:t>Most students now understand what makes someone a hero, so the follow-up writing piece (Lesson #44B) will focus on using that understanding to describe their chosen person with more detail and vocabulary. I’ll also reuse the word bank to reinforce language.</w:t>
            </w:r>
          </w:p>
          <w:p w14:paraId="0C6BE9C3" w14:textId="2D69D716" w:rsidR="00F263E2" w:rsidRPr="00F263E2" w:rsidRDefault="00F263E2" w:rsidP="00F263E2">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p>
      <w:r>
        <w:br w:type="page"/>
      </w:r>
    </w:p>
    <w:p w14:paraId="199C5FB4" w14:textId="77777777" w:rsidR="003944ED" w:rsidRDefault="003944ED"/>
    <w:tbl>
      <w:tblPr>
        <w:tblW w:w="11268"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1890"/>
        <w:gridCol w:w="864"/>
        <w:gridCol w:w="1566"/>
        <w:gridCol w:w="630"/>
        <w:gridCol w:w="1800"/>
        <w:gridCol w:w="1620"/>
        <w:gridCol w:w="2898"/>
      </w:tblGrid>
      <w:tr w:rsidR="002A4419" w:rsidRPr="002A4419" w14:paraId="650C2237" w14:textId="77777777" w:rsidTr="00A65332">
        <w:trPr>
          <w:cantSplit/>
          <w:trHeight w:val="315"/>
          <w:jc w:val="center"/>
        </w:trPr>
        <w:tc>
          <w:tcPr>
            <w:tcW w:w="11268" w:type="dxa"/>
            <w:gridSpan w:val="7"/>
            <w:tcBorders>
              <w:top w:val="nil"/>
              <w:left w:val="nil"/>
              <w:bottom w:val="thickThinSmallGap" w:sz="24" w:space="0" w:color="auto"/>
              <w:right w:val="nil"/>
            </w:tcBorders>
          </w:tcPr>
          <w:p w14:paraId="618C5BE0" w14:textId="63E0CF4C" w:rsidR="00A32E65" w:rsidRDefault="00A84CC1" w:rsidP="00C108DD">
            <w:pPr>
              <w:pStyle w:val="Header"/>
              <w:jc w:val="center"/>
              <w:rPr>
                <w:b/>
                <w:sz w:val="24"/>
                <w:szCs w:val="24"/>
              </w:rPr>
            </w:pPr>
            <w:r w:rsidRPr="002A4419">
              <w:rPr>
                <w:b/>
                <w:sz w:val="24"/>
                <w:szCs w:val="24"/>
              </w:rPr>
              <w:t xml:space="preserve">Department of Elementary Education Lesson Plan </w:t>
            </w:r>
            <w:r w:rsidR="00737E9C">
              <w:rPr>
                <w:b/>
                <w:sz w:val="24"/>
                <w:szCs w:val="24"/>
              </w:rPr>
              <w:t xml:space="preserve">Abbreviated </w:t>
            </w:r>
            <w:r w:rsidRPr="002A4419">
              <w:rPr>
                <w:b/>
                <w:sz w:val="24"/>
                <w:szCs w:val="24"/>
              </w:rPr>
              <w:t>Format</w:t>
            </w:r>
          </w:p>
          <w:p w14:paraId="5DA38F3E" w14:textId="5636CAB8" w:rsidR="00C108DD" w:rsidRPr="00737E9C" w:rsidRDefault="00737E9C" w:rsidP="00737E9C">
            <w:pPr>
              <w:pStyle w:val="Header"/>
              <w:rPr>
                <w:bCs/>
                <w:i/>
                <w:iCs/>
              </w:rPr>
            </w:pPr>
            <w:r w:rsidRPr="00737E9C">
              <w:rPr>
                <w:bCs/>
                <w:i/>
                <w:iCs/>
              </w:rPr>
              <w:t>To be utilized with approval from University Supervisor and Mentor Teacher at the midpoint of the Student Teaching Experience.</w:t>
            </w:r>
          </w:p>
          <w:p w14:paraId="33AF3EE2" w14:textId="0CCADD97" w:rsidR="00737E9C" w:rsidRPr="00C108DD" w:rsidRDefault="00737E9C" w:rsidP="00C108DD">
            <w:pPr>
              <w:pStyle w:val="Header"/>
              <w:jc w:val="center"/>
              <w:rPr>
                <w:bCs/>
                <w:i/>
                <w:iCs/>
                <w:sz w:val="24"/>
                <w:szCs w:val="24"/>
              </w:rPr>
            </w:pPr>
          </w:p>
        </w:tc>
      </w:tr>
      <w:tr w:rsidR="00544ECE" w:rsidRPr="002A4419" w14:paraId="0E2F95D0" w14:textId="77777777" w:rsidTr="00544ECE">
        <w:trPr>
          <w:cantSplit/>
          <w:trHeight w:val="90"/>
          <w:jc w:val="center"/>
        </w:trPr>
        <w:tc>
          <w:tcPr>
            <w:tcW w:w="2754" w:type="dxa"/>
            <w:gridSpan w:val="2"/>
            <w:tcBorders>
              <w:top w:val="thickThinSmallGap" w:sz="24" w:space="0" w:color="auto"/>
              <w:left w:val="thickThinSmallGap" w:sz="24" w:space="0" w:color="auto"/>
              <w:bottom w:val="single" w:sz="12" w:space="0" w:color="auto"/>
              <w:right w:val="single" w:sz="12" w:space="0" w:color="auto"/>
            </w:tcBorders>
            <w:hideMark/>
          </w:tcPr>
          <w:p w14:paraId="3B48C4F2" w14:textId="77777777" w:rsidR="00A65332" w:rsidRDefault="00A65332" w:rsidP="00A65332">
            <w:pPr>
              <w:jc w:val="center"/>
              <w:rPr>
                <w:sz w:val="22"/>
                <w:szCs w:val="22"/>
              </w:rPr>
            </w:pPr>
            <w:r w:rsidRPr="002A4419">
              <w:rPr>
                <w:sz w:val="22"/>
                <w:szCs w:val="22"/>
              </w:rPr>
              <w:t>Candidate</w:t>
            </w:r>
          </w:p>
          <w:p w14:paraId="1D898813" w14:textId="31F737C2" w:rsidR="001D0C9A" w:rsidRPr="002A4419" w:rsidRDefault="001D0C9A" w:rsidP="00A65332">
            <w:pPr>
              <w:jc w:val="center"/>
              <w:rPr>
                <w:sz w:val="22"/>
                <w:szCs w:val="22"/>
              </w:rPr>
            </w:pPr>
            <w:r>
              <w:rPr>
                <w:sz w:val="22"/>
                <w:szCs w:val="22"/>
              </w:rPr>
              <w:t>Jack Stephenson</w:t>
            </w:r>
          </w:p>
        </w:tc>
        <w:tc>
          <w:tcPr>
            <w:tcW w:w="2196" w:type="dxa"/>
            <w:gridSpan w:val="2"/>
            <w:tcBorders>
              <w:top w:val="thickThinSmallGap" w:sz="24" w:space="0" w:color="auto"/>
              <w:left w:val="single" w:sz="12" w:space="0" w:color="auto"/>
              <w:bottom w:val="single" w:sz="12" w:space="0" w:color="auto"/>
              <w:right w:val="single" w:sz="12" w:space="0" w:color="auto"/>
            </w:tcBorders>
          </w:tcPr>
          <w:p w14:paraId="46AC7037"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0A02357E" w:rsidR="00C41129" w:rsidRPr="002A4419" w:rsidRDefault="001D0C9A" w:rsidP="00A65332">
            <w:pPr>
              <w:tabs>
                <w:tab w:val="left" w:pos="465"/>
                <w:tab w:val="center" w:pos="2889"/>
              </w:tabs>
              <w:ind w:right="-3798"/>
              <w:rPr>
                <w:sz w:val="22"/>
                <w:szCs w:val="22"/>
              </w:rPr>
            </w:pPr>
            <w:r>
              <w:rPr>
                <w:sz w:val="22"/>
                <w:szCs w:val="22"/>
              </w:rPr>
              <w:t xml:space="preserve">  </w:t>
            </w:r>
            <w:r w:rsidR="00315705">
              <w:rPr>
                <w:sz w:val="22"/>
                <w:szCs w:val="22"/>
              </w:rPr>
              <w:t xml:space="preserve"> </w:t>
            </w:r>
            <w:r>
              <w:rPr>
                <w:sz w:val="22"/>
                <w:szCs w:val="22"/>
              </w:rPr>
              <w:t xml:space="preserve">      </w:t>
            </w:r>
            <w:r w:rsidR="003C5101">
              <w:rPr>
                <w:sz w:val="22"/>
                <w:szCs w:val="22"/>
              </w:rPr>
              <w:t>4</w:t>
            </w:r>
            <w:r>
              <w:rPr>
                <w:sz w:val="22"/>
                <w:szCs w:val="22"/>
              </w:rPr>
              <w:t>/</w:t>
            </w:r>
            <w:r w:rsidR="003C5101">
              <w:rPr>
                <w:sz w:val="22"/>
                <w:szCs w:val="22"/>
              </w:rPr>
              <w:t>17</w:t>
            </w:r>
            <w:r>
              <w:rPr>
                <w:sz w:val="22"/>
                <w:szCs w:val="22"/>
              </w:rPr>
              <w:t>/</w:t>
            </w:r>
            <w:r w:rsidR="003C5101">
              <w:rPr>
                <w:sz w:val="22"/>
                <w:szCs w:val="22"/>
              </w:rPr>
              <w:t>25</w:t>
            </w:r>
          </w:p>
        </w:tc>
        <w:tc>
          <w:tcPr>
            <w:tcW w:w="1800" w:type="dxa"/>
            <w:tcBorders>
              <w:top w:val="thickThinSmallGap" w:sz="24" w:space="0" w:color="auto"/>
              <w:left w:val="single" w:sz="12" w:space="0" w:color="auto"/>
              <w:bottom w:val="single" w:sz="12" w:space="0" w:color="auto"/>
              <w:right w:val="single" w:sz="12" w:space="0" w:color="auto"/>
            </w:tcBorders>
            <w:hideMark/>
          </w:tcPr>
          <w:p w14:paraId="723373DA" w14:textId="77777777" w:rsidR="00A65332" w:rsidRDefault="00A65332" w:rsidP="00012E18">
            <w:pPr>
              <w:jc w:val="center"/>
              <w:rPr>
                <w:sz w:val="22"/>
                <w:szCs w:val="22"/>
              </w:rPr>
            </w:pPr>
            <w:r w:rsidRPr="002A4419">
              <w:rPr>
                <w:sz w:val="22"/>
                <w:szCs w:val="22"/>
              </w:rPr>
              <w:t>Grade Level</w:t>
            </w:r>
          </w:p>
          <w:p w14:paraId="2E7B9C0F" w14:textId="722B54C9" w:rsidR="003C5101" w:rsidRDefault="003C5101" w:rsidP="00012E18">
            <w:pPr>
              <w:jc w:val="center"/>
              <w:rPr>
                <w:sz w:val="22"/>
                <w:szCs w:val="22"/>
              </w:rPr>
            </w:pPr>
            <w:r>
              <w:rPr>
                <w:sz w:val="22"/>
                <w:szCs w:val="22"/>
              </w:rPr>
              <w:t>1</w:t>
            </w:r>
            <w:r w:rsidRPr="003C5101">
              <w:rPr>
                <w:sz w:val="22"/>
                <w:szCs w:val="22"/>
                <w:vertAlign w:val="superscript"/>
              </w:rPr>
              <w:t>st</w:t>
            </w:r>
            <w:r>
              <w:rPr>
                <w:sz w:val="22"/>
                <w:szCs w:val="22"/>
              </w:rPr>
              <w:t>/2</w:t>
            </w:r>
            <w:r w:rsidRPr="003C5101">
              <w:rPr>
                <w:sz w:val="22"/>
                <w:szCs w:val="22"/>
                <w:vertAlign w:val="superscript"/>
              </w:rPr>
              <w:t>nd</w:t>
            </w:r>
            <w:r>
              <w:rPr>
                <w:sz w:val="22"/>
                <w:szCs w:val="22"/>
              </w:rPr>
              <w:t xml:space="preserve"> </w:t>
            </w:r>
          </w:p>
          <w:p w14:paraId="11909FD7" w14:textId="07C9B234" w:rsidR="00315705" w:rsidRPr="002A4419" w:rsidRDefault="00315705" w:rsidP="00012E18">
            <w:pPr>
              <w:jc w:val="center"/>
              <w:rPr>
                <w:sz w:val="22"/>
                <w:szCs w:val="22"/>
              </w:rPr>
            </w:pPr>
          </w:p>
        </w:tc>
        <w:tc>
          <w:tcPr>
            <w:tcW w:w="4518" w:type="dxa"/>
            <w:gridSpan w:val="2"/>
            <w:tcBorders>
              <w:top w:val="thickThinSmallGap" w:sz="24" w:space="0" w:color="auto"/>
              <w:left w:val="single" w:sz="12" w:space="0" w:color="auto"/>
              <w:bottom w:val="single" w:sz="12" w:space="0" w:color="auto"/>
              <w:right w:val="thickThinSmallGap" w:sz="24" w:space="0" w:color="auto"/>
            </w:tcBorders>
          </w:tcPr>
          <w:p w14:paraId="15DC1CCD" w14:textId="77777777" w:rsidR="00315705" w:rsidRDefault="00A65332" w:rsidP="00315705">
            <w:pPr>
              <w:jc w:val="center"/>
              <w:rPr>
                <w:sz w:val="22"/>
                <w:szCs w:val="22"/>
              </w:rPr>
            </w:pPr>
            <w:r w:rsidRPr="002A4419">
              <w:rPr>
                <w:sz w:val="22"/>
                <w:szCs w:val="22"/>
              </w:rPr>
              <w:t>Subject Area</w:t>
            </w:r>
            <w:r w:rsidR="005F548B">
              <w:rPr>
                <w:sz w:val="22"/>
                <w:szCs w:val="22"/>
              </w:rPr>
              <w:t>(s)</w:t>
            </w:r>
            <w:r w:rsidRPr="002A4419">
              <w:rPr>
                <w:sz w:val="22"/>
                <w:szCs w:val="22"/>
              </w:rPr>
              <w:t xml:space="preserve"> &amp; Topic</w:t>
            </w:r>
            <w:r w:rsidR="005F548B">
              <w:rPr>
                <w:sz w:val="22"/>
                <w:szCs w:val="22"/>
              </w:rPr>
              <w:t>(s)</w:t>
            </w:r>
            <w:r w:rsidR="00315705">
              <w:rPr>
                <w:sz w:val="22"/>
                <w:szCs w:val="22"/>
              </w:rPr>
              <w:t>:</w:t>
            </w:r>
          </w:p>
          <w:p w14:paraId="466790EC" w14:textId="430EBA3C" w:rsidR="00A65332" w:rsidRPr="00315705" w:rsidRDefault="00B50343" w:rsidP="00315705">
            <w:pPr>
              <w:jc w:val="center"/>
              <w:rPr>
                <w:sz w:val="22"/>
                <w:szCs w:val="22"/>
              </w:rPr>
            </w:pPr>
            <w:r>
              <w:t>Social Studies – Community &amp; National Heroes</w:t>
            </w:r>
          </w:p>
        </w:tc>
      </w:tr>
      <w:tr w:rsidR="00A65332" w:rsidRPr="002A4419" w14:paraId="3F67A143" w14:textId="77777777" w:rsidTr="00544ECE">
        <w:trPr>
          <w:cantSplit/>
          <w:jc w:val="center"/>
        </w:trPr>
        <w:tc>
          <w:tcPr>
            <w:tcW w:w="2754" w:type="dxa"/>
            <w:gridSpan w:val="2"/>
            <w:tcBorders>
              <w:top w:val="single" w:sz="12" w:space="0" w:color="auto"/>
              <w:left w:val="thickThinSmallGap" w:sz="24" w:space="0" w:color="auto"/>
              <w:bottom w:val="single" w:sz="4" w:space="0" w:color="auto"/>
              <w:right w:val="single" w:sz="12" w:space="0" w:color="auto"/>
            </w:tcBorders>
            <w:vAlign w:val="center"/>
          </w:tcPr>
          <w:p w14:paraId="6CF894BA" w14:textId="69CC01C4" w:rsidR="00A65332" w:rsidRPr="002A4419" w:rsidRDefault="00000000" w:rsidP="00A65332">
            <w:pPr>
              <w:rPr>
                <w:szCs w:val="16"/>
              </w:rPr>
            </w:pPr>
            <w:sdt>
              <w:sdtPr>
                <w:rPr>
                  <w:szCs w:val="16"/>
                </w:rPr>
                <w:id w:val="-38872406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Single-day lesson</w:t>
            </w:r>
          </w:p>
          <w:p w14:paraId="6E2D1D84" w14:textId="6C5A5FE1" w:rsidR="00A65332" w:rsidRPr="002A4419" w:rsidRDefault="00000000" w:rsidP="00A65332">
            <w:pPr>
              <w:rPr>
                <w:sz w:val="22"/>
                <w:szCs w:val="22"/>
              </w:rPr>
            </w:pPr>
            <w:sdt>
              <w:sdtPr>
                <w:rPr>
                  <w:szCs w:val="16"/>
                </w:rPr>
                <w:id w:val="1063918330"/>
                <w14:checkbox>
                  <w14:checked w14:val="0"/>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Multi-day lesson</w:t>
            </w:r>
            <w:r w:rsidR="00A65332" w:rsidRPr="002A4419">
              <w:rPr>
                <w:sz w:val="22"/>
                <w:szCs w:val="22"/>
              </w:rPr>
              <w:t xml:space="preserve"> </w:t>
            </w:r>
          </w:p>
        </w:tc>
        <w:tc>
          <w:tcPr>
            <w:tcW w:w="2196" w:type="dxa"/>
            <w:gridSpan w:val="2"/>
            <w:tcBorders>
              <w:top w:val="single" w:sz="12" w:space="0" w:color="auto"/>
              <w:left w:val="single" w:sz="12" w:space="0" w:color="auto"/>
              <w:bottom w:val="single" w:sz="4" w:space="0" w:color="auto"/>
              <w:right w:val="single" w:sz="12" w:space="0" w:color="auto"/>
            </w:tcBorders>
            <w:vAlign w:val="center"/>
          </w:tcPr>
          <w:p w14:paraId="229B8C88" w14:textId="1257902C" w:rsidR="00A65332" w:rsidRPr="002A4419" w:rsidRDefault="00000000" w:rsidP="00A65332">
            <w:pPr>
              <w:rPr>
                <w:szCs w:val="16"/>
              </w:rPr>
            </w:pPr>
            <w:sdt>
              <w:sdtPr>
                <w:rPr>
                  <w:szCs w:val="16"/>
                </w:rPr>
                <w:id w:val="153966906"/>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Whole-class lesson</w:t>
            </w:r>
          </w:p>
          <w:p w14:paraId="43EDFAF8" w14:textId="1AB37AC2" w:rsidR="00A65332" w:rsidRPr="002A4419" w:rsidRDefault="00000000" w:rsidP="00A65332">
            <w:pPr>
              <w:rPr>
                <w:szCs w:val="16"/>
              </w:rPr>
            </w:pPr>
            <w:sdt>
              <w:sdtPr>
                <w:rPr>
                  <w:szCs w:val="16"/>
                </w:rPr>
                <w:id w:val="-5794528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Small-group lesson</w:t>
            </w:r>
          </w:p>
        </w:tc>
        <w:tc>
          <w:tcPr>
            <w:tcW w:w="6318" w:type="dxa"/>
            <w:gridSpan w:val="3"/>
            <w:tcBorders>
              <w:top w:val="single" w:sz="4" w:space="0" w:color="auto"/>
              <w:left w:val="single" w:sz="12" w:space="0" w:color="auto"/>
              <w:bottom w:val="single" w:sz="4" w:space="0" w:color="auto"/>
              <w:right w:val="thickThinSmallGap" w:sz="24" w:space="0" w:color="auto"/>
            </w:tcBorders>
          </w:tcPr>
          <w:p w14:paraId="3A2D4348" w14:textId="4F62AEC8" w:rsidR="00A65332" w:rsidRDefault="00A65332" w:rsidP="00A65332">
            <w:pPr>
              <w:rPr>
                <w:szCs w:val="16"/>
              </w:rPr>
            </w:pPr>
            <w:r w:rsidRPr="002A4419">
              <w:rPr>
                <w:sz w:val="22"/>
                <w:szCs w:val="22"/>
              </w:rPr>
              <w:t>Name of Instructional Model</w:t>
            </w:r>
          </w:p>
          <w:p w14:paraId="17D8050D" w14:textId="4A38F0B4" w:rsidR="00A65332" w:rsidRPr="00A65332" w:rsidRDefault="00000000" w:rsidP="00A65332">
            <w:pPr>
              <w:rPr>
                <w:sz w:val="22"/>
                <w:szCs w:val="22"/>
              </w:rPr>
            </w:pPr>
            <w:sdt>
              <w:sdtPr>
                <w:rPr>
                  <w:szCs w:val="16"/>
                </w:rPr>
                <w:id w:val="122009834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Pr>
                <w:szCs w:val="16"/>
              </w:rPr>
              <w:t xml:space="preserve">Explicit/Direct Instruction </w:t>
            </w:r>
          </w:p>
          <w:p w14:paraId="757AE424" w14:textId="0618555C" w:rsidR="00A65332" w:rsidRPr="002A4419" w:rsidRDefault="00000000" w:rsidP="00A65332">
            <w:pPr>
              <w:rPr>
                <w:szCs w:val="16"/>
              </w:rPr>
            </w:pPr>
            <w:sdt>
              <w:sdtPr>
                <w:rPr>
                  <w:szCs w:val="16"/>
                </w:rPr>
                <w:id w:val="-192894999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Pr>
                <w:szCs w:val="16"/>
              </w:rPr>
              <w:t xml:space="preserve">Inquiry, </w:t>
            </w:r>
            <w:r w:rsidR="00A65332" w:rsidRPr="002A4419">
              <w:rPr>
                <w:szCs w:val="16"/>
              </w:rPr>
              <w:t>Problem-Based Lesson</w:t>
            </w:r>
            <w:r w:rsidR="009A18DA">
              <w:rPr>
                <w:szCs w:val="16"/>
              </w:rPr>
              <w:t>, or Project-Based Lesson</w:t>
            </w:r>
          </w:p>
          <w:p w14:paraId="068F21C2" w14:textId="53D7C58C" w:rsidR="00A65332" w:rsidRDefault="00000000" w:rsidP="00A65332">
            <w:pPr>
              <w:rPr>
                <w:szCs w:val="16"/>
              </w:rPr>
            </w:pPr>
            <w:sdt>
              <w:sdtPr>
                <w:rPr>
                  <w:szCs w:val="16"/>
                </w:rPr>
                <w:id w:val="-43760347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Other</w:t>
            </w:r>
            <w:r w:rsidR="00A65332">
              <w:rPr>
                <w:szCs w:val="16"/>
              </w:rPr>
              <w:t>______________________</w:t>
            </w:r>
          </w:p>
          <w:p w14:paraId="4A5133E0" w14:textId="77777777" w:rsidR="00A65332" w:rsidRPr="00A65332" w:rsidRDefault="00A65332" w:rsidP="00A65332">
            <w:pPr>
              <w:rPr>
                <w:sz w:val="8"/>
                <w:szCs w:val="16"/>
              </w:rPr>
            </w:pPr>
          </w:p>
        </w:tc>
      </w:tr>
      <w:tr w:rsidR="00A65332" w:rsidRPr="002A4419" w14:paraId="2F4D50E1" w14:textId="77777777" w:rsidTr="007B29C9">
        <w:trPr>
          <w:cantSplit/>
          <w:jc w:val="center"/>
        </w:trPr>
        <w:tc>
          <w:tcPr>
            <w:tcW w:w="11268" w:type="dxa"/>
            <w:gridSpan w:val="7"/>
            <w:tcBorders>
              <w:top w:val="single" w:sz="12" w:space="0" w:color="auto"/>
              <w:left w:val="thickThinSmallGap" w:sz="24" w:space="0" w:color="auto"/>
              <w:bottom w:val="single" w:sz="4" w:space="0" w:color="auto"/>
              <w:right w:val="thickThinSmallGap" w:sz="24" w:space="0" w:color="auto"/>
            </w:tcBorders>
            <w:shd w:val="clear" w:color="auto" w:fill="DBDBDB" w:themeFill="accent3" w:themeFillTint="66"/>
          </w:tcPr>
          <w:p w14:paraId="2CAACB7D" w14:textId="36D12EE4" w:rsidR="00A65332" w:rsidRPr="00BA08C7" w:rsidRDefault="00A65332" w:rsidP="00A65332">
            <w:pPr>
              <w:jc w:val="center"/>
              <w:rPr>
                <w:b/>
                <w:sz w:val="22"/>
                <w:szCs w:val="22"/>
              </w:rPr>
            </w:pPr>
            <w:r w:rsidRPr="00BA08C7">
              <w:rPr>
                <w:b/>
                <w:sz w:val="22"/>
                <w:szCs w:val="22"/>
              </w:rPr>
              <w:t>Student Learning Profile</w:t>
            </w:r>
          </w:p>
        </w:tc>
      </w:tr>
      <w:tr w:rsidR="00A65332" w:rsidRPr="002A4419" w14:paraId="3E521798" w14:textId="77777777" w:rsidTr="009A18DA">
        <w:trPr>
          <w:cantSplit/>
          <w:trHeight w:val="303"/>
          <w:jc w:val="center"/>
        </w:trPr>
        <w:tc>
          <w:tcPr>
            <w:tcW w:w="8370" w:type="dxa"/>
            <w:gridSpan w:val="6"/>
            <w:tcBorders>
              <w:top w:val="single" w:sz="12" w:space="0" w:color="auto"/>
              <w:left w:val="thickThinSmallGap" w:sz="24" w:space="0" w:color="auto"/>
              <w:bottom w:val="single" w:sz="4" w:space="0" w:color="auto"/>
              <w:right w:val="single" w:sz="12" w:space="0" w:color="auto"/>
            </w:tcBorders>
          </w:tcPr>
          <w:p w14:paraId="62B43CB8" w14:textId="56821696" w:rsidR="00A65332" w:rsidRPr="00BA08C7" w:rsidRDefault="00A65332" w:rsidP="00A65332">
            <w:pPr>
              <w:rPr>
                <w:sz w:val="22"/>
                <w:szCs w:val="22"/>
              </w:rPr>
            </w:pPr>
            <w:r w:rsidRPr="00BA08C7">
              <w:rPr>
                <w:sz w:val="22"/>
                <w:szCs w:val="22"/>
              </w:rPr>
              <w:t>English Language Development levels of students in the class or group</w:t>
            </w:r>
            <w:r>
              <w:rPr>
                <w:sz w:val="22"/>
                <w:szCs w:val="22"/>
              </w:rPr>
              <w:t xml:space="preserve"> </w:t>
            </w:r>
            <w:r w:rsidRPr="00BA08C7">
              <w:rPr>
                <w:sz w:val="16"/>
                <w:szCs w:val="16"/>
              </w:rPr>
              <w:t>(</w:t>
            </w:r>
            <w:r w:rsidRPr="00BA08C7">
              <w:rPr>
                <w:i/>
                <w:sz w:val="16"/>
                <w:szCs w:val="16"/>
              </w:rPr>
              <w:t>please check all that apply)</w:t>
            </w:r>
          </w:p>
        </w:tc>
        <w:tc>
          <w:tcPr>
            <w:tcW w:w="2898" w:type="dxa"/>
            <w:tcBorders>
              <w:top w:val="single" w:sz="12" w:space="0" w:color="auto"/>
              <w:left w:val="single" w:sz="12" w:space="0" w:color="auto"/>
              <w:bottom w:val="single" w:sz="4" w:space="0" w:color="auto"/>
              <w:right w:val="thickThinSmallGap" w:sz="24" w:space="0" w:color="auto"/>
            </w:tcBorders>
          </w:tcPr>
          <w:p w14:paraId="05A24C34" w14:textId="3C6AFA63" w:rsidR="00A65332" w:rsidRPr="00BA08C7" w:rsidRDefault="00A65332" w:rsidP="00A65332">
            <w:pPr>
              <w:rPr>
                <w:sz w:val="22"/>
                <w:szCs w:val="22"/>
              </w:rPr>
            </w:pPr>
            <w:r w:rsidRPr="002A4419">
              <w:rPr>
                <w:sz w:val="22"/>
                <w:szCs w:val="22"/>
              </w:rPr>
              <w:t>Student</w:t>
            </w:r>
            <w:r w:rsidR="005F548B">
              <w:rPr>
                <w:sz w:val="22"/>
                <w:szCs w:val="22"/>
              </w:rPr>
              <w:t>(s)</w:t>
            </w:r>
            <w:r w:rsidR="00364579">
              <w:rPr>
                <w:sz w:val="22"/>
                <w:szCs w:val="22"/>
              </w:rPr>
              <w:t xml:space="preserve"> p</w:t>
            </w:r>
            <w:r w:rsidRPr="002A4419">
              <w:rPr>
                <w:sz w:val="22"/>
                <w:szCs w:val="22"/>
              </w:rPr>
              <w:t>resent with:</w:t>
            </w:r>
          </w:p>
        </w:tc>
      </w:tr>
      <w:tr w:rsidR="00A65332" w:rsidRPr="002A4419" w14:paraId="74917757" w14:textId="77777777" w:rsidTr="000270D6">
        <w:trPr>
          <w:cantSplit/>
          <w:trHeight w:val="1170"/>
          <w:jc w:val="center"/>
        </w:trPr>
        <w:tc>
          <w:tcPr>
            <w:tcW w:w="1890" w:type="dxa"/>
            <w:tcBorders>
              <w:top w:val="single" w:sz="4" w:space="0" w:color="auto"/>
              <w:left w:val="thickThinSmallGap" w:sz="24" w:space="0" w:color="auto"/>
              <w:bottom w:val="thickThinSmallGap" w:sz="24" w:space="0" w:color="auto"/>
              <w:right w:val="nil"/>
            </w:tcBorders>
            <w:vAlign w:val="center"/>
          </w:tcPr>
          <w:p w14:paraId="567B3BD7" w14:textId="58CCFCF5" w:rsidR="009A18DA" w:rsidRDefault="00000000" w:rsidP="000270D6">
            <w:pPr>
              <w:rPr>
                <w:szCs w:val="16"/>
              </w:rPr>
            </w:pPr>
            <w:sdt>
              <w:sdtPr>
                <w:rPr>
                  <w:szCs w:val="16"/>
                </w:rPr>
                <w:id w:val="-999037245"/>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Emerging </w:t>
            </w:r>
          </w:p>
          <w:p w14:paraId="50B383F1" w14:textId="6EC24BA4" w:rsidR="009A18DA" w:rsidRPr="002A4419" w:rsidRDefault="00000000" w:rsidP="000270D6">
            <w:pPr>
              <w:rPr>
                <w:sz w:val="16"/>
                <w:szCs w:val="16"/>
              </w:rPr>
            </w:pPr>
            <w:sdt>
              <w:sdtPr>
                <w:rPr>
                  <w:szCs w:val="16"/>
                </w:rPr>
                <w:id w:val="-272092941"/>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 xml:space="preserve">Expanding </w:t>
            </w:r>
            <w:r w:rsidR="00AC34D4">
              <w:rPr>
                <w:szCs w:val="16"/>
              </w:rPr>
              <w:t xml:space="preserve">    </w:t>
            </w:r>
            <w:r w:rsidR="00AC34D4" w:rsidRPr="00634AF4">
              <w:rPr>
                <w:b/>
                <w:sz w:val="16"/>
                <w:szCs w:val="16"/>
              </w:rPr>
              <w:t>OR</w:t>
            </w:r>
          </w:p>
          <w:p w14:paraId="11D9906A" w14:textId="66DD07DB" w:rsidR="009A18DA" w:rsidRDefault="00000000" w:rsidP="000270D6">
            <w:pPr>
              <w:rPr>
                <w:szCs w:val="16"/>
              </w:rPr>
            </w:pPr>
            <w:sdt>
              <w:sdtPr>
                <w:rPr>
                  <w:szCs w:val="16"/>
                </w:rPr>
                <w:id w:val="-969591889"/>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9A18DA" w:rsidRPr="002A4419">
              <w:rPr>
                <w:szCs w:val="16"/>
              </w:rPr>
              <w:t>Bridging</w:t>
            </w:r>
            <w:r w:rsidR="009A18DA">
              <w:rPr>
                <w:szCs w:val="16"/>
              </w:rPr>
              <w:t xml:space="preserve">        </w:t>
            </w:r>
            <w:r w:rsidR="009A18DA" w:rsidRPr="00634AF4">
              <w:rPr>
                <w:b/>
                <w:sz w:val="16"/>
                <w:szCs w:val="16"/>
              </w:rPr>
              <w:t xml:space="preserve">   </w:t>
            </w:r>
            <w:r w:rsidR="009A18DA" w:rsidRPr="00634AF4">
              <w:rPr>
                <w:sz w:val="16"/>
                <w:szCs w:val="16"/>
              </w:rPr>
              <w:t xml:space="preserve">   </w:t>
            </w:r>
            <w:r w:rsidR="009A18DA">
              <w:rPr>
                <w:sz w:val="16"/>
                <w:szCs w:val="16"/>
              </w:rPr>
              <w:t xml:space="preserve">  </w:t>
            </w:r>
          </w:p>
          <w:p w14:paraId="33D7AB2A" w14:textId="74D99273" w:rsidR="00544ECE" w:rsidRPr="00B340E7" w:rsidRDefault="00544ECE" w:rsidP="000270D6">
            <w:pPr>
              <w:rPr>
                <w:sz w:val="16"/>
                <w:szCs w:val="16"/>
              </w:rPr>
            </w:pPr>
          </w:p>
        </w:tc>
        <w:tc>
          <w:tcPr>
            <w:tcW w:w="2430" w:type="dxa"/>
            <w:gridSpan w:val="2"/>
            <w:tcBorders>
              <w:top w:val="single" w:sz="4" w:space="0" w:color="auto"/>
              <w:left w:val="nil"/>
              <w:bottom w:val="thickThinSmallGap" w:sz="24" w:space="0" w:color="auto"/>
              <w:right w:val="single" w:sz="4" w:space="0" w:color="auto"/>
            </w:tcBorders>
            <w:vAlign w:val="center"/>
          </w:tcPr>
          <w:p w14:paraId="0D01903B" w14:textId="663D720E" w:rsidR="009A18DA" w:rsidRPr="002A4419" w:rsidRDefault="00000000" w:rsidP="000270D6">
            <w:pPr>
              <w:rPr>
                <w:szCs w:val="16"/>
              </w:rPr>
            </w:pPr>
            <w:sdt>
              <w:sdtPr>
                <w:rPr>
                  <w:szCs w:val="16"/>
                </w:rPr>
                <w:id w:val="-54189769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1 </w:t>
            </w:r>
            <w:r w:rsidR="009A18DA" w:rsidRPr="002A4419">
              <w:rPr>
                <w:sz w:val="16"/>
                <w:szCs w:val="16"/>
              </w:rPr>
              <w:t>(Beginning)</w:t>
            </w:r>
          </w:p>
          <w:p w14:paraId="1006E780" w14:textId="2B9F2D58" w:rsidR="009A18DA" w:rsidRPr="002A4419" w:rsidRDefault="00000000" w:rsidP="000270D6">
            <w:pPr>
              <w:rPr>
                <w:szCs w:val="16"/>
              </w:rPr>
            </w:pPr>
            <w:sdt>
              <w:sdtPr>
                <w:rPr>
                  <w:szCs w:val="16"/>
                </w:rPr>
                <w:id w:val="814688193"/>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2 </w:t>
            </w:r>
            <w:r w:rsidR="009A18DA" w:rsidRPr="002A4419">
              <w:rPr>
                <w:sz w:val="16"/>
                <w:szCs w:val="16"/>
              </w:rPr>
              <w:t>(Early Intermediate)</w:t>
            </w:r>
            <w:r w:rsidR="009A18DA" w:rsidRPr="002A4419">
              <w:rPr>
                <w:szCs w:val="16"/>
              </w:rPr>
              <w:t xml:space="preserve"> </w:t>
            </w:r>
          </w:p>
          <w:p w14:paraId="73EBD896" w14:textId="73A5B485" w:rsidR="009A18DA" w:rsidRPr="002A4419" w:rsidRDefault="00000000" w:rsidP="000270D6">
            <w:pPr>
              <w:rPr>
                <w:szCs w:val="16"/>
              </w:rPr>
            </w:pPr>
            <w:sdt>
              <w:sdtPr>
                <w:rPr>
                  <w:szCs w:val="16"/>
                </w:rPr>
                <w:id w:val="-231385137"/>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3 </w:t>
            </w:r>
            <w:r w:rsidR="009A18DA" w:rsidRPr="002A4419">
              <w:rPr>
                <w:sz w:val="16"/>
                <w:szCs w:val="16"/>
              </w:rPr>
              <w:t>(Intermediate)</w:t>
            </w:r>
            <w:r w:rsidR="009A18DA">
              <w:rPr>
                <w:sz w:val="16"/>
                <w:szCs w:val="16"/>
              </w:rPr>
              <w:t xml:space="preserve">               </w:t>
            </w:r>
            <w:r w:rsidR="009A18DA" w:rsidRPr="00634AF4">
              <w:rPr>
                <w:sz w:val="16"/>
                <w:szCs w:val="16"/>
              </w:rPr>
              <w:t xml:space="preserve">  </w:t>
            </w:r>
            <w:r w:rsidR="009A18DA">
              <w:rPr>
                <w:sz w:val="16"/>
                <w:szCs w:val="16"/>
              </w:rPr>
              <w:t xml:space="preserve">  </w:t>
            </w:r>
          </w:p>
          <w:p w14:paraId="39E0F073" w14:textId="7342B685" w:rsidR="009A18DA" w:rsidRPr="002A4419" w:rsidRDefault="00000000" w:rsidP="000270D6">
            <w:pPr>
              <w:rPr>
                <w:sz w:val="16"/>
                <w:szCs w:val="16"/>
              </w:rPr>
            </w:pPr>
            <w:sdt>
              <w:sdtPr>
                <w:rPr>
                  <w:szCs w:val="16"/>
                </w:rPr>
                <w:id w:val="426470956"/>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4 </w:t>
            </w:r>
            <w:r w:rsidR="009A18DA" w:rsidRPr="002A4419">
              <w:rPr>
                <w:sz w:val="16"/>
                <w:szCs w:val="16"/>
              </w:rPr>
              <w:t>(Early Advanced)</w:t>
            </w:r>
          </w:p>
          <w:p w14:paraId="5E08A80D" w14:textId="7F291298" w:rsidR="009A18DA" w:rsidRPr="000270D6" w:rsidRDefault="00000000" w:rsidP="000270D6">
            <w:pPr>
              <w:rPr>
                <w:sz w:val="16"/>
                <w:szCs w:val="16"/>
              </w:rPr>
            </w:pPr>
            <w:sdt>
              <w:sdtPr>
                <w:rPr>
                  <w:szCs w:val="16"/>
                </w:rPr>
                <w:id w:val="1903789788"/>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9A18DA" w:rsidRPr="002A4419">
              <w:rPr>
                <w:szCs w:val="16"/>
              </w:rPr>
              <w:t xml:space="preserve">ELD 5 </w:t>
            </w:r>
            <w:r w:rsidR="009A18DA" w:rsidRPr="002A4419">
              <w:rPr>
                <w:sz w:val="16"/>
                <w:szCs w:val="16"/>
              </w:rPr>
              <w:t>(Advanced)</w:t>
            </w:r>
          </w:p>
        </w:tc>
        <w:tc>
          <w:tcPr>
            <w:tcW w:w="4050" w:type="dxa"/>
            <w:gridSpan w:val="3"/>
            <w:tcBorders>
              <w:top w:val="single" w:sz="4" w:space="0" w:color="auto"/>
              <w:left w:val="single" w:sz="4" w:space="0" w:color="auto"/>
              <w:bottom w:val="thickThinSmallGap" w:sz="24" w:space="0" w:color="auto"/>
              <w:right w:val="single" w:sz="12" w:space="0" w:color="auto"/>
            </w:tcBorders>
            <w:vAlign w:val="center"/>
          </w:tcPr>
          <w:p w14:paraId="66CD674A" w14:textId="5E07D73B" w:rsidR="00A65332" w:rsidRPr="002A4419" w:rsidRDefault="00000000" w:rsidP="000270D6">
            <w:pPr>
              <w:rPr>
                <w:szCs w:val="16"/>
              </w:rPr>
            </w:pPr>
            <w:sdt>
              <w:sdtPr>
                <w:rPr>
                  <w:szCs w:val="16"/>
                </w:rPr>
                <w:id w:val="-47067989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IFEP </w:t>
            </w:r>
            <w:r w:rsidR="00A65332" w:rsidRPr="002A4419">
              <w:rPr>
                <w:sz w:val="16"/>
                <w:szCs w:val="16"/>
              </w:rPr>
              <w:t>(Initially Fluent English Proficient)</w:t>
            </w:r>
          </w:p>
          <w:p w14:paraId="7100695B" w14:textId="2A3E98B9" w:rsidR="00A65332" w:rsidRDefault="00000000" w:rsidP="000270D6">
            <w:pPr>
              <w:rPr>
                <w:szCs w:val="16"/>
              </w:rPr>
            </w:pPr>
            <w:sdt>
              <w:sdtPr>
                <w:rPr>
                  <w:szCs w:val="16"/>
                </w:rPr>
                <w:id w:val="-6372000"/>
                <w14:checkbox>
                  <w14:checked w14:val="0"/>
                  <w14:checkedState w14:val="2612" w14:font="MS Gothic"/>
                  <w14:uncheckedState w14:val="2610" w14:font="MS Gothic"/>
                </w14:checkbox>
              </w:sdtPr>
              <w:sdtContent>
                <w:r w:rsidR="006264F7">
                  <w:rPr>
                    <w:rFonts w:ascii="MS Gothic" w:eastAsia="MS Gothic" w:hAnsi="MS Gothic" w:hint="eastAsia"/>
                    <w:szCs w:val="16"/>
                  </w:rPr>
                  <w:t>☐</w:t>
                </w:r>
              </w:sdtContent>
            </w:sdt>
            <w:r w:rsidR="00A65332" w:rsidRPr="002A4419">
              <w:rPr>
                <w:szCs w:val="16"/>
              </w:rPr>
              <w:t xml:space="preserve">RFEP </w:t>
            </w:r>
            <w:r w:rsidR="00A65332" w:rsidRPr="002A4419">
              <w:rPr>
                <w:sz w:val="16"/>
                <w:szCs w:val="16"/>
              </w:rPr>
              <w:t>(Redesignated Fluent English Proficient)</w:t>
            </w:r>
          </w:p>
          <w:p w14:paraId="37D6C258" w14:textId="77777777" w:rsidR="00A65332" w:rsidRDefault="00A65332" w:rsidP="000270D6">
            <w:pPr>
              <w:rPr>
                <w:szCs w:val="16"/>
              </w:rPr>
            </w:pPr>
          </w:p>
          <w:p w14:paraId="201328DD" w14:textId="4181A315" w:rsidR="00A65332" w:rsidRPr="000270D6" w:rsidRDefault="00000000" w:rsidP="000270D6">
            <w:pPr>
              <w:rPr>
                <w:szCs w:val="16"/>
              </w:rPr>
            </w:pPr>
            <w:sdt>
              <w:sdtPr>
                <w:rPr>
                  <w:szCs w:val="16"/>
                </w:rPr>
                <w:id w:val="696275552"/>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English only</w:t>
            </w:r>
          </w:p>
        </w:tc>
        <w:tc>
          <w:tcPr>
            <w:tcW w:w="2898" w:type="dxa"/>
            <w:tcBorders>
              <w:top w:val="single" w:sz="4" w:space="0" w:color="auto"/>
              <w:left w:val="single" w:sz="12" w:space="0" w:color="auto"/>
              <w:bottom w:val="thickThinSmallGap" w:sz="24" w:space="0" w:color="auto"/>
              <w:right w:val="thickThinSmallGap" w:sz="24" w:space="0" w:color="auto"/>
            </w:tcBorders>
            <w:shd w:val="clear" w:color="auto" w:fill="auto"/>
            <w:vAlign w:val="center"/>
          </w:tcPr>
          <w:p w14:paraId="15F1321B" w14:textId="0DCC2F18" w:rsidR="00A65332" w:rsidRPr="002A4419" w:rsidRDefault="00000000" w:rsidP="000270D6">
            <w:pPr>
              <w:rPr>
                <w:sz w:val="8"/>
                <w:szCs w:val="16"/>
              </w:rPr>
            </w:pPr>
            <w:sdt>
              <w:sdtPr>
                <w:rPr>
                  <w:szCs w:val="16"/>
                </w:rPr>
                <w:id w:val="-2106798074"/>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IEP</w:t>
            </w:r>
          </w:p>
          <w:p w14:paraId="4050BDE3" w14:textId="7ED343C6" w:rsidR="00A65332" w:rsidRPr="00634AF4" w:rsidRDefault="00000000" w:rsidP="000270D6">
            <w:pPr>
              <w:rPr>
                <w:szCs w:val="16"/>
              </w:rPr>
            </w:pPr>
            <w:sdt>
              <w:sdtPr>
                <w:rPr>
                  <w:szCs w:val="16"/>
                </w:rPr>
                <w:id w:val="1067537163"/>
                <w14:checkbox>
                  <w14:checked w14:val="1"/>
                  <w14:checkedState w14:val="2612" w14:font="MS Gothic"/>
                  <w14:uncheckedState w14:val="2610" w14:font="MS Gothic"/>
                </w14:checkbox>
              </w:sdtPr>
              <w:sdtContent>
                <w:r w:rsidR="001D0C9A">
                  <w:rPr>
                    <w:rFonts w:ascii="MS Gothic" w:eastAsia="MS Gothic" w:hAnsi="MS Gothic" w:hint="eastAsia"/>
                    <w:szCs w:val="16"/>
                  </w:rPr>
                  <w:t>☒</w:t>
                </w:r>
              </w:sdtContent>
            </w:sdt>
            <w:r w:rsidR="00A65332" w:rsidRPr="002A4419">
              <w:rPr>
                <w:szCs w:val="16"/>
              </w:rPr>
              <w:t>504 plan</w:t>
            </w:r>
          </w:p>
        </w:tc>
      </w:tr>
    </w:tbl>
    <w:p w14:paraId="344F62AE" w14:textId="5C6ACCB9" w:rsidR="005464C2" w:rsidRPr="00737E9C" w:rsidRDefault="005464C2" w:rsidP="0035347F">
      <w:pPr>
        <w:rPr>
          <w:sz w:val="4"/>
          <w:szCs w:val="4"/>
        </w:rPr>
      </w:pPr>
    </w:p>
    <w:tbl>
      <w:tblPr>
        <w:tblpPr w:leftFromText="180" w:rightFromText="180" w:vertAnchor="text" w:tblpXSpec="center" w:tblpY="1"/>
        <w:tblOverlap w:val="never"/>
        <w:tblW w:w="1143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980"/>
        <w:gridCol w:w="810"/>
        <w:gridCol w:w="3240"/>
        <w:gridCol w:w="5400"/>
        <w:gridCol w:w="8"/>
      </w:tblGrid>
      <w:tr w:rsidR="002A4419" w:rsidRPr="002A4419" w14:paraId="1E46ED24" w14:textId="77777777" w:rsidTr="00737E9C">
        <w:trPr>
          <w:trHeight w:val="180"/>
        </w:trPr>
        <w:tc>
          <w:tcPr>
            <w:tcW w:w="11438" w:type="dxa"/>
            <w:gridSpan w:val="5"/>
            <w:tcBorders>
              <w:top w:val="nil"/>
              <w:left w:val="nil"/>
              <w:bottom w:val="single" w:sz="4" w:space="0" w:color="auto"/>
              <w:right w:val="nil"/>
            </w:tcBorders>
          </w:tcPr>
          <w:p w14:paraId="4178CB10" w14:textId="7722BF5B" w:rsidR="00BC120A" w:rsidRPr="00EE6549" w:rsidRDefault="005F3BC6" w:rsidP="00EE6549">
            <w:pPr>
              <w:keepNext/>
              <w:jc w:val="center"/>
              <w:outlineLvl w:val="0"/>
              <w:rPr>
                <w:b/>
                <w:bCs/>
                <w:sz w:val="24"/>
                <w:szCs w:val="24"/>
              </w:rPr>
            </w:pPr>
            <w:r w:rsidRPr="002A4419">
              <w:rPr>
                <w:b/>
                <w:bCs/>
                <w:sz w:val="24"/>
                <w:szCs w:val="24"/>
              </w:rPr>
              <w:t>Before Teaching the Lesson</w:t>
            </w:r>
          </w:p>
        </w:tc>
      </w:tr>
      <w:tr w:rsidR="002A4419" w:rsidRPr="002A4419" w14:paraId="0E139D4F" w14:textId="77777777" w:rsidTr="00737E9C">
        <w:trPr>
          <w:gridAfter w:val="1"/>
          <w:wAfter w:w="8" w:type="dxa"/>
          <w:trHeight w:val="440"/>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7EF00296" w:rsidR="00144D50" w:rsidRPr="008C3349" w:rsidRDefault="00144D50" w:rsidP="006264F7">
            <w:pPr>
              <w:keepNext/>
              <w:outlineLvl w:val="0"/>
              <w:rPr>
                <w:b/>
                <w:bCs/>
                <w:sz w:val="22"/>
                <w:szCs w:val="22"/>
              </w:rPr>
            </w:pPr>
            <w:r w:rsidRPr="008C3349">
              <w:rPr>
                <w:b/>
                <w:sz w:val="22"/>
                <w:szCs w:val="22"/>
              </w:rPr>
              <w:t>Standard</w:t>
            </w:r>
            <w:r w:rsidR="005F548B">
              <w:rPr>
                <w:b/>
                <w:sz w:val="22"/>
                <w:szCs w:val="22"/>
              </w:rPr>
              <w:t>(s)</w:t>
            </w:r>
          </w:p>
        </w:tc>
        <w:tc>
          <w:tcPr>
            <w:tcW w:w="4050" w:type="dxa"/>
            <w:gridSpan w:val="2"/>
            <w:tcBorders>
              <w:top w:val="thickThinSmallGap" w:sz="24" w:space="0" w:color="auto"/>
              <w:left w:val="thickThinSmallGap" w:sz="24" w:space="0" w:color="auto"/>
              <w:right w:val="thickThinSmallGap" w:sz="24" w:space="0" w:color="auto"/>
            </w:tcBorders>
          </w:tcPr>
          <w:p w14:paraId="22A8C29E" w14:textId="77777777" w:rsidR="00315705" w:rsidRDefault="00144D50" w:rsidP="00315705">
            <w:pPr>
              <w:keepNext/>
              <w:outlineLvl w:val="0"/>
              <w:rPr>
                <w:rFonts w:eastAsia="Times"/>
                <w:b/>
                <w:bCs/>
                <w:sz w:val="22"/>
                <w:szCs w:val="22"/>
              </w:rPr>
            </w:pPr>
            <w:r w:rsidRPr="000C39BF">
              <w:rPr>
                <w:rFonts w:eastAsia="Times"/>
                <w:b/>
                <w:bCs/>
                <w:sz w:val="22"/>
                <w:szCs w:val="22"/>
              </w:rPr>
              <w:t>Common Core/Content Standard</w:t>
            </w:r>
            <w:r w:rsidR="005F548B" w:rsidRPr="000C39BF">
              <w:rPr>
                <w:rFonts w:eastAsia="Times"/>
                <w:b/>
                <w:bCs/>
                <w:sz w:val="22"/>
                <w:szCs w:val="22"/>
              </w:rPr>
              <w:t>(s)</w:t>
            </w:r>
            <w:r w:rsidRPr="000C39BF">
              <w:rPr>
                <w:rFonts w:eastAsia="Times"/>
                <w:b/>
                <w:bCs/>
                <w:sz w:val="22"/>
                <w:szCs w:val="22"/>
              </w:rPr>
              <w:t>:</w:t>
            </w:r>
          </w:p>
          <w:p w14:paraId="68F1F720" w14:textId="4435CAA7" w:rsidR="00B50343" w:rsidRDefault="00B50343" w:rsidP="00B50343">
            <w:pPr>
              <w:spacing w:before="100" w:beforeAutospacing="1" w:after="100" w:afterAutospacing="1"/>
            </w:pPr>
            <w:r>
              <w:rPr>
                <w:rFonts w:hAnsi="Symbol"/>
              </w:rPr>
              <w:t></w:t>
            </w:r>
            <w:r>
              <w:t xml:space="preserve"> 1.3.2 – Identify and describe the various roles of leaders in the community and nation.</w:t>
            </w:r>
          </w:p>
          <w:p w14:paraId="25A279F1" w14:textId="32E54BF7" w:rsidR="00B50343" w:rsidRDefault="00B50343" w:rsidP="00B50343">
            <w:pPr>
              <w:spacing w:before="100" w:beforeAutospacing="1" w:after="100" w:afterAutospacing="1"/>
            </w:pPr>
            <w:r>
              <w:rPr>
                <w:rFonts w:hAnsi="Symbol"/>
              </w:rPr>
              <w:t></w:t>
            </w:r>
            <w:r>
              <w:t xml:space="preserve"> 2.5.1 – Understand the concept of heroism and recognize people who have been honored for heroic actions.</w:t>
            </w:r>
          </w:p>
          <w:p w14:paraId="6AF4F294" w14:textId="0A359F7A" w:rsidR="00315705" w:rsidRPr="00B50343" w:rsidRDefault="00B50343" w:rsidP="00B50343">
            <w:pPr>
              <w:spacing w:before="100" w:beforeAutospacing="1" w:after="100" w:afterAutospacing="1"/>
            </w:pPr>
            <w:r>
              <w:rPr>
                <w:rFonts w:hAnsi="Symbol"/>
              </w:rPr>
              <w:t></w:t>
            </w:r>
            <w:r>
              <w:t xml:space="preserve"> 2.5.3 – Know the stories of extraordinary people from the past and present who have made a difference.</w:t>
            </w:r>
          </w:p>
        </w:tc>
        <w:tc>
          <w:tcPr>
            <w:tcW w:w="5400" w:type="dxa"/>
            <w:tcBorders>
              <w:top w:val="thickThinSmallGap" w:sz="24" w:space="0" w:color="auto"/>
              <w:left w:val="thickThinSmallGap" w:sz="24" w:space="0" w:color="auto"/>
              <w:right w:val="thickThinSmallGap" w:sz="24" w:space="0" w:color="auto"/>
            </w:tcBorders>
          </w:tcPr>
          <w:p w14:paraId="30BB6F04" w14:textId="77777777" w:rsidR="00315705" w:rsidRDefault="00144D50" w:rsidP="00315705">
            <w:pPr>
              <w:rPr>
                <w:rFonts w:eastAsia="Times"/>
                <w:b/>
                <w:bCs/>
                <w:sz w:val="22"/>
                <w:szCs w:val="22"/>
              </w:rPr>
            </w:pPr>
            <w:r w:rsidRPr="001673CD">
              <w:rPr>
                <w:rFonts w:eastAsia="Times"/>
                <w:b/>
                <w:bCs/>
                <w:sz w:val="22"/>
                <w:szCs w:val="22"/>
              </w:rPr>
              <w:t>ELD Standard</w:t>
            </w:r>
            <w:r w:rsidR="005F548B" w:rsidRPr="00C1594F">
              <w:rPr>
                <w:rFonts w:eastAsia="Times"/>
                <w:b/>
                <w:bCs/>
                <w:sz w:val="22"/>
                <w:szCs w:val="22"/>
              </w:rPr>
              <w:t>(s)</w:t>
            </w:r>
            <w:r w:rsidR="006264F7">
              <w:rPr>
                <w:rFonts w:eastAsia="Times"/>
                <w:b/>
                <w:bCs/>
                <w:sz w:val="22"/>
                <w:szCs w:val="22"/>
              </w:rPr>
              <w:t>:</w:t>
            </w:r>
          </w:p>
          <w:p w14:paraId="1C82DC26" w14:textId="1AFAEAF6" w:rsidR="00B50343" w:rsidRDefault="00B50343" w:rsidP="00B50343">
            <w:pPr>
              <w:spacing w:before="100" w:beforeAutospacing="1" w:after="100" w:afterAutospacing="1"/>
            </w:pPr>
            <w:r>
              <w:rPr>
                <w:rFonts w:hAnsi="Symbol"/>
              </w:rPr>
              <w:t></w:t>
            </w:r>
            <w:r>
              <w:t xml:space="preserve"> ELD.PI.1–2.6 – Describe familiar people and events using simple and expanded sentences.</w:t>
            </w:r>
          </w:p>
          <w:p w14:paraId="63445EB1" w14:textId="092BD002" w:rsidR="00B50343" w:rsidRDefault="00B50343" w:rsidP="00B50343">
            <w:pPr>
              <w:spacing w:before="100" w:beforeAutospacing="1" w:after="100" w:afterAutospacing="1"/>
            </w:pPr>
            <w:r>
              <w:rPr>
                <w:rFonts w:hAnsi="Symbol"/>
              </w:rPr>
              <w:t></w:t>
            </w:r>
            <w:r>
              <w:t xml:space="preserve"> ELD.PI.1–2.2 – Demonstrate understanding of oral texts by asking and answering questions.</w:t>
            </w:r>
          </w:p>
          <w:p w14:paraId="1076D514" w14:textId="4BD0D8FB" w:rsidR="00B50343" w:rsidRPr="00B50343" w:rsidRDefault="00B50343" w:rsidP="00B50343">
            <w:pPr>
              <w:spacing w:before="100" w:beforeAutospacing="1" w:after="100" w:afterAutospacing="1"/>
            </w:pPr>
            <w:r>
              <w:rPr>
                <w:rFonts w:hAnsi="Symbol"/>
              </w:rPr>
              <w:t></w:t>
            </w:r>
            <w:r>
              <w:t xml:space="preserve"> ELD.PI.1–2.12a – Use appropriate vocabulary to describe content-specific ideas and events.</w:t>
            </w:r>
          </w:p>
          <w:p w14:paraId="520B1439" w14:textId="6FAE6B81" w:rsidR="00315705" w:rsidRPr="00315705" w:rsidRDefault="00315705" w:rsidP="00AA7809">
            <w:pPr>
              <w:pStyle w:val="ListParagraph"/>
              <w:rPr>
                <w:rFonts w:eastAsia="Times"/>
                <w:b/>
                <w:bCs/>
                <w:sz w:val="22"/>
                <w:szCs w:val="22"/>
              </w:rPr>
            </w:pPr>
          </w:p>
        </w:tc>
      </w:tr>
      <w:tr w:rsidR="006B039E" w:rsidRPr="002A4419" w14:paraId="5E5F753C" w14:textId="77777777" w:rsidTr="00737E9C">
        <w:trPr>
          <w:gridAfter w:val="1"/>
          <w:wAfter w:w="8" w:type="dxa"/>
          <w:trHeight w:val="449"/>
        </w:trPr>
        <w:tc>
          <w:tcPr>
            <w:tcW w:w="1980" w:type="dxa"/>
            <w:tcBorders>
              <w:top w:val="thickThinSmallGap" w:sz="24" w:space="0" w:color="auto"/>
              <w:left w:val="thickThinSmallGap" w:sz="24" w:space="0" w:color="auto"/>
              <w:right w:val="thickThinSmallGap" w:sz="24" w:space="0" w:color="auto"/>
            </w:tcBorders>
            <w:shd w:val="clear" w:color="auto" w:fill="DBDBDB" w:themeFill="accent3" w:themeFillTint="66"/>
          </w:tcPr>
          <w:p w14:paraId="38FE1D95" w14:textId="0ACC5F41" w:rsidR="006B039E" w:rsidRPr="008C3349" w:rsidRDefault="006B039E" w:rsidP="006264F7">
            <w:pPr>
              <w:keepNext/>
              <w:outlineLvl w:val="0"/>
              <w:rPr>
                <w:b/>
                <w:sz w:val="22"/>
                <w:szCs w:val="22"/>
              </w:rPr>
            </w:pPr>
            <w:r w:rsidRPr="00A65332">
              <w:rPr>
                <w:b/>
                <w:sz w:val="22"/>
                <w:szCs w:val="22"/>
              </w:rPr>
              <w:t xml:space="preserve">Objectives </w:t>
            </w:r>
          </w:p>
        </w:tc>
        <w:tc>
          <w:tcPr>
            <w:tcW w:w="4050" w:type="dxa"/>
            <w:gridSpan w:val="2"/>
            <w:tcBorders>
              <w:top w:val="thickThinSmallGap" w:sz="24" w:space="0" w:color="auto"/>
              <w:left w:val="thickThinSmallGap" w:sz="24" w:space="0" w:color="auto"/>
              <w:right w:val="thickThinSmallGap" w:sz="24" w:space="0" w:color="auto"/>
            </w:tcBorders>
          </w:tcPr>
          <w:p w14:paraId="2D5895C1" w14:textId="77777777" w:rsidR="00B50343" w:rsidRDefault="006B039E" w:rsidP="00B50343">
            <w:pPr>
              <w:keepNext/>
              <w:outlineLvl w:val="0"/>
              <w:rPr>
                <w:rFonts w:eastAsia="Times"/>
                <w:b/>
                <w:bCs/>
                <w:sz w:val="22"/>
                <w:szCs w:val="22"/>
              </w:rPr>
            </w:pPr>
            <w:r w:rsidRPr="006C76A0">
              <w:rPr>
                <w:rFonts w:eastAsia="Times"/>
                <w:b/>
                <w:bCs/>
                <w:sz w:val="22"/>
                <w:szCs w:val="22"/>
              </w:rPr>
              <w:t xml:space="preserve">Lesson Objective(s)/Goal(s): </w:t>
            </w:r>
          </w:p>
          <w:p w14:paraId="07C19E8C" w14:textId="1AB12518" w:rsidR="00315705" w:rsidRPr="00B50343" w:rsidRDefault="00B50343" w:rsidP="00B50343">
            <w:pPr>
              <w:pStyle w:val="ListParagraph"/>
              <w:keepNext/>
              <w:numPr>
                <w:ilvl w:val="0"/>
                <w:numId w:val="48"/>
              </w:numPr>
              <w:outlineLvl w:val="0"/>
              <w:rPr>
                <w:rFonts w:eastAsia="Times"/>
                <w:b/>
                <w:bCs/>
                <w:sz w:val="22"/>
                <w:szCs w:val="22"/>
              </w:rPr>
            </w:pPr>
            <w:r>
              <w:t>By the end of the lesson, after completing a graphic organizer about a chosen hero on Day 1, students will reflect and share details about their hero and then write a few sentences describing who they chose, what makes this person a hero, and how that person helps others.</w:t>
            </w:r>
          </w:p>
        </w:tc>
        <w:tc>
          <w:tcPr>
            <w:tcW w:w="5400" w:type="dxa"/>
            <w:tcBorders>
              <w:top w:val="thickThinSmallGap" w:sz="24" w:space="0" w:color="auto"/>
              <w:left w:val="thickThinSmallGap" w:sz="24" w:space="0" w:color="auto"/>
              <w:right w:val="thickThinSmallGap" w:sz="24" w:space="0" w:color="auto"/>
            </w:tcBorders>
          </w:tcPr>
          <w:p w14:paraId="0D3C517D" w14:textId="77777777" w:rsidR="00B50343" w:rsidRDefault="006B039E" w:rsidP="00B50343">
            <w:pPr>
              <w:rPr>
                <w:b/>
                <w:sz w:val="22"/>
                <w:szCs w:val="22"/>
              </w:rPr>
            </w:pPr>
            <w:r w:rsidRPr="00BB7B32">
              <w:rPr>
                <w:b/>
                <w:sz w:val="22"/>
                <w:szCs w:val="22"/>
              </w:rPr>
              <w:t>Language Objective(s):</w:t>
            </w:r>
          </w:p>
          <w:p w14:paraId="12A3E095" w14:textId="264A58C5" w:rsidR="00B50343" w:rsidRPr="00B50343" w:rsidRDefault="00B50343" w:rsidP="00B50343">
            <w:pPr>
              <w:pStyle w:val="ListParagraph"/>
              <w:numPr>
                <w:ilvl w:val="0"/>
                <w:numId w:val="48"/>
              </w:numPr>
              <w:rPr>
                <w:b/>
                <w:sz w:val="22"/>
                <w:szCs w:val="22"/>
              </w:rPr>
            </w:pPr>
            <w:r>
              <w:t>Students will use complete sentences and key vocabulary like “hero,” “brave,” “helpful,” and “protect” to orally and in writing describe a person they believe is a hero.</w:t>
            </w:r>
          </w:p>
          <w:p w14:paraId="29EC03ED" w14:textId="1D8E58BB" w:rsidR="00B50343" w:rsidRPr="00B50343" w:rsidRDefault="00B50343" w:rsidP="00B50343">
            <w:pPr>
              <w:rPr>
                <w:rFonts w:eastAsia="Times"/>
                <w:b/>
                <w:bCs/>
                <w:sz w:val="22"/>
                <w:szCs w:val="22"/>
              </w:rPr>
            </w:pPr>
          </w:p>
        </w:tc>
      </w:tr>
      <w:tr w:rsidR="006B039E" w:rsidRPr="002A4419" w14:paraId="28217F56" w14:textId="77777777" w:rsidTr="00737E9C">
        <w:trPr>
          <w:trHeight w:val="513"/>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7B9D4B8" w14:textId="7A131D54" w:rsidR="006B039E" w:rsidRPr="008C3349" w:rsidRDefault="001D7266" w:rsidP="006B039E">
            <w:pPr>
              <w:rPr>
                <w:b/>
                <w:sz w:val="22"/>
                <w:szCs w:val="22"/>
              </w:rPr>
            </w:pPr>
            <w:r>
              <w:rPr>
                <w:b/>
                <w:sz w:val="22"/>
                <w:szCs w:val="22"/>
              </w:rPr>
              <w:t>Language Demands (Functions, Vocabulary, Discourse, Syntax)</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059DFF13" w14:textId="77777777" w:rsidR="00B50343" w:rsidRDefault="00B50343" w:rsidP="00B50343">
            <w:pPr>
              <w:pStyle w:val="ListParagraph"/>
              <w:numPr>
                <w:ilvl w:val="0"/>
                <w:numId w:val="48"/>
              </w:numPr>
              <w:spacing w:before="100" w:beforeAutospacing="1" w:after="100" w:afterAutospacing="1"/>
            </w:pPr>
            <w:r>
              <w:rPr>
                <w:rStyle w:val="Strong"/>
              </w:rPr>
              <w:t>Function:</w:t>
            </w:r>
            <w:r>
              <w:t xml:space="preserve"> Describe, explain, justify</w:t>
            </w:r>
          </w:p>
          <w:p w14:paraId="22F0F566" w14:textId="77777777" w:rsidR="00B50343" w:rsidRDefault="00B50343" w:rsidP="00B50343">
            <w:pPr>
              <w:pStyle w:val="ListParagraph"/>
              <w:numPr>
                <w:ilvl w:val="0"/>
                <w:numId w:val="48"/>
              </w:numPr>
              <w:spacing w:before="100" w:beforeAutospacing="1" w:after="100" w:afterAutospacing="1"/>
            </w:pPr>
            <w:r>
              <w:rPr>
                <w:rStyle w:val="Strong"/>
              </w:rPr>
              <w:t>Vocabulary:</w:t>
            </w:r>
            <w:r>
              <w:t xml:space="preserve"> hero, brave, helpful, protect, community, inspire, important\</w:t>
            </w:r>
          </w:p>
          <w:p w14:paraId="587EF405" w14:textId="77777777" w:rsidR="00B50343" w:rsidRPr="00B50343" w:rsidRDefault="00B50343" w:rsidP="00B50343">
            <w:pPr>
              <w:pStyle w:val="ListParagraph"/>
              <w:numPr>
                <w:ilvl w:val="0"/>
                <w:numId w:val="48"/>
              </w:numPr>
              <w:spacing w:before="100" w:beforeAutospacing="1" w:after="100" w:afterAutospacing="1"/>
              <w:rPr>
                <w:rStyle w:val="Strong"/>
                <w:b w:val="0"/>
                <w:bCs w:val="0"/>
              </w:rPr>
            </w:pPr>
            <w:r>
              <w:rPr>
                <w:rStyle w:val="Strong"/>
              </w:rPr>
              <w:t>Syntax/Discourse:</w:t>
            </w:r>
          </w:p>
          <w:p w14:paraId="55BC7945" w14:textId="77777777" w:rsidR="00B50343" w:rsidRDefault="00B50343" w:rsidP="00B50343">
            <w:pPr>
              <w:pStyle w:val="ListParagraph"/>
              <w:spacing w:before="100" w:beforeAutospacing="1" w:after="100" w:afterAutospacing="1"/>
            </w:pPr>
            <w:r>
              <w:t>“A hero is someone who ___.”</w:t>
            </w:r>
          </w:p>
          <w:p w14:paraId="2FE97E62" w14:textId="77777777" w:rsidR="00B50343" w:rsidRDefault="00B50343" w:rsidP="00B50343">
            <w:pPr>
              <w:pStyle w:val="ListParagraph"/>
              <w:spacing w:before="100" w:beforeAutospacing="1" w:after="100" w:afterAutospacing="1"/>
            </w:pPr>
            <w:r>
              <w:t>“My hero is ___ because ___.”</w:t>
            </w:r>
          </w:p>
          <w:p w14:paraId="0E766745" w14:textId="77777777" w:rsidR="00B50343" w:rsidRDefault="00B50343" w:rsidP="00B50343">
            <w:pPr>
              <w:pStyle w:val="ListParagraph"/>
              <w:spacing w:before="100" w:beforeAutospacing="1" w:after="100" w:afterAutospacing="1"/>
            </w:pPr>
            <w:r>
              <w:t>“They help people by ___.”</w:t>
            </w:r>
          </w:p>
          <w:p w14:paraId="7417018E" w14:textId="0DAF0599" w:rsidR="00B50343" w:rsidRDefault="00B50343" w:rsidP="00B50343">
            <w:pPr>
              <w:pStyle w:val="ListParagraph"/>
              <w:spacing w:before="100" w:beforeAutospacing="1" w:after="100" w:afterAutospacing="1"/>
            </w:pPr>
            <w:r>
              <w:t>“Heroes are important because ___.”</w:t>
            </w:r>
          </w:p>
          <w:p w14:paraId="0377DB37" w14:textId="4A62A51B" w:rsidR="006B039E" w:rsidRPr="006264F7" w:rsidRDefault="006B039E" w:rsidP="00B50343">
            <w:pPr>
              <w:pStyle w:val="NormalWeb"/>
              <w:rPr>
                <w:sz w:val="22"/>
                <w:szCs w:val="22"/>
              </w:rPr>
            </w:pPr>
          </w:p>
        </w:tc>
      </w:tr>
      <w:tr w:rsidR="006B039E" w:rsidRPr="002A4419" w14:paraId="7AA58AAC" w14:textId="77777777" w:rsidTr="00737E9C">
        <w:trPr>
          <w:trHeight w:val="1008"/>
        </w:trPr>
        <w:tc>
          <w:tcPr>
            <w:tcW w:w="2790" w:type="dxa"/>
            <w:gridSpan w:val="2"/>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3DF8B049" w:rsidR="006B039E" w:rsidRPr="008C3349" w:rsidRDefault="29C6A204" w:rsidP="29C6A204">
            <w:pPr>
              <w:rPr>
                <w:b/>
                <w:bCs/>
                <w:sz w:val="22"/>
                <w:szCs w:val="22"/>
              </w:rPr>
            </w:pPr>
            <w:r w:rsidRPr="29C6A204">
              <w:rPr>
                <w:b/>
                <w:bCs/>
                <w:sz w:val="22"/>
                <w:szCs w:val="22"/>
              </w:rPr>
              <w:t xml:space="preserve">Supports, modifications, inclusive approaches, and/or accommodations, </w:t>
            </w:r>
            <w:r w:rsidRPr="29C6A204">
              <w:rPr>
                <w:b/>
                <w:bCs/>
                <w:sz w:val="22"/>
                <w:szCs w:val="22"/>
              </w:rPr>
              <w:lastRenderedPageBreak/>
              <w:t>for specific students or groups</w:t>
            </w:r>
          </w:p>
        </w:tc>
        <w:tc>
          <w:tcPr>
            <w:tcW w:w="8648" w:type="dxa"/>
            <w:gridSpan w:val="3"/>
            <w:tcBorders>
              <w:top w:val="thickThinSmallGap" w:sz="24" w:space="0" w:color="auto"/>
              <w:left w:val="thickThinSmallGap" w:sz="24" w:space="0" w:color="auto"/>
              <w:bottom w:val="thickThinSmallGap" w:sz="24" w:space="0" w:color="auto"/>
              <w:right w:val="thickThinSmallGap" w:sz="24" w:space="0" w:color="auto"/>
            </w:tcBorders>
          </w:tcPr>
          <w:p w14:paraId="3BCA8DD5" w14:textId="243581B3" w:rsidR="00B50343" w:rsidRDefault="00B50343" w:rsidP="00B50343">
            <w:pPr>
              <w:spacing w:before="100" w:beforeAutospacing="1" w:after="100" w:afterAutospacing="1"/>
            </w:pPr>
            <w:r>
              <w:rPr>
                <w:rFonts w:hAnsi="Symbol"/>
              </w:rPr>
              <w:lastRenderedPageBreak/>
              <w:t></w:t>
            </w:r>
            <w:r>
              <w:t xml:space="preserve"> Graphic organizer from Day 1 remains visible or accessible</w:t>
            </w:r>
          </w:p>
          <w:p w14:paraId="64AFEC9C" w14:textId="7E9CD957" w:rsidR="00B50343" w:rsidRDefault="00B50343" w:rsidP="00B50343">
            <w:pPr>
              <w:spacing w:before="100" w:beforeAutospacing="1" w:after="100" w:afterAutospacing="1"/>
            </w:pPr>
            <w:r>
              <w:rPr>
                <w:rFonts w:hAnsi="Symbol"/>
              </w:rPr>
              <w:t></w:t>
            </w:r>
            <w:r>
              <w:t xml:space="preserve"> Sentence stems and vocabulary bank posted on the board</w:t>
            </w:r>
          </w:p>
          <w:p w14:paraId="4C14FA68" w14:textId="5EF0A8AF" w:rsidR="00B50343" w:rsidRDefault="00B50343" w:rsidP="00B50343">
            <w:pPr>
              <w:spacing w:before="100" w:beforeAutospacing="1" w:after="100" w:afterAutospacing="1"/>
            </w:pPr>
            <w:r>
              <w:rPr>
                <w:rFonts w:hAnsi="Symbol"/>
              </w:rPr>
              <w:lastRenderedPageBreak/>
              <w:t></w:t>
            </w:r>
            <w:r>
              <w:t xml:space="preserve"> Visual anchor chart from Day 1 video can be used to scaffold ideas</w:t>
            </w:r>
          </w:p>
          <w:p w14:paraId="5BD74A89" w14:textId="3B02E500" w:rsidR="00B50343" w:rsidRDefault="00B50343" w:rsidP="00B50343">
            <w:pPr>
              <w:spacing w:before="100" w:beforeAutospacing="1" w:after="100" w:afterAutospacing="1"/>
            </w:pPr>
            <w:r>
              <w:rPr>
                <w:rFonts w:hAnsi="Symbol"/>
              </w:rPr>
              <w:t></w:t>
            </w:r>
            <w:r>
              <w:t xml:space="preserve"> Students may dictate their sentences or draw more if needed</w:t>
            </w:r>
          </w:p>
          <w:p w14:paraId="6D53530B" w14:textId="4BDD0A18" w:rsidR="00B50343" w:rsidRDefault="00B50343" w:rsidP="00B50343">
            <w:pPr>
              <w:spacing w:before="100" w:beforeAutospacing="1" w:after="100" w:afterAutospacing="1"/>
            </w:pPr>
            <w:r>
              <w:rPr>
                <w:rFonts w:hAnsi="Symbol"/>
              </w:rPr>
              <w:t></w:t>
            </w:r>
            <w:r>
              <w:t xml:space="preserve"> Pair work before writing for oral rehearsal</w:t>
            </w:r>
          </w:p>
          <w:p w14:paraId="30A5AEB4" w14:textId="4D1EE24A" w:rsidR="00B50343" w:rsidRDefault="00B50343" w:rsidP="00B50343">
            <w:pPr>
              <w:spacing w:before="100" w:beforeAutospacing="1" w:after="100" w:afterAutospacing="1"/>
            </w:pPr>
            <w:r>
              <w:rPr>
                <w:rFonts w:hAnsi="Symbol"/>
              </w:rPr>
              <w:t></w:t>
            </w:r>
            <w:r>
              <w:t xml:space="preserve"> Teacher or aide can provide one-on-one scribing help if necessary</w:t>
            </w:r>
          </w:p>
          <w:p w14:paraId="55BACF0A" w14:textId="4C82436B" w:rsidR="006B039E" w:rsidRPr="00315705" w:rsidRDefault="006B039E" w:rsidP="00B50343">
            <w:pPr>
              <w:pStyle w:val="NormalWeb"/>
            </w:pPr>
          </w:p>
        </w:tc>
      </w:tr>
    </w:tbl>
    <w:p w14:paraId="557A754C" w14:textId="4E81AF8D" w:rsidR="00737E9C" w:rsidRPr="00737E9C" w:rsidRDefault="00737E9C" w:rsidP="00737E9C">
      <w:pPr>
        <w:tabs>
          <w:tab w:val="left" w:pos="8340"/>
        </w:tabs>
        <w:rPr>
          <w:sz w:val="4"/>
          <w:szCs w:val="4"/>
        </w:rPr>
      </w:pPr>
    </w:p>
    <w:p w14:paraId="60DF40B6" w14:textId="603896AD" w:rsidR="00DE1BF7" w:rsidRDefault="00737E9C" w:rsidP="00DE1BF7">
      <w:pPr>
        <w:jc w:val="center"/>
      </w:pPr>
      <w:r>
        <w:rPr>
          <w:b/>
          <w:sz w:val="24"/>
          <w:szCs w:val="24"/>
        </w:rPr>
        <w:t>T</w:t>
      </w:r>
      <w:r w:rsidR="00DE1BF7">
        <w:rPr>
          <w:b/>
          <w:sz w:val="24"/>
          <w:szCs w:val="24"/>
        </w:rPr>
        <w:t>eaching the Lesson/</w:t>
      </w:r>
      <w:r w:rsidR="00DE1BF7" w:rsidRPr="002A4419">
        <w:rPr>
          <w:b/>
          <w:sz w:val="24"/>
          <w:szCs w:val="24"/>
        </w:rPr>
        <w:t>Sequence of Lesson Procedures</w:t>
      </w:r>
    </w:p>
    <w:tbl>
      <w:tblPr>
        <w:tblpPr w:leftFromText="180" w:rightFromText="180" w:vertAnchor="text" w:tblpXSpec="center" w:tblpY="1"/>
        <w:tblOverlap w:val="never"/>
        <w:tblW w:w="1152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2250"/>
        <w:gridCol w:w="9270"/>
      </w:tblGrid>
      <w:tr w:rsidR="00DE1BF7" w:rsidRPr="002A4419" w14:paraId="32484490" w14:textId="77777777" w:rsidTr="00737E9C">
        <w:trPr>
          <w:trHeight w:val="357"/>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E92CF1B" w14:textId="4A4C0CB8" w:rsidR="00DE1BF7" w:rsidRPr="00A32E65" w:rsidRDefault="00DE1BF7" w:rsidP="00646285">
            <w:pPr>
              <w:rPr>
                <w:b/>
                <w:sz w:val="22"/>
                <w:szCs w:val="22"/>
              </w:rPr>
            </w:pPr>
            <w:r w:rsidRPr="00B11065">
              <w:rPr>
                <w:b/>
                <w:sz w:val="22"/>
                <w:szCs w:val="22"/>
              </w:rPr>
              <w:t>Lesson Procedures/</w:t>
            </w:r>
            <w:r>
              <w:rPr>
                <w:b/>
                <w:sz w:val="22"/>
                <w:szCs w:val="22"/>
              </w:rPr>
              <w:t xml:space="preserve"> </w:t>
            </w:r>
            <w:r w:rsidRPr="00B11065">
              <w:rPr>
                <w:b/>
                <w:sz w:val="22"/>
                <w:szCs w:val="22"/>
              </w:rPr>
              <w:t>Steps</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3BCA3BAF" w14:textId="77777777" w:rsidR="00B50343" w:rsidRDefault="00B50343" w:rsidP="00B50343">
            <w:pPr>
              <w:numPr>
                <w:ilvl w:val="0"/>
                <w:numId w:val="50"/>
              </w:numPr>
              <w:spacing w:before="100" w:beforeAutospacing="1" w:after="100" w:afterAutospacing="1"/>
            </w:pPr>
            <w:r>
              <w:rPr>
                <w:rStyle w:val="Strong"/>
              </w:rPr>
              <w:t>Warm-Up &amp; Review (5–7 mins):</w:t>
            </w:r>
          </w:p>
          <w:p w14:paraId="06FF8AA3" w14:textId="77777777" w:rsidR="00B50343" w:rsidRDefault="00B50343" w:rsidP="00B50343">
            <w:pPr>
              <w:numPr>
                <w:ilvl w:val="1"/>
                <w:numId w:val="50"/>
              </w:numPr>
              <w:spacing w:before="100" w:beforeAutospacing="1" w:after="100" w:afterAutospacing="1"/>
            </w:pPr>
            <w:r>
              <w:t>Prompt students to turn and talk: “What did you learn about heroes from the video and story yesterday?”</w:t>
            </w:r>
          </w:p>
          <w:p w14:paraId="14763428" w14:textId="08E0F29C" w:rsidR="00B50343" w:rsidRDefault="00B50343" w:rsidP="00B50343">
            <w:pPr>
              <w:numPr>
                <w:ilvl w:val="1"/>
                <w:numId w:val="50"/>
              </w:numPr>
              <w:spacing w:before="100" w:beforeAutospacing="1" w:after="100" w:afterAutospacing="1"/>
            </w:pPr>
            <w:r>
              <w:t>Ask a few students to share out their completed Four-Square organizer responses (Definition, Facts/Characteristics, Examples, Non-Examples).</w:t>
            </w:r>
          </w:p>
          <w:p w14:paraId="15BBAB11" w14:textId="77777777" w:rsidR="00B50343" w:rsidRDefault="00B50343" w:rsidP="00B50343">
            <w:pPr>
              <w:numPr>
                <w:ilvl w:val="0"/>
                <w:numId w:val="50"/>
              </w:numPr>
              <w:spacing w:before="100" w:beforeAutospacing="1" w:after="100" w:afterAutospacing="1"/>
            </w:pPr>
            <w:r>
              <w:rPr>
                <w:rStyle w:val="Strong"/>
              </w:rPr>
              <w:t>Modeling the Writing (8–10 mins):</w:t>
            </w:r>
          </w:p>
          <w:p w14:paraId="5B9E580E" w14:textId="77777777" w:rsidR="00B50343" w:rsidRDefault="00B50343" w:rsidP="00B50343">
            <w:pPr>
              <w:numPr>
                <w:ilvl w:val="1"/>
                <w:numId w:val="50"/>
              </w:numPr>
              <w:spacing w:before="100" w:beforeAutospacing="1" w:after="100" w:afterAutospacing="1"/>
            </w:pPr>
            <w:r>
              <w:t>Show your own example from the Four Square and walk through how you turn it into 3–4 complete sentences.</w:t>
            </w:r>
          </w:p>
          <w:p w14:paraId="64A509B8" w14:textId="77777777" w:rsidR="00B50343" w:rsidRDefault="00B50343" w:rsidP="00B50343">
            <w:pPr>
              <w:numPr>
                <w:ilvl w:val="1"/>
                <w:numId w:val="50"/>
              </w:numPr>
              <w:spacing w:before="100" w:beforeAutospacing="1" w:after="100" w:afterAutospacing="1"/>
            </w:pPr>
            <w:r>
              <w:t>For example:</w:t>
            </w:r>
          </w:p>
          <w:p w14:paraId="2A72C29E" w14:textId="77777777" w:rsidR="00B50343" w:rsidRDefault="00B50343" w:rsidP="00B50343">
            <w:pPr>
              <w:numPr>
                <w:ilvl w:val="2"/>
                <w:numId w:val="50"/>
              </w:numPr>
              <w:spacing w:before="100" w:beforeAutospacing="1" w:after="100" w:afterAutospacing="1"/>
            </w:pPr>
            <w:r>
              <w:t>“I chose a firefighter as my hero.”</w:t>
            </w:r>
          </w:p>
          <w:p w14:paraId="0FA0FB06" w14:textId="77777777" w:rsidR="00B50343" w:rsidRDefault="00B50343" w:rsidP="00B50343">
            <w:pPr>
              <w:numPr>
                <w:ilvl w:val="2"/>
                <w:numId w:val="50"/>
              </w:numPr>
              <w:spacing w:before="100" w:beforeAutospacing="1" w:after="100" w:afterAutospacing="1"/>
            </w:pPr>
            <w:r>
              <w:t>“They are brave because they rescue people and protect our city.”</w:t>
            </w:r>
          </w:p>
          <w:p w14:paraId="2DCABD91" w14:textId="77777777" w:rsidR="00B50343" w:rsidRDefault="00B50343" w:rsidP="00B50343">
            <w:pPr>
              <w:numPr>
                <w:ilvl w:val="2"/>
                <w:numId w:val="50"/>
              </w:numPr>
              <w:spacing w:before="100" w:beforeAutospacing="1" w:after="100" w:afterAutospacing="1"/>
            </w:pPr>
            <w:r>
              <w:t>“Firefighters wear uniforms and drive firetrucks to emergencies.”</w:t>
            </w:r>
          </w:p>
          <w:p w14:paraId="55D739D8" w14:textId="77777777" w:rsidR="00B50343" w:rsidRDefault="00B50343" w:rsidP="00B50343">
            <w:pPr>
              <w:numPr>
                <w:ilvl w:val="2"/>
                <w:numId w:val="50"/>
              </w:numPr>
              <w:spacing w:before="100" w:beforeAutospacing="1" w:after="100" w:afterAutospacing="1"/>
            </w:pPr>
            <w:r>
              <w:t>“They are heroes because they help people when they are in danger.”</w:t>
            </w:r>
          </w:p>
          <w:p w14:paraId="3CD2E8F6" w14:textId="0D38EC07" w:rsidR="00B50343" w:rsidRDefault="00B50343" w:rsidP="00B50343">
            <w:pPr>
              <w:numPr>
                <w:ilvl w:val="1"/>
                <w:numId w:val="50"/>
              </w:numPr>
              <w:spacing w:before="100" w:beforeAutospacing="1" w:after="100" w:afterAutospacing="1"/>
            </w:pPr>
            <w:r>
              <w:t xml:space="preserve">Post sentence starters </w:t>
            </w:r>
            <w:r w:rsidR="00AD6F93">
              <w:t>on the board</w:t>
            </w:r>
            <w:r>
              <w:t>:</w:t>
            </w:r>
          </w:p>
          <w:p w14:paraId="024008E0" w14:textId="77777777" w:rsidR="00B50343" w:rsidRDefault="00B50343" w:rsidP="00B50343">
            <w:pPr>
              <w:numPr>
                <w:ilvl w:val="2"/>
                <w:numId w:val="50"/>
              </w:numPr>
              <w:spacing w:before="100" w:beforeAutospacing="1" w:after="100" w:afterAutospacing="1"/>
            </w:pPr>
            <w:r>
              <w:t>“My hero is ___.”</w:t>
            </w:r>
          </w:p>
          <w:p w14:paraId="6DA1353E" w14:textId="77777777" w:rsidR="00B50343" w:rsidRDefault="00B50343" w:rsidP="00B50343">
            <w:pPr>
              <w:numPr>
                <w:ilvl w:val="2"/>
                <w:numId w:val="50"/>
              </w:numPr>
              <w:spacing w:before="100" w:beforeAutospacing="1" w:after="100" w:afterAutospacing="1"/>
            </w:pPr>
            <w:r>
              <w:t>“They are a hero because ___.”</w:t>
            </w:r>
          </w:p>
          <w:p w14:paraId="5C846A62" w14:textId="77777777" w:rsidR="00B50343" w:rsidRDefault="00B50343" w:rsidP="00B50343">
            <w:pPr>
              <w:numPr>
                <w:ilvl w:val="2"/>
                <w:numId w:val="50"/>
              </w:numPr>
              <w:spacing w:before="100" w:beforeAutospacing="1" w:after="100" w:afterAutospacing="1"/>
            </w:pPr>
            <w:r>
              <w:t>“I learned that heroes ___.”</w:t>
            </w:r>
          </w:p>
          <w:p w14:paraId="5EF220B8" w14:textId="77777777" w:rsidR="00B50343" w:rsidRDefault="00B50343" w:rsidP="00B50343">
            <w:pPr>
              <w:numPr>
                <w:ilvl w:val="0"/>
                <w:numId w:val="50"/>
              </w:numPr>
              <w:spacing w:before="100" w:beforeAutospacing="1" w:after="100" w:afterAutospacing="1"/>
            </w:pPr>
            <w:r>
              <w:rPr>
                <w:rStyle w:val="Strong"/>
              </w:rPr>
              <w:t>Partner Discussion (5–7 mins):</w:t>
            </w:r>
          </w:p>
          <w:p w14:paraId="09DE1AFF" w14:textId="77777777" w:rsidR="00B50343" w:rsidRDefault="00B50343" w:rsidP="00B50343">
            <w:pPr>
              <w:numPr>
                <w:ilvl w:val="1"/>
                <w:numId w:val="50"/>
              </w:numPr>
              <w:spacing w:before="100" w:beforeAutospacing="1" w:after="100" w:afterAutospacing="1"/>
            </w:pPr>
            <w:r>
              <w:t>Students turn to a partner and use their organizer to verbally describe their chosen hero using the sentence frames.</w:t>
            </w:r>
          </w:p>
          <w:p w14:paraId="28BE6E8C" w14:textId="77777777" w:rsidR="00B50343" w:rsidRDefault="00B50343" w:rsidP="00B50343">
            <w:pPr>
              <w:numPr>
                <w:ilvl w:val="1"/>
                <w:numId w:val="50"/>
              </w:numPr>
              <w:spacing w:before="100" w:beforeAutospacing="1" w:after="100" w:afterAutospacing="1"/>
            </w:pPr>
            <w:r>
              <w:t>Encourage students to listen respectfully and ask questions like, “Why did you choose them?” or “What do they do?”</w:t>
            </w:r>
          </w:p>
          <w:p w14:paraId="2CA3B665" w14:textId="77777777" w:rsidR="00B50343" w:rsidRDefault="00B50343" w:rsidP="00B50343">
            <w:pPr>
              <w:numPr>
                <w:ilvl w:val="0"/>
                <w:numId w:val="50"/>
              </w:numPr>
              <w:spacing w:before="100" w:beforeAutospacing="1" w:after="100" w:afterAutospacing="1"/>
            </w:pPr>
            <w:r>
              <w:rPr>
                <w:rStyle w:val="Strong"/>
              </w:rPr>
              <w:t>Independent Writing (15–20 mins):</w:t>
            </w:r>
          </w:p>
          <w:p w14:paraId="77EF212A" w14:textId="20DD7312" w:rsidR="00AD6F93" w:rsidRDefault="00AD6F93" w:rsidP="00B50343">
            <w:pPr>
              <w:numPr>
                <w:ilvl w:val="1"/>
                <w:numId w:val="50"/>
              </w:numPr>
              <w:spacing w:before="100" w:beforeAutospacing="1" w:after="100" w:afterAutospacing="1"/>
            </w:pPr>
            <w:r>
              <w:t>Pass out the descriptive writing worksheet.</w:t>
            </w:r>
          </w:p>
          <w:p w14:paraId="1F9909C0" w14:textId="5BC38C6D" w:rsidR="00B50343" w:rsidRDefault="00B50343" w:rsidP="00B50343">
            <w:pPr>
              <w:numPr>
                <w:ilvl w:val="1"/>
                <w:numId w:val="50"/>
              </w:numPr>
              <w:spacing w:before="100" w:beforeAutospacing="1" w:after="100" w:afterAutospacing="1"/>
            </w:pPr>
            <w:r>
              <w:t>Students take their Day 1 worksheet and use it to write 2–4 sentences about their hero.</w:t>
            </w:r>
          </w:p>
          <w:p w14:paraId="4D17C20C" w14:textId="77777777" w:rsidR="00B50343" w:rsidRDefault="00B50343" w:rsidP="00B50343">
            <w:pPr>
              <w:numPr>
                <w:ilvl w:val="1"/>
                <w:numId w:val="50"/>
              </w:numPr>
              <w:spacing w:before="100" w:beforeAutospacing="1" w:after="100" w:afterAutospacing="1"/>
            </w:pPr>
            <w:r>
              <w:t xml:space="preserve">Students also add a </w:t>
            </w:r>
            <w:r>
              <w:rPr>
                <w:rStyle w:val="Strong"/>
              </w:rPr>
              <w:t>detailed drawing</w:t>
            </w:r>
            <w:r>
              <w:t xml:space="preserve"> of their hero (label if possible).</w:t>
            </w:r>
          </w:p>
          <w:p w14:paraId="311FF6B5" w14:textId="19131670" w:rsidR="00DE1BF7" w:rsidRPr="00315705" w:rsidRDefault="00B50343" w:rsidP="00B50343">
            <w:pPr>
              <w:numPr>
                <w:ilvl w:val="1"/>
                <w:numId w:val="50"/>
              </w:numPr>
              <w:spacing w:before="100" w:beforeAutospacing="1" w:after="100" w:afterAutospacing="1"/>
            </w:pPr>
            <w:r>
              <w:t>Teacher circulates to support sentence structure, vocabulary use, and encouragement.</w:t>
            </w:r>
          </w:p>
        </w:tc>
      </w:tr>
      <w:tr w:rsidR="00DE1BF7" w:rsidRPr="002A4419" w14:paraId="3503D480" w14:textId="77777777" w:rsidTr="00737E9C">
        <w:trPr>
          <w:trHeight w:val="27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2F2DEC3C" w14:textId="38D8CB91" w:rsidR="00DE1BF7" w:rsidRPr="00A32E65" w:rsidRDefault="00DE1BF7" w:rsidP="00DE1BF7">
            <w:pPr>
              <w:rPr>
                <w:b/>
                <w:sz w:val="22"/>
                <w:szCs w:val="22"/>
              </w:rPr>
            </w:pPr>
            <w:r w:rsidRPr="00B11065">
              <w:rPr>
                <w:b/>
                <w:sz w:val="22"/>
                <w:szCs w:val="22"/>
              </w:rPr>
              <w:t xml:space="preserve">Assessment Plan    </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79019381" w14:textId="77777777" w:rsidR="00B50343" w:rsidRDefault="00B50343" w:rsidP="00B50343">
            <w:pPr>
              <w:spacing w:before="100" w:beforeAutospacing="1" w:after="100" w:afterAutospacing="1"/>
            </w:pPr>
            <w:r>
              <w:rPr>
                <w:rStyle w:val="Strong"/>
              </w:rPr>
              <w:t>Summative Assessment:</w:t>
            </w:r>
          </w:p>
          <w:p w14:paraId="4C84C5F5" w14:textId="77777777" w:rsidR="00B50343" w:rsidRDefault="00B50343" w:rsidP="00B50343">
            <w:pPr>
              <w:numPr>
                <w:ilvl w:val="0"/>
                <w:numId w:val="51"/>
              </w:numPr>
              <w:spacing w:before="100" w:beforeAutospacing="1" w:after="100" w:afterAutospacing="1"/>
            </w:pPr>
            <w:r>
              <w:t>Completed writing/drawing worksheet about their hero</w:t>
            </w:r>
          </w:p>
          <w:p w14:paraId="1CAB18DB" w14:textId="77777777" w:rsidR="00B50343" w:rsidRDefault="00B50343" w:rsidP="00B50343">
            <w:pPr>
              <w:numPr>
                <w:ilvl w:val="0"/>
                <w:numId w:val="51"/>
              </w:numPr>
              <w:spacing w:before="100" w:beforeAutospacing="1" w:after="100" w:afterAutospacing="1"/>
            </w:pPr>
            <w:r>
              <w:t>Checklist or rubric for:</w:t>
            </w:r>
          </w:p>
          <w:p w14:paraId="6AE53CA8" w14:textId="77777777" w:rsidR="00B50343" w:rsidRDefault="00B50343" w:rsidP="00B50343">
            <w:pPr>
              <w:numPr>
                <w:ilvl w:val="1"/>
                <w:numId w:val="51"/>
              </w:numPr>
              <w:spacing w:before="100" w:beforeAutospacing="1" w:after="100" w:afterAutospacing="1"/>
            </w:pPr>
            <w:r>
              <w:t>Clear identification of a hero</w:t>
            </w:r>
          </w:p>
          <w:p w14:paraId="7754F496" w14:textId="77777777" w:rsidR="00B50343" w:rsidRDefault="00B50343" w:rsidP="00B50343">
            <w:pPr>
              <w:numPr>
                <w:ilvl w:val="1"/>
                <w:numId w:val="51"/>
              </w:numPr>
              <w:spacing w:before="100" w:beforeAutospacing="1" w:after="100" w:afterAutospacing="1"/>
            </w:pPr>
            <w:r>
              <w:t>At least 2 complete sentences with correct structure</w:t>
            </w:r>
          </w:p>
          <w:p w14:paraId="11380C91" w14:textId="77777777" w:rsidR="00B50343" w:rsidRDefault="00B50343" w:rsidP="00B50343">
            <w:pPr>
              <w:numPr>
                <w:ilvl w:val="1"/>
                <w:numId w:val="51"/>
              </w:numPr>
              <w:spacing w:before="100" w:beforeAutospacing="1" w:after="100" w:afterAutospacing="1"/>
            </w:pPr>
            <w:r>
              <w:t>Use of hero-related vocabulary</w:t>
            </w:r>
          </w:p>
          <w:p w14:paraId="2E46C3B6" w14:textId="77777777" w:rsidR="00B50343" w:rsidRDefault="00B50343" w:rsidP="00B50343">
            <w:pPr>
              <w:numPr>
                <w:ilvl w:val="1"/>
                <w:numId w:val="51"/>
              </w:numPr>
              <w:spacing w:before="100" w:beforeAutospacing="1" w:after="100" w:afterAutospacing="1"/>
            </w:pPr>
            <w:r>
              <w:t>Connection to traits discussed across both lessons</w:t>
            </w:r>
          </w:p>
          <w:p w14:paraId="6BCED6F6" w14:textId="77777777" w:rsidR="00B50343" w:rsidRDefault="00B50343" w:rsidP="00B50343">
            <w:pPr>
              <w:spacing w:before="100" w:beforeAutospacing="1" w:after="100" w:afterAutospacing="1"/>
            </w:pPr>
            <w:r>
              <w:rPr>
                <w:rStyle w:val="Strong"/>
              </w:rPr>
              <w:t>Formative Checks:</w:t>
            </w:r>
          </w:p>
          <w:p w14:paraId="79197DE5" w14:textId="77777777" w:rsidR="00B50343" w:rsidRDefault="00B50343" w:rsidP="00B50343">
            <w:pPr>
              <w:numPr>
                <w:ilvl w:val="0"/>
                <w:numId w:val="52"/>
              </w:numPr>
              <w:spacing w:before="100" w:beforeAutospacing="1" w:after="100" w:afterAutospacing="1"/>
            </w:pPr>
            <w:r>
              <w:t>Listening during pair sharing</w:t>
            </w:r>
          </w:p>
          <w:p w14:paraId="0FCC8B2C" w14:textId="2497F2BE" w:rsidR="00A8077B" w:rsidRPr="00315705" w:rsidRDefault="00B50343" w:rsidP="00B50343">
            <w:pPr>
              <w:numPr>
                <w:ilvl w:val="0"/>
                <w:numId w:val="52"/>
              </w:numPr>
              <w:spacing w:before="100" w:beforeAutospacing="1" w:after="100" w:afterAutospacing="1"/>
            </w:pPr>
            <w:r>
              <w:t>Support provided during writing to reinforce structure and ideas</w:t>
            </w:r>
          </w:p>
        </w:tc>
      </w:tr>
      <w:tr w:rsidR="00DE1BF7" w:rsidRPr="002A4419" w14:paraId="462F539C" w14:textId="77777777" w:rsidTr="00737E9C">
        <w:trPr>
          <w:trHeight w:val="360"/>
        </w:trPr>
        <w:tc>
          <w:tcPr>
            <w:tcW w:w="2250"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9982815" w14:textId="1A74E72A" w:rsidR="00DE1BF7" w:rsidRPr="00A32E65" w:rsidRDefault="00DE1BF7" w:rsidP="00DE1BF7">
            <w:pPr>
              <w:rPr>
                <w:b/>
                <w:sz w:val="22"/>
                <w:szCs w:val="22"/>
              </w:rPr>
            </w:pPr>
            <w:r w:rsidRPr="008C3349">
              <w:rPr>
                <w:b/>
                <w:sz w:val="22"/>
                <w:szCs w:val="22"/>
              </w:rPr>
              <w:t>Review/Closing</w:t>
            </w:r>
          </w:p>
        </w:tc>
        <w:tc>
          <w:tcPr>
            <w:tcW w:w="9270" w:type="dxa"/>
            <w:tcBorders>
              <w:top w:val="thickThinSmallGap" w:sz="24" w:space="0" w:color="auto"/>
              <w:left w:val="thickThinSmallGap" w:sz="24" w:space="0" w:color="auto"/>
              <w:bottom w:val="thickThinSmallGap" w:sz="24" w:space="0" w:color="auto"/>
              <w:right w:val="thickThinSmallGap" w:sz="24" w:space="0" w:color="auto"/>
            </w:tcBorders>
          </w:tcPr>
          <w:p w14:paraId="25476321" w14:textId="77777777" w:rsidR="00B50343" w:rsidRDefault="00B50343" w:rsidP="00B50343">
            <w:pPr>
              <w:numPr>
                <w:ilvl w:val="0"/>
                <w:numId w:val="53"/>
              </w:numPr>
              <w:spacing w:before="100" w:beforeAutospacing="1" w:after="100" w:afterAutospacing="1"/>
            </w:pPr>
            <w:r>
              <w:t>Invite 2–3 students to share their hero and their writing with the class</w:t>
            </w:r>
          </w:p>
          <w:p w14:paraId="3EB2A8FA" w14:textId="77777777" w:rsidR="00B50343" w:rsidRDefault="00B50343" w:rsidP="00B50343">
            <w:pPr>
              <w:numPr>
                <w:ilvl w:val="0"/>
                <w:numId w:val="53"/>
              </w:numPr>
              <w:spacing w:before="100" w:beforeAutospacing="1" w:after="100" w:afterAutospacing="1"/>
            </w:pPr>
            <w:r>
              <w:t xml:space="preserve">Add any final student thoughts to the </w:t>
            </w:r>
            <w:r>
              <w:rPr>
                <w:rStyle w:val="Strong"/>
              </w:rPr>
              <w:t>“L” section of the KWL chart</w:t>
            </w:r>
          </w:p>
          <w:p w14:paraId="6D468A2A" w14:textId="59554D63" w:rsidR="00D520CC" w:rsidRPr="00315705" w:rsidRDefault="00B50343" w:rsidP="00B50343">
            <w:pPr>
              <w:numPr>
                <w:ilvl w:val="0"/>
                <w:numId w:val="53"/>
              </w:numPr>
              <w:spacing w:before="100" w:beforeAutospacing="1" w:after="100" w:afterAutospacing="1"/>
            </w:pPr>
            <w:r>
              <w:lastRenderedPageBreak/>
              <w:t>Close by saying: “Heroes aren’t just in books or movies — they’re real people, and some of you might grow up to be heroes too.”</w:t>
            </w:r>
          </w:p>
        </w:tc>
      </w:tr>
    </w:tbl>
    <w:p w14:paraId="7AE2FF55" w14:textId="77777777" w:rsidR="00737E9C" w:rsidRPr="00737E9C" w:rsidRDefault="00737E9C" w:rsidP="00737E9C">
      <w:pPr>
        <w:rPr>
          <w:b/>
          <w:sz w:val="4"/>
          <w:szCs w:val="4"/>
        </w:rPr>
      </w:pPr>
    </w:p>
    <w:p w14:paraId="76D24B3B" w14:textId="22709ED2" w:rsidR="00B74472" w:rsidRDefault="00B74472" w:rsidP="00B74472">
      <w:pPr>
        <w:jc w:val="center"/>
      </w:pPr>
      <w:r w:rsidRPr="002A4419">
        <w:rPr>
          <w:b/>
          <w:sz w:val="24"/>
          <w:szCs w:val="24"/>
        </w:rPr>
        <w:t>After Teaching the Lesson</w:t>
      </w:r>
    </w:p>
    <w:tbl>
      <w:tblPr>
        <w:tblpPr w:leftFromText="180" w:rightFromText="180" w:vertAnchor="text" w:tblpXSpec="center" w:tblpY="1"/>
        <w:tblOverlap w:val="never"/>
        <w:tblW w:w="11565"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95"/>
        <w:gridCol w:w="10170"/>
      </w:tblGrid>
      <w:tr w:rsidR="00DE1BF7" w:rsidRPr="002A4419" w14:paraId="22F3A240" w14:textId="77777777" w:rsidTr="00737E9C">
        <w:trPr>
          <w:trHeight w:val="20"/>
        </w:trPr>
        <w:tc>
          <w:tcPr>
            <w:tcW w:w="139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7E6B2CA5" w14:textId="77777777" w:rsidR="00DE1BF7" w:rsidRPr="002A4419" w:rsidRDefault="00DE1BF7" w:rsidP="00DE1BF7">
            <w:pPr>
              <w:rPr>
                <w:sz w:val="22"/>
                <w:szCs w:val="22"/>
              </w:rPr>
            </w:pPr>
            <w:r w:rsidRPr="008C3349">
              <w:rPr>
                <w:b/>
                <w:sz w:val="22"/>
                <w:szCs w:val="22"/>
              </w:rPr>
              <w:t>Lesson Reflection Notes</w:t>
            </w:r>
            <w:r w:rsidRPr="002A4419">
              <w:rPr>
                <w:sz w:val="22"/>
                <w:szCs w:val="22"/>
              </w:rPr>
              <w:t xml:space="preserve"> (written after teaching)</w:t>
            </w:r>
          </w:p>
          <w:p w14:paraId="432563A1" w14:textId="77777777" w:rsidR="00DE1BF7" w:rsidRPr="00A32E65" w:rsidRDefault="00DE1BF7" w:rsidP="00DE1BF7">
            <w:pPr>
              <w:rPr>
                <w:b/>
                <w:sz w:val="22"/>
                <w:szCs w:val="22"/>
              </w:rPr>
            </w:pPr>
          </w:p>
        </w:tc>
        <w:tc>
          <w:tcPr>
            <w:tcW w:w="10170" w:type="dxa"/>
            <w:tcBorders>
              <w:top w:val="thickThinSmallGap" w:sz="24" w:space="0" w:color="auto"/>
              <w:left w:val="thickThinSmallGap" w:sz="24" w:space="0" w:color="auto"/>
              <w:bottom w:val="thickThinSmallGap" w:sz="24" w:space="0" w:color="auto"/>
              <w:right w:val="thickThinSmallGap" w:sz="24" w:space="0" w:color="auto"/>
            </w:tcBorders>
          </w:tcPr>
          <w:p w14:paraId="516193D1" w14:textId="77777777" w:rsidR="00657BD1" w:rsidRPr="009C4B5C" w:rsidRDefault="00D520CC" w:rsidP="00657BD1">
            <w:pPr>
              <w:pStyle w:val="ListParagraph"/>
              <w:numPr>
                <w:ilvl w:val="0"/>
                <w:numId w:val="54"/>
              </w:numPr>
              <w:rPr>
                <w:rFonts w:eastAsiaTheme="minorHAnsi"/>
                <w:color w:val="000000"/>
                <w:sz w:val="22"/>
                <w:szCs w:val="22"/>
              </w:rPr>
            </w:pPr>
            <w:r w:rsidRPr="00657BD1">
              <w:rPr>
                <w:rFonts w:eastAsiaTheme="minorHAnsi"/>
                <w:color w:val="000000"/>
                <w:sz w:val="22"/>
                <w:szCs w:val="22"/>
              </w:rPr>
              <w:t xml:space="preserve">What was most effective about this lesson? What evidence do you have to support your response in </w:t>
            </w:r>
            <w:r w:rsidRPr="009C4B5C">
              <w:rPr>
                <w:rFonts w:eastAsiaTheme="minorHAnsi"/>
                <w:color w:val="000000"/>
                <w:sz w:val="22"/>
                <w:szCs w:val="22"/>
              </w:rPr>
              <w:t>terms of content understanding and in classroom management?</w:t>
            </w:r>
          </w:p>
          <w:p w14:paraId="23960811" w14:textId="77777777" w:rsidR="00657BD1" w:rsidRPr="009C4B5C" w:rsidRDefault="00657BD1" w:rsidP="00657BD1">
            <w:pPr>
              <w:pStyle w:val="ListParagraph"/>
              <w:rPr>
                <w:rFonts w:eastAsiaTheme="minorHAnsi"/>
                <w:color w:val="000000"/>
                <w:sz w:val="22"/>
                <w:szCs w:val="22"/>
              </w:rPr>
            </w:pPr>
          </w:p>
          <w:p w14:paraId="24D20840" w14:textId="27708B20" w:rsidR="00657BD1" w:rsidRPr="009C4B5C" w:rsidRDefault="00657BD1" w:rsidP="00657BD1">
            <w:pPr>
              <w:pStyle w:val="ListParagraph"/>
              <w:rPr>
                <w:sz w:val="22"/>
                <w:szCs w:val="22"/>
              </w:rPr>
            </w:pPr>
            <w:r w:rsidRPr="009C4B5C">
              <w:rPr>
                <w:sz w:val="22"/>
                <w:szCs w:val="22"/>
              </w:rPr>
              <w:t>Students were proud to talk about the person they picked. The sentence frames helped them stay focused, and I noticed that even students who usually struggle with writing were able to get something down with support. The partner sharing helped them build confidence before writing.</w:t>
            </w:r>
          </w:p>
          <w:p w14:paraId="652D44BF" w14:textId="77777777" w:rsidR="00657BD1" w:rsidRPr="009C4B5C" w:rsidRDefault="00657BD1" w:rsidP="00657BD1">
            <w:pPr>
              <w:pStyle w:val="ListParagraph"/>
              <w:rPr>
                <w:rFonts w:eastAsiaTheme="minorHAnsi"/>
                <w:color w:val="000000"/>
                <w:sz w:val="22"/>
                <w:szCs w:val="22"/>
              </w:rPr>
            </w:pPr>
          </w:p>
          <w:p w14:paraId="5E9F42FA" w14:textId="77777777" w:rsidR="00657BD1" w:rsidRPr="009C4B5C" w:rsidRDefault="00D520CC" w:rsidP="00657BD1">
            <w:pPr>
              <w:pStyle w:val="ListParagraph"/>
              <w:numPr>
                <w:ilvl w:val="0"/>
                <w:numId w:val="54"/>
              </w:numPr>
              <w:rPr>
                <w:rFonts w:eastAsiaTheme="minorHAnsi"/>
                <w:color w:val="000000"/>
                <w:sz w:val="22"/>
                <w:szCs w:val="22"/>
              </w:rPr>
            </w:pPr>
            <w:r w:rsidRPr="009C4B5C">
              <w:rPr>
                <w:rFonts w:eastAsiaTheme="minorHAnsi"/>
                <w:color w:val="000000"/>
                <w:sz w:val="22"/>
                <w:szCs w:val="22"/>
              </w:rPr>
              <w:t>If you were going to teach this lesson again to the same group of students, what changes would you make to address students content understanding? Consider both the whole class learning and the individual student needs as identified in the student learning profile.</w:t>
            </w:r>
          </w:p>
          <w:p w14:paraId="129BD55A" w14:textId="77777777" w:rsidR="00657BD1" w:rsidRPr="009C4B5C" w:rsidRDefault="00657BD1" w:rsidP="00657BD1">
            <w:pPr>
              <w:pStyle w:val="ListParagraph"/>
              <w:rPr>
                <w:rFonts w:eastAsiaTheme="minorHAnsi"/>
                <w:color w:val="000000"/>
                <w:sz w:val="22"/>
                <w:szCs w:val="22"/>
              </w:rPr>
            </w:pPr>
          </w:p>
          <w:p w14:paraId="38D51C00" w14:textId="1ED954ED" w:rsidR="00657BD1" w:rsidRPr="009C4B5C" w:rsidRDefault="00657BD1" w:rsidP="00657BD1">
            <w:pPr>
              <w:pStyle w:val="ListParagraph"/>
              <w:rPr>
                <w:sz w:val="22"/>
                <w:szCs w:val="22"/>
              </w:rPr>
            </w:pPr>
            <w:r w:rsidRPr="009C4B5C">
              <w:rPr>
                <w:sz w:val="22"/>
                <w:szCs w:val="22"/>
              </w:rPr>
              <w:t>I’d include a quick review of the vocabulary and traits of a hero before starting the writing. Some students forgot what they had written in their graphic organizer from Day 1, so I had to walk a few through it again. A visual checklist could also help next time.</w:t>
            </w:r>
          </w:p>
          <w:p w14:paraId="6BE1A4AD" w14:textId="77777777" w:rsidR="00657BD1" w:rsidRPr="009C4B5C" w:rsidRDefault="00657BD1" w:rsidP="00657BD1">
            <w:pPr>
              <w:pStyle w:val="ListParagraph"/>
              <w:rPr>
                <w:rFonts w:eastAsiaTheme="minorHAnsi"/>
                <w:color w:val="000000"/>
                <w:sz w:val="22"/>
                <w:szCs w:val="22"/>
              </w:rPr>
            </w:pPr>
          </w:p>
          <w:p w14:paraId="2B51D936" w14:textId="77777777" w:rsidR="00657BD1" w:rsidRPr="009C4B5C" w:rsidRDefault="00D520CC" w:rsidP="00657BD1">
            <w:pPr>
              <w:pStyle w:val="ListParagraph"/>
              <w:numPr>
                <w:ilvl w:val="0"/>
                <w:numId w:val="54"/>
              </w:numPr>
              <w:rPr>
                <w:rFonts w:eastAsiaTheme="minorHAnsi"/>
                <w:color w:val="000000"/>
                <w:sz w:val="22"/>
                <w:szCs w:val="22"/>
              </w:rPr>
            </w:pPr>
            <w:r w:rsidRPr="009C4B5C">
              <w:rPr>
                <w:rFonts w:eastAsiaTheme="minorHAnsi"/>
                <w:color w:val="000000"/>
                <w:sz w:val="22"/>
                <w:szCs w:val="22"/>
              </w:rPr>
              <w:t>How did the learning environment, student engagement, and your questioning and feedback during instruction build understanding of key concepts, related skills, higher level thinking, and student discourse? What evidence do you have to support your response?</w:t>
            </w:r>
          </w:p>
          <w:p w14:paraId="60243FC9" w14:textId="77777777" w:rsidR="00657BD1" w:rsidRPr="009C4B5C" w:rsidRDefault="00657BD1" w:rsidP="00657BD1">
            <w:pPr>
              <w:pStyle w:val="ListParagraph"/>
              <w:rPr>
                <w:rFonts w:eastAsiaTheme="minorHAnsi"/>
                <w:color w:val="000000"/>
                <w:sz w:val="22"/>
                <w:szCs w:val="22"/>
              </w:rPr>
            </w:pPr>
          </w:p>
          <w:p w14:paraId="65F4DD96" w14:textId="7E06A63C" w:rsidR="00657BD1" w:rsidRPr="009C4B5C" w:rsidRDefault="00657BD1" w:rsidP="00657BD1">
            <w:pPr>
              <w:pStyle w:val="ListParagraph"/>
              <w:rPr>
                <w:sz w:val="22"/>
                <w:szCs w:val="22"/>
              </w:rPr>
            </w:pPr>
            <w:r w:rsidRPr="009C4B5C">
              <w:rPr>
                <w:sz w:val="22"/>
                <w:szCs w:val="22"/>
              </w:rPr>
              <w:t>The calm pace and clear structure helped everyone stay on task. Students were encouraging during partner time, and when I asked things like, “Why is your person brave?” they gave thoughtful answers. I praised specific traits they mentioned, which made them feel seen.</w:t>
            </w:r>
          </w:p>
          <w:p w14:paraId="1B9ACCB3" w14:textId="77777777" w:rsidR="00657BD1" w:rsidRPr="009C4B5C" w:rsidRDefault="00657BD1" w:rsidP="00657BD1">
            <w:pPr>
              <w:pStyle w:val="ListParagraph"/>
              <w:rPr>
                <w:rFonts w:eastAsiaTheme="minorHAnsi"/>
                <w:color w:val="000000"/>
                <w:sz w:val="22"/>
                <w:szCs w:val="22"/>
              </w:rPr>
            </w:pPr>
          </w:p>
          <w:p w14:paraId="2446B5C7" w14:textId="77777777" w:rsidR="00657BD1" w:rsidRPr="009C4B5C" w:rsidRDefault="00DE1BF7" w:rsidP="00657BD1">
            <w:pPr>
              <w:pStyle w:val="ListParagraph"/>
              <w:numPr>
                <w:ilvl w:val="0"/>
                <w:numId w:val="54"/>
              </w:numPr>
              <w:rPr>
                <w:sz w:val="22"/>
                <w:szCs w:val="22"/>
              </w:rPr>
            </w:pPr>
            <w:r w:rsidRPr="009C4B5C">
              <w:rPr>
                <w:sz w:val="22"/>
                <w:szCs w:val="22"/>
              </w:rPr>
              <w:t xml:space="preserve">Based on your responses above (#1-3), how would formal/informal assessment data from the lesson inform the changes you would make in the next lesson in this series?  </w:t>
            </w:r>
          </w:p>
          <w:p w14:paraId="0673C33B" w14:textId="77777777" w:rsidR="00657BD1" w:rsidRPr="009C4B5C" w:rsidRDefault="00657BD1" w:rsidP="00657BD1">
            <w:pPr>
              <w:pStyle w:val="ListParagraph"/>
              <w:rPr>
                <w:sz w:val="22"/>
                <w:szCs w:val="22"/>
              </w:rPr>
            </w:pPr>
          </w:p>
          <w:p w14:paraId="27D5EAC7" w14:textId="77777777" w:rsidR="00657BD1" w:rsidRPr="009C4B5C" w:rsidRDefault="00657BD1" w:rsidP="00657BD1">
            <w:pPr>
              <w:pStyle w:val="ListParagraph"/>
              <w:rPr>
                <w:sz w:val="22"/>
                <w:szCs w:val="22"/>
              </w:rPr>
            </w:pPr>
            <w:r w:rsidRPr="009C4B5C">
              <w:rPr>
                <w:sz w:val="22"/>
                <w:szCs w:val="22"/>
              </w:rPr>
              <w:t>The writing showed that students could transfer what they learned into their own words. I saw that the sentence starters really supported sentence structure. I’ll use this same model in future social studies writing tasks—starting with discussion and then building into writing with frames.</w:t>
            </w:r>
          </w:p>
          <w:p w14:paraId="0C6BE9C3" w14:textId="47B85A7A" w:rsidR="00657BD1" w:rsidRPr="00657BD1" w:rsidRDefault="00657BD1" w:rsidP="00657BD1">
            <w:pPr>
              <w:pStyle w:val="ListParagraph"/>
              <w:rPr>
                <w:sz w:val="22"/>
                <w:szCs w:val="22"/>
              </w:rPr>
            </w:pPr>
          </w:p>
        </w:tc>
      </w:tr>
    </w:tbl>
    <w:p w14:paraId="5DC8C470" w14:textId="77777777" w:rsidR="00194217" w:rsidRDefault="00194217" w:rsidP="00BA741A">
      <w:pPr>
        <w:jc w:val="right"/>
        <w:rPr>
          <w:sz w:val="18"/>
          <w:szCs w:val="18"/>
        </w:rPr>
      </w:pPr>
    </w:p>
    <w:p w14:paraId="4BC59205" w14:textId="692D08AC" w:rsidR="000B4BD1" w:rsidRPr="00646285" w:rsidRDefault="000B4BD1" w:rsidP="00646285">
      <w:pPr>
        <w:framePr w:hSpace="180" w:wrap="around" w:vAnchor="text" w:hAnchor="text" w:xAlign="center" w:y="1"/>
        <w:suppressOverlap/>
        <w:rPr>
          <w:sz w:val="18"/>
          <w:szCs w:val="18"/>
        </w:rPr>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