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0487F" w14:textId="77777777" w:rsidR="004C61C8" w:rsidRDefault="00000000">
      <w:pPr>
        <w:jc w:val="center"/>
      </w:pPr>
      <w:r>
        <w:rPr>
          <w:b/>
          <w:sz w:val="44"/>
        </w:rPr>
        <w:t>edTPA Portfolio</w:t>
      </w:r>
    </w:p>
    <w:p w14:paraId="06C9F779" w14:textId="77777777" w:rsidR="004C61C8" w:rsidRDefault="00000000">
      <w:pPr>
        <w:jc w:val="center"/>
      </w:pPr>
      <w:r>
        <w:rPr>
          <w:sz w:val="21"/>
        </w:rPr>
        <w:t>Jack Stephenson  |  Elementary Education — Literacy with Mathematics</w:t>
      </w:r>
    </w:p>
    <w:p w14:paraId="0D278D70" w14:textId="77777777" w:rsidR="004C61C8" w:rsidRDefault="00000000">
      <w:pPr>
        <w:jc w:val="center"/>
      </w:pPr>
      <w:r>
        <w:rPr>
          <w:i/>
        </w:rPr>
        <w:t>Complete submission evidence organized by task. Select any link to view the original submission material.</w:t>
      </w:r>
    </w:p>
    <w:p w14:paraId="4169C92B" w14:textId="77777777" w:rsidR="004C61C8" w:rsidRDefault="00000000">
      <w:pPr>
        <w:jc w:val="center"/>
      </w:pPr>
      <w:hyperlink r:id="rId8">
        <w:r>
          <w:rPr>
            <w:b/>
            <w:color w:val="2F5597"/>
            <w:sz w:val="22"/>
            <w:u w:val="single"/>
          </w:rPr>
          <w:t>VIEW OFFICIAL edTPA SCORE SHEET</w:t>
        </w:r>
      </w:hyperlink>
    </w:p>
    <w:p w14:paraId="12575B67" w14:textId="77777777" w:rsidR="004C61C8" w:rsidRDefault="00000000">
      <w:pPr>
        <w:spacing w:before="140" w:after="60"/>
      </w:pPr>
      <w:r>
        <w:rPr>
          <w:b/>
          <w:sz w:val="28"/>
        </w:rPr>
        <w:t>Task 1 — Planning for Literacy Instruction and Assessment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8280"/>
      </w:tblGrid>
      <w:tr w:rsidR="004C61C8" w14:paraId="2385BB83" w14:textId="77777777">
        <w:trPr>
          <w:jc w:val="center"/>
        </w:trPr>
        <w:tc>
          <w:tcPr>
            <w:tcW w:w="1872" w:type="dxa"/>
            <w:shd w:val="clear" w:color="auto" w:fill="F3F6FA"/>
            <w:vAlign w:val="center"/>
          </w:tcPr>
          <w:p w14:paraId="3C5A3DA8" w14:textId="77777777" w:rsidR="004C61C8" w:rsidRDefault="00000000">
            <w:pPr>
              <w:jc w:val="center"/>
            </w:pPr>
            <w:r>
              <w:rPr>
                <w:b/>
              </w:rPr>
              <w:t>1A</w:t>
            </w:r>
          </w:p>
        </w:tc>
        <w:tc>
          <w:tcPr>
            <w:tcW w:w="8280" w:type="dxa"/>
            <w:shd w:val="clear" w:color="auto" w:fill="F3F6FA"/>
            <w:vAlign w:val="center"/>
          </w:tcPr>
          <w:p w14:paraId="6CFC3B8F" w14:textId="77777777" w:rsidR="004C61C8" w:rsidRDefault="00000000">
            <w:r>
              <w:rPr>
                <w:sz w:val="18"/>
              </w:rPr>
              <w:t xml:space="preserve">Literacy Context for Learning Information.  </w:t>
            </w:r>
            <w:hyperlink r:id="rId9">
              <w:r>
                <w:rPr>
                  <w:b/>
                  <w:color w:val="2F5597"/>
                  <w:sz w:val="18"/>
                  <w:u w:val="single"/>
                </w:rPr>
                <w:t>View file</w:t>
              </w:r>
            </w:hyperlink>
          </w:p>
        </w:tc>
      </w:tr>
    </w:tbl>
    <w:p w14:paraId="5C774CE8" w14:textId="77777777" w:rsidR="004C61C8" w:rsidRDefault="004C61C8">
      <w:pPr>
        <w:spacing w:after="0" w:line="12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8280"/>
      </w:tblGrid>
      <w:tr w:rsidR="004C61C8" w14:paraId="3CDECFDC" w14:textId="77777777">
        <w:trPr>
          <w:jc w:val="center"/>
        </w:trPr>
        <w:tc>
          <w:tcPr>
            <w:tcW w:w="1872" w:type="dxa"/>
            <w:shd w:val="clear" w:color="auto" w:fill="F3F6FA"/>
            <w:vAlign w:val="center"/>
          </w:tcPr>
          <w:p w14:paraId="67CE4296" w14:textId="77777777" w:rsidR="004C61C8" w:rsidRDefault="00000000">
            <w:pPr>
              <w:jc w:val="center"/>
            </w:pPr>
            <w:r>
              <w:rPr>
                <w:b/>
              </w:rPr>
              <w:t>1B</w:t>
            </w:r>
          </w:p>
        </w:tc>
        <w:tc>
          <w:tcPr>
            <w:tcW w:w="8280" w:type="dxa"/>
            <w:shd w:val="clear" w:color="auto" w:fill="F3F6FA"/>
            <w:vAlign w:val="center"/>
          </w:tcPr>
          <w:p w14:paraId="6EDD5A51" w14:textId="77777777" w:rsidR="004C61C8" w:rsidRDefault="00000000">
            <w:r>
              <w:rPr>
                <w:sz w:val="18"/>
              </w:rPr>
              <w:t xml:space="preserve">Planning commentary for the literacy learning segment.  </w:t>
            </w:r>
            <w:hyperlink r:id="rId10">
              <w:r>
                <w:rPr>
                  <w:b/>
                  <w:color w:val="2F5597"/>
                  <w:sz w:val="18"/>
                  <w:u w:val="single"/>
                </w:rPr>
                <w:t>View file</w:t>
              </w:r>
            </w:hyperlink>
          </w:p>
        </w:tc>
      </w:tr>
    </w:tbl>
    <w:p w14:paraId="4AD8FD1E" w14:textId="77777777" w:rsidR="004C61C8" w:rsidRDefault="004C61C8">
      <w:pPr>
        <w:spacing w:after="0" w:line="12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8280"/>
      </w:tblGrid>
      <w:tr w:rsidR="004C61C8" w14:paraId="1873B6BB" w14:textId="77777777">
        <w:trPr>
          <w:jc w:val="center"/>
        </w:trPr>
        <w:tc>
          <w:tcPr>
            <w:tcW w:w="1872" w:type="dxa"/>
            <w:shd w:val="clear" w:color="auto" w:fill="F3F6FA"/>
            <w:vAlign w:val="center"/>
          </w:tcPr>
          <w:p w14:paraId="01734BB5" w14:textId="77777777" w:rsidR="004C61C8" w:rsidRDefault="00000000">
            <w:pPr>
              <w:jc w:val="center"/>
            </w:pPr>
            <w:r>
              <w:rPr>
                <w:b/>
              </w:rPr>
              <w:t>1C</w:t>
            </w:r>
          </w:p>
        </w:tc>
        <w:tc>
          <w:tcPr>
            <w:tcW w:w="8280" w:type="dxa"/>
            <w:shd w:val="clear" w:color="auto" w:fill="F3F6FA"/>
            <w:vAlign w:val="center"/>
          </w:tcPr>
          <w:p w14:paraId="3F2C1022" w14:textId="77777777" w:rsidR="004C61C8" w:rsidRDefault="00000000">
            <w:r>
              <w:rPr>
                <w:sz w:val="18"/>
              </w:rPr>
              <w:t xml:space="preserve">Lesson plans for the literacy learning segment.  </w:t>
            </w:r>
            <w:hyperlink r:id="rId11">
              <w:r>
                <w:rPr>
                  <w:b/>
                  <w:color w:val="2F5597"/>
                  <w:sz w:val="18"/>
                  <w:u w:val="single"/>
                </w:rPr>
                <w:t>View file</w:t>
              </w:r>
            </w:hyperlink>
          </w:p>
        </w:tc>
      </w:tr>
    </w:tbl>
    <w:p w14:paraId="2A35E2BA" w14:textId="77777777" w:rsidR="004C61C8" w:rsidRDefault="004C61C8">
      <w:pPr>
        <w:spacing w:after="0" w:line="12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8280"/>
      </w:tblGrid>
      <w:tr w:rsidR="004C61C8" w14:paraId="2312C745" w14:textId="77777777">
        <w:trPr>
          <w:jc w:val="center"/>
        </w:trPr>
        <w:tc>
          <w:tcPr>
            <w:tcW w:w="1872" w:type="dxa"/>
            <w:shd w:val="clear" w:color="auto" w:fill="F3F6FA"/>
            <w:vAlign w:val="center"/>
          </w:tcPr>
          <w:p w14:paraId="7047B549" w14:textId="77777777" w:rsidR="004C61C8" w:rsidRDefault="00000000">
            <w:pPr>
              <w:jc w:val="center"/>
            </w:pPr>
            <w:r>
              <w:rPr>
                <w:b/>
              </w:rPr>
              <w:t>1D</w:t>
            </w:r>
          </w:p>
        </w:tc>
        <w:tc>
          <w:tcPr>
            <w:tcW w:w="8280" w:type="dxa"/>
            <w:shd w:val="clear" w:color="auto" w:fill="F3F6FA"/>
            <w:vAlign w:val="center"/>
          </w:tcPr>
          <w:p w14:paraId="0A02A8CF" w14:textId="77777777" w:rsidR="004C61C8" w:rsidRDefault="00000000">
            <w:r>
              <w:rPr>
                <w:sz w:val="18"/>
              </w:rPr>
              <w:t xml:space="preserve">Instructional materials used during the learning segment.  </w:t>
            </w:r>
            <w:hyperlink r:id="rId12">
              <w:r>
                <w:rPr>
                  <w:b/>
                  <w:color w:val="2F5597"/>
                  <w:sz w:val="18"/>
                  <w:u w:val="single"/>
                </w:rPr>
                <w:t>View file</w:t>
              </w:r>
            </w:hyperlink>
          </w:p>
        </w:tc>
      </w:tr>
    </w:tbl>
    <w:p w14:paraId="22737324" w14:textId="77777777" w:rsidR="004C61C8" w:rsidRDefault="004C61C8">
      <w:pPr>
        <w:spacing w:after="0" w:line="12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8280"/>
      </w:tblGrid>
      <w:tr w:rsidR="004C61C8" w14:paraId="39933F69" w14:textId="77777777">
        <w:trPr>
          <w:jc w:val="center"/>
        </w:trPr>
        <w:tc>
          <w:tcPr>
            <w:tcW w:w="1872" w:type="dxa"/>
            <w:shd w:val="clear" w:color="auto" w:fill="F3F6FA"/>
            <w:vAlign w:val="center"/>
          </w:tcPr>
          <w:p w14:paraId="4214F416" w14:textId="77777777" w:rsidR="004C61C8" w:rsidRDefault="00000000">
            <w:pPr>
              <w:jc w:val="center"/>
            </w:pPr>
            <w:r>
              <w:rPr>
                <w:b/>
              </w:rPr>
              <w:t>1E</w:t>
            </w:r>
          </w:p>
        </w:tc>
        <w:tc>
          <w:tcPr>
            <w:tcW w:w="8280" w:type="dxa"/>
            <w:shd w:val="clear" w:color="auto" w:fill="F3F6FA"/>
            <w:vAlign w:val="center"/>
          </w:tcPr>
          <w:p w14:paraId="38E4B8D3" w14:textId="77777777" w:rsidR="004C61C8" w:rsidRDefault="00000000">
            <w:r>
              <w:rPr>
                <w:sz w:val="18"/>
              </w:rPr>
              <w:t xml:space="preserve">Assessments and related Task 1 materials.  </w:t>
            </w:r>
            <w:hyperlink r:id="rId13">
              <w:r>
                <w:rPr>
                  <w:b/>
                  <w:color w:val="2F5597"/>
                  <w:sz w:val="18"/>
                  <w:u w:val="single"/>
                </w:rPr>
                <w:t>View file</w:t>
              </w:r>
            </w:hyperlink>
          </w:p>
        </w:tc>
      </w:tr>
    </w:tbl>
    <w:p w14:paraId="60F460EE" w14:textId="77777777" w:rsidR="004C61C8" w:rsidRDefault="004C61C8">
      <w:pPr>
        <w:spacing w:after="0" w:line="120" w:lineRule="auto"/>
      </w:pPr>
    </w:p>
    <w:p w14:paraId="1A3776BC" w14:textId="77777777" w:rsidR="004C61C8" w:rsidRDefault="00000000">
      <w:pPr>
        <w:spacing w:before="140" w:after="60"/>
      </w:pPr>
      <w:r>
        <w:rPr>
          <w:b/>
          <w:sz w:val="28"/>
        </w:rPr>
        <w:t>Task 2 — Instructing and Engaging Students in Learning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8280"/>
      </w:tblGrid>
      <w:tr w:rsidR="004C61C8" w14:paraId="126A6AFD" w14:textId="77777777">
        <w:trPr>
          <w:jc w:val="center"/>
        </w:trPr>
        <w:tc>
          <w:tcPr>
            <w:tcW w:w="1872" w:type="dxa"/>
            <w:shd w:val="clear" w:color="auto" w:fill="F3F6FA"/>
            <w:vAlign w:val="center"/>
          </w:tcPr>
          <w:p w14:paraId="5CD2CFD4" w14:textId="77777777" w:rsidR="004C61C8" w:rsidRDefault="00000000">
            <w:pPr>
              <w:jc w:val="center"/>
            </w:pPr>
            <w:r>
              <w:rPr>
                <w:b/>
              </w:rPr>
              <w:t>2A — Clip 1</w:t>
            </w:r>
          </w:p>
        </w:tc>
        <w:tc>
          <w:tcPr>
            <w:tcW w:w="8280" w:type="dxa"/>
            <w:shd w:val="clear" w:color="auto" w:fill="F3F6FA"/>
            <w:vAlign w:val="center"/>
          </w:tcPr>
          <w:p w14:paraId="1E7BE770" w14:textId="77777777" w:rsidR="004C61C8" w:rsidRDefault="00000000">
            <w:r>
              <w:rPr>
                <w:sz w:val="18"/>
              </w:rPr>
              <w:t xml:space="preserve">First submitted teaching video clip.  </w:t>
            </w:r>
            <w:hyperlink r:id="rId14">
              <w:r>
                <w:rPr>
                  <w:b/>
                  <w:color w:val="2F5597"/>
                  <w:sz w:val="18"/>
                  <w:u w:val="single"/>
                </w:rPr>
                <w:t>Watch video</w:t>
              </w:r>
            </w:hyperlink>
          </w:p>
        </w:tc>
      </w:tr>
    </w:tbl>
    <w:p w14:paraId="17972156" w14:textId="77777777" w:rsidR="004C61C8" w:rsidRDefault="004C61C8">
      <w:pPr>
        <w:spacing w:after="0" w:line="12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8280"/>
      </w:tblGrid>
      <w:tr w:rsidR="004C61C8" w14:paraId="34FF55CF" w14:textId="77777777">
        <w:trPr>
          <w:jc w:val="center"/>
        </w:trPr>
        <w:tc>
          <w:tcPr>
            <w:tcW w:w="1872" w:type="dxa"/>
            <w:shd w:val="clear" w:color="auto" w:fill="F3F6FA"/>
            <w:vAlign w:val="center"/>
          </w:tcPr>
          <w:p w14:paraId="1BE6A747" w14:textId="77777777" w:rsidR="004C61C8" w:rsidRDefault="00000000">
            <w:pPr>
              <w:jc w:val="center"/>
            </w:pPr>
            <w:r>
              <w:rPr>
                <w:b/>
              </w:rPr>
              <w:t>2A — Clip 2</w:t>
            </w:r>
          </w:p>
        </w:tc>
        <w:tc>
          <w:tcPr>
            <w:tcW w:w="8280" w:type="dxa"/>
            <w:shd w:val="clear" w:color="auto" w:fill="F3F6FA"/>
            <w:vAlign w:val="center"/>
          </w:tcPr>
          <w:p w14:paraId="7AAC09C2" w14:textId="77777777" w:rsidR="004C61C8" w:rsidRDefault="00000000">
            <w:r>
              <w:rPr>
                <w:sz w:val="18"/>
              </w:rPr>
              <w:t xml:space="preserve">Second submitted teaching video clip.  </w:t>
            </w:r>
            <w:hyperlink r:id="rId15">
              <w:r>
                <w:rPr>
                  <w:b/>
                  <w:color w:val="2F5597"/>
                  <w:sz w:val="18"/>
                  <w:u w:val="single"/>
                </w:rPr>
                <w:t>Watch video</w:t>
              </w:r>
            </w:hyperlink>
          </w:p>
        </w:tc>
      </w:tr>
    </w:tbl>
    <w:p w14:paraId="428BA31E" w14:textId="77777777" w:rsidR="004C61C8" w:rsidRDefault="004C61C8">
      <w:pPr>
        <w:spacing w:after="0" w:line="12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8280"/>
      </w:tblGrid>
      <w:tr w:rsidR="004C61C8" w14:paraId="181CDD88" w14:textId="77777777">
        <w:trPr>
          <w:jc w:val="center"/>
        </w:trPr>
        <w:tc>
          <w:tcPr>
            <w:tcW w:w="1872" w:type="dxa"/>
            <w:shd w:val="clear" w:color="auto" w:fill="F3F6FA"/>
            <w:vAlign w:val="center"/>
          </w:tcPr>
          <w:p w14:paraId="01FD833B" w14:textId="77777777" w:rsidR="004C61C8" w:rsidRDefault="00000000">
            <w:pPr>
              <w:jc w:val="center"/>
            </w:pPr>
            <w:r>
              <w:rPr>
                <w:b/>
              </w:rPr>
              <w:t>2B</w:t>
            </w:r>
          </w:p>
        </w:tc>
        <w:tc>
          <w:tcPr>
            <w:tcW w:w="8280" w:type="dxa"/>
            <w:shd w:val="clear" w:color="auto" w:fill="F3F6FA"/>
            <w:vAlign w:val="center"/>
          </w:tcPr>
          <w:p w14:paraId="75A00CED" w14:textId="77777777" w:rsidR="004C61C8" w:rsidRDefault="00000000">
            <w:r>
              <w:rPr>
                <w:sz w:val="18"/>
              </w:rPr>
              <w:t xml:space="preserve">Instruction commentary connected to the submitted video evidence.  </w:t>
            </w:r>
            <w:hyperlink r:id="rId16">
              <w:r>
                <w:rPr>
                  <w:b/>
                  <w:color w:val="2F5597"/>
                  <w:sz w:val="18"/>
                  <w:u w:val="single"/>
                </w:rPr>
                <w:t>View file</w:t>
              </w:r>
            </w:hyperlink>
          </w:p>
        </w:tc>
      </w:tr>
    </w:tbl>
    <w:p w14:paraId="266B775C" w14:textId="77777777" w:rsidR="004C61C8" w:rsidRDefault="004C61C8">
      <w:pPr>
        <w:spacing w:after="0" w:line="120" w:lineRule="auto"/>
      </w:pPr>
    </w:p>
    <w:p w14:paraId="03CECCCE" w14:textId="77777777" w:rsidR="004C61C8" w:rsidRDefault="00000000">
      <w:pPr>
        <w:spacing w:before="140" w:after="60"/>
      </w:pPr>
      <w:r>
        <w:rPr>
          <w:b/>
          <w:sz w:val="28"/>
        </w:rPr>
        <w:t>Task 3 — Assessing Student Learning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8280"/>
      </w:tblGrid>
      <w:tr w:rsidR="004C61C8" w14:paraId="5B9FEBAA" w14:textId="77777777">
        <w:trPr>
          <w:jc w:val="center"/>
        </w:trPr>
        <w:tc>
          <w:tcPr>
            <w:tcW w:w="1872" w:type="dxa"/>
            <w:shd w:val="clear" w:color="auto" w:fill="F3F6FA"/>
            <w:vAlign w:val="center"/>
          </w:tcPr>
          <w:p w14:paraId="2F93C025" w14:textId="77777777" w:rsidR="004C61C8" w:rsidRDefault="00000000">
            <w:pPr>
              <w:jc w:val="center"/>
            </w:pPr>
            <w:r>
              <w:rPr>
                <w:b/>
              </w:rPr>
              <w:t>3A — Sample 1</w:t>
            </w:r>
          </w:p>
        </w:tc>
        <w:tc>
          <w:tcPr>
            <w:tcW w:w="8280" w:type="dxa"/>
            <w:shd w:val="clear" w:color="auto" w:fill="F3F6FA"/>
            <w:vAlign w:val="center"/>
          </w:tcPr>
          <w:p w14:paraId="523F25F4" w14:textId="77777777" w:rsidR="004C61C8" w:rsidRDefault="00000000">
            <w:r>
              <w:rPr>
                <w:sz w:val="18"/>
              </w:rPr>
              <w:t xml:space="preserve">Literacy student work sample 1.  </w:t>
            </w:r>
            <w:hyperlink r:id="rId17">
              <w:r>
                <w:rPr>
                  <w:b/>
                  <w:color w:val="2F5597"/>
                  <w:sz w:val="18"/>
                  <w:u w:val="single"/>
                </w:rPr>
                <w:t>View file</w:t>
              </w:r>
            </w:hyperlink>
          </w:p>
        </w:tc>
      </w:tr>
    </w:tbl>
    <w:p w14:paraId="2120B36C" w14:textId="77777777" w:rsidR="004C61C8" w:rsidRDefault="004C61C8">
      <w:pPr>
        <w:spacing w:after="0" w:line="12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8280"/>
      </w:tblGrid>
      <w:tr w:rsidR="004C61C8" w14:paraId="0BBAB2D3" w14:textId="77777777">
        <w:trPr>
          <w:jc w:val="center"/>
        </w:trPr>
        <w:tc>
          <w:tcPr>
            <w:tcW w:w="1872" w:type="dxa"/>
            <w:shd w:val="clear" w:color="auto" w:fill="F3F6FA"/>
            <w:vAlign w:val="center"/>
          </w:tcPr>
          <w:p w14:paraId="7E9007D4" w14:textId="77777777" w:rsidR="004C61C8" w:rsidRDefault="00000000">
            <w:pPr>
              <w:jc w:val="center"/>
            </w:pPr>
            <w:r>
              <w:rPr>
                <w:b/>
              </w:rPr>
              <w:t>3A — Sample 2</w:t>
            </w:r>
          </w:p>
        </w:tc>
        <w:tc>
          <w:tcPr>
            <w:tcW w:w="8280" w:type="dxa"/>
            <w:shd w:val="clear" w:color="auto" w:fill="F3F6FA"/>
            <w:vAlign w:val="center"/>
          </w:tcPr>
          <w:p w14:paraId="768948CC" w14:textId="77777777" w:rsidR="004C61C8" w:rsidRDefault="00000000">
            <w:r>
              <w:rPr>
                <w:sz w:val="18"/>
              </w:rPr>
              <w:t xml:space="preserve">Literacy student work sample 2.  </w:t>
            </w:r>
            <w:hyperlink r:id="rId18">
              <w:r>
                <w:rPr>
                  <w:b/>
                  <w:color w:val="2F5597"/>
                  <w:sz w:val="18"/>
                  <w:u w:val="single"/>
                </w:rPr>
                <w:t>View file</w:t>
              </w:r>
            </w:hyperlink>
          </w:p>
        </w:tc>
      </w:tr>
    </w:tbl>
    <w:p w14:paraId="146AEDBF" w14:textId="77777777" w:rsidR="004C61C8" w:rsidRDefault="004C61C8">
      <w:pPr>
        <w:spacing w:after="0" w:line="12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8280"/>
      </w:tblGrid>
      <w:tr w:rsidR="004C61C8" w14:paraId="3334C951" w14:textId="77777777">
        <w:trPr>
          <w:jc w:val="center"/>
        </w:trPr>
        <w:tc>
          <w:tcPr>
            <w:tcW w:w="1872" w:type="dxa"/>
            <w:shd w:val="clear" w:color="auto" w:fill="F3F6FA"/>
            <w:vAlign w:val="center"/>
          </w:tcPr>
          <w:p w14:paraId="652F687D" w14:textId="77777777" w:rsidR="004C61C8" w:rsidRDefault="00000000">
            <w:pPr>
              <w:jc w:val="center"/>
            </w:pPr>
            <w:r>
              <w:rPr>
                <w:b/>
              </w:rPr>
              <w:t>3A — Sample 3</w:t>
            </w:r>
          </w:p>
        </w:tc>
        <w:tc>
          <w:tcPr>
            <w:tcW w:w="8280" w:type="dxa"/>
            <w:shd w:val="clear" w:color="auto" w:fill="F3F6FA"/>
            <w:vAlign w:val="center"/>
          </w:tcPr>
          <w:p w14:paraId="66C874C6" w14:textId="77777777" w:rsidR="004C61C8" w:rsidRDefault="00000000">
            <w:r>
              <w:rPr>
                <w:sz w:val="18"/>
              </w:rPr>
              <w:t xml:space="preserve">Literacy student work sample 3.  </w:t>
            </w:r>
            <w:hyperlink r:id="rId19">
              <w:r>
                <w:rPr>
                  <w:b/>
                  <w:color w:val="2F5597"/>
                  <w:sz w:val="18"/>
                  <w:u w:val="single"/>
                </w:rPr>
                <w:t>View file</w:t>
              </w:r>
            </w:hyperlink>
          </w:p>
        </w:tc>
      </w:tr>
    </w:tbl>
    <w:p w14:paraId="0B1BE5CC" w14:textId="77777777" w:rsidR="004C61C8" w:rsidRDefault="004C61C8">
      <w:pPr>
        <w:spacing w:after="0" w:line="12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8280"/>
      </w:tblGrid>
      <w:tr w:rsidR="004C61C8" w14:paraId="184359E1" w14:textId="77777777">
        <w:trPr>
          <w:jc w:val="center"/>
        </w:trPr>
        <w:tc>
          <w:tcPr>
            <w:tcW w:w="1872" w:type="dxa"/>
            <w:shd w:val="clear" w:color="auto" w:fill="F3F6FA"/>
            <w:vAlign w:val="center"/>
          </w:tcPr>
          <w:p w14:paraId="484B6D85" w14:textId="77777777" w:rsidR="004C61C8" w:rsidRDefault="00000000">
            <w:pPr>
              <w:jc w:val="center"/>
            </w:pPr>
            <w:r>
              <w:rPr>
                <w:b/>
              </w:rPr>
              <w:t>3B — Student 1</w:t>
            </w:r>
          </w:p>
        </w:tc>
        <w:tc>
          <w:tcPr>
            <w:tcW w:w="8280" w:type="dxa"/>
            <w:shd w:val="clear" w:color="auto" w:fill="F3F6FA"/>
            <w:vAlign w:val="center"/>
          </w:tcPr>
          <w:p w14:paraId="10B559D1" w14:textId="77777777" w:rsidR="004C61C8" w:rsidRDefault="00000000">
            <w:r>
              <w:rPr>
                <w:sz w:val="18"/>
              </w:rPr>
              <w:t xml:space="preserve">Literacy feedback for focus student 1.  </w:t>
            </w:r>
            <w:hyperlink r:id="rId20">
              <w:r>
                <w:rPr>
                  <w:b/>
                  <w:color w:val="2F5597"/>
                  <w:sz w:val="18"/>
                  <w:u w:val="single"/>
                </w:rPr>
                <w:t>View file</w:t>
              </w:r>
            </w:hyperlink>
          </w:p>
        </w:tc>
      </w:tr>
    </w:tbl>
    <w:p w14:paraId="6ADBD3FE" w14:textId="77777777" w:rsidR="004C61C8" w:rsidRDefault="004C61C8">
      <w:pPr>
        <w:spacing w:after="0" w:line="12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8280"/>
      </w:tblGrid>
      <w:tr w:rsidR="004C61C8" w14:paraId="02AAAA35" w14:textId="77777777">
        <w:trPr>
          <w:jc w:val="center"/>
        </w:trPr>
        <w:tc>
          <w:tcPr>
            <w:tcW w:w="1872" w:type="dxa"/>
            <w:shd w:val="clear" w:color="auto" w:fill="F3F6FA"/>
            <w:vAlign w:val="center"/>
          </w:tcPr>
          <w:p w14:paraId="0E60AD83" w14:textId="77777777" w:rsidR="004C61C8" w:rsidRDefault="00000000">
            <w:pPr>
              <w:jc w:val="center"/>
            </w:pPr>
            <w:r>
              <w:rPr>
                <w:b/>
              </w:rPr>
              <w:t>3B — Student 2</w:t>
            </w:r>
          </w:p>
        </w:tc>
        <w:tc>
          <w:tcPr>
            <w:tcW w:w="8280" w:type="dxa"/>
            <w:shd w:val="clear" w:color="auto" w:fill="F3F6FA"/>
            <w:vAlign w:val="center"/>
          </w:tcPr>
          <w:p w14:paraId="2DED4632" w14:textId="77777777" w:rsidR="004C61C8" w:rsidRDefault="00000000">
            <w:r>
              <w:rPr>
                <w:sz w:val="18"/>
              </w:rPr>
              <w:t xml:space="preserve">Literacy feedback for focus student 2.  </w:t>
            </w:r>
            <w:hyperlink r:id="rId21">
              <w:r>
                <w:rPr>
                  <w:b/>
                  <w:color w:val="2F5597"/>
                  <w:sz w:val="18"/>
                  <w:u w:val="single"/>
                </w:rPr>
                <w:t>View file</w:t>
              </w:r>
            </w:hyperlink>
          </w:p>
        </w:tc>
      </w:tr>
    </w:tbl>
    <w:p w14:paraId="68507603" w14:textId="77777777" w:rsidR="004C61C8" w:rsidRDefault="004C61C8">
      <w:pPr>
        <w:spacing w:after="0" w:line="12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8280"/>
      </w:tblGrid>
      <w:tr w:rsidR="004C61C8" w14:paraId="4464B6EA" w14:textId="77777777">
        <w:trPr>
          <w:jc w:val="center"/>
        </w:trPr>
        <w:tc>
          <w:tcPr>
            <w:tcW w:w="1872" w:type="dxa"/>
            <w:shd w:val="clear" w:color="auto" w:fill="F3F6FA"/>
            <w:vAlign w:val="center"/>
          </w:tcPr>
          <w:p w14:paraId="71CC4B39" w14:textId="77777777" w:rsidR="004C61C8" w:rsidRDefault="00000000">
            <w:pPr>
              <w:jc w:val="center"/>
            </w:pPr>
            <w:r>
              <w:rPr>
                <w:b/>
              </w:rPr>
              <w:t>3B — Student 3</w:t>
            </w:r>
          </w:p>
        </w:tc>
        <w:tc>
          <w:tcPr>
            <w:tcW w:w="8280" w:type="dxa"/>
            <w:shd w:val="clear" w:color="auto" w:fill="F3F6FA"/>
            <w:vAlign w:val="center"/>
          </w:tcPr>
          <w:p w14:paraId="456EBD65" w14:textId="77777777" w:rsidR="004C61C8" w:rsidRDefault="00000000">
            <w:r>
              <w:rPr>
                <w:sz w:val="18"/>
              </w:rPr>
              <w:t xml:space="preserve">Literacy feedback for focus student 3.  </w:t>
            </w:r>
            <w:hyperlink r:id="rId22">
              <w:r>
                <w:rPr>
                  <w:b/>
                  <w:color w:val="2F5597"/>
                  <w:sz w:val="18"/>
                  <w:u w:val="single"/>
                </w:rPr>
                <w:t>View file</w:t>
              </w:r>
            </w:hyperlink>
          </w:p>
        </w:tc>
      </w:tr>
    </w:tbl>
    <w:p w14:paraId="66CA0613" w14:textId="77777777" w:rsidR="004C61C8" w:rsidRDefault="004C61C8">
      <w:pPr>
        <w:spacing w:after="0" w:line="12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8280"/>
      </w:tblGrid>
      <w:tr w:rsidR="004C61C8" w14:paraId="2BDC5856" w14:textId="77777777">
        <w:trPr>
          <w:jc w:val="center"/>
        </w:trPr>
        <w:tc>
          <w:tcPr>
            <w:tcW w:w="1872" w:type="dxa"/>
            <w:shd w:val="clear" w:color="auto" w:fill="F3F6FA"/>
            <w:vAlign w:val="center"/>
          </w:tcPr>
          <w:p w14:paraId="6F57E349" w14:textId="77777777" w:rsidR="004C61C8" w:rsidRDefault="00000000">
            <w:pPr>
              <w:jc w:val="center"/>
            </w:pPr>
            <w:r>
              <w:rPr>
                <w:b/>
              </w:rPr>
              <w:t>3C</w:t>
            </w:r>
          </w:p>
        </w:tc>
        <w:tc>
          <w:tcPr>
            <w:tcW w:w="8280" w:type="dxa"/>
            <w:shd w:val="clear" w:color="auto" w:fill="F3F6FA"/>
            <w:vAlign w:val="center"/>
          </w:tcPr>
          <w:p w14:paraId="19B7664D" w14:textId="77777777" w:rsidR="004C61C8" w:rsidRDefault="00000000">
            <w:r>
              <w:rPr>
                <w:sz w:val="18"/>
              </w:rPr>
              <w:t xml:space="preserve">Task 3 submission component 3C.  </w:t>
            </w:r>
            <w:hyperlink r:id="rId23">
              <w:r>
                <w:rPr>
                  <w:b/>
                  <w:color w:val="2F5597"/>
                  <w:sz w:val="18"/>
                  <w:u w:val="single"/>
                </w:rPr>
                <w:t>View file</w:t>
              </w:r>
            </w:hyperlink>
          </w:p>
        </w:tc>
      </w:tr>
    </w:tbl>
    <w:p w14:paraId="3F35B635" w14:textId="77777777" w:rsidR="004C61C8" w:rsidRDefault="004C61C8">
      <w:pPr>
        <w:spacing w:after="0" w:line="12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8280"/>
      </w:tblGrid>
      <w:tr w:rsidR="004C61C8" w14:paraId="7579E00D" w14:textId="77777777">
        <w:trPr>
          <w:jc w:val="center"/>
        </w:trPr>
        <w:tc>
          <w:tcPr>
            <w:tcW w:w="1872" w:type="dxa"/>
            <w:shd w:val="clear" w:color="auto" w:fill="F3F6FA"/>
            <w:vAlign w:val="center"/>
          </w:tcPr>
          <w:p w14:paraId="0A9BD65D" w14:textId="77777777" w:rsidR="004C61C8" w:rsidRDefault="00000000">
            <w:pPr>
              <w:jc w:val="center"/>
            </w:pPr>
            <w:r>
              <w:rPr>
                <w:b/>
              </w:rPr>
              <w:t>3D</w:t>
            </w:r>
          </w:p>
        </w:tc>
        <w:tc>
          <w:tcPr>
            <w:tcW w:w="8280" w:type="dxa"/>
            <w:shd w:val="clear" w:color="auto" w:fill="F3F6FA"/>
            <w:vAlign w:val="center"/>
          </w:tcPr>
          <w:p w14:paraId="177B6FBA" w14:textId="77777777" w:rsidR="004C61C8" w:rsidRDefault="00000000">
            <w:r>
              <w:rPr>
                <w:sz w:val="18"/>
              </w:rPr>
              <w:t xml:space="preserve">Task 3 submission component 3D.  </w:t>
            </w:r>
            <w:hyperlink r:id="rId24">
              <w:r>
                <w:rPr>
                  <w:b/>
                  <w:color w:val="2F5597"/>
                  <w:sz w:val="18"/>
                  <w:u w:val="single"/>
                </w:rPr>
                <w:t>View file</w:t>
              </w:r>
            </w:hyperlink>
          </w:p>
        </w:tc>
      </w:tr>
    </w:tbl>
    <w:p w14:paraId="5F953660" w14:textId="77777777" w:rsidR="004C61C8" w:rsidRDefault="004C61C8">
      <w:pPr>
        <w:spacing w:after="0" w:line="120" w:lineRule="auto"/>
      </w:pPr>
    </w:p>
    <w:p w14:paraId="7A53F10A" w14:textId="77777777" w:rsidR="004C61C8" w:rsidRDefault="00000000">
      <w:pPr>
        <w:spacing w:before="140" w:after="60"/>
      </w:pPr>
      <w:r>
        <w:rPr>
          <w:b/>
          <w:sz w:val="28"/>
        </w:rPr>
        <w:t>Task 4 — Mathematics Assessment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8280"/>
      </w:tblGrid>
      <w:tr w:rsidR="004C61C8" w14:paraId="6C59D599" w14:textId="77777777">
        <w:trPr>
          <w:jc w:val="center"/>
        </w:trPr>
        <w:tc>
          <w:tcPr>
            <w:tcW w:w="1872" w:type="dxa"/>
            <w:shd w:val="clear" w:color="auto" w:fill="F3F6FA"/>
            <w:vAlign w:val="center"/>
          </w:tcPr>
          <w:p w14:paraId="0153099E" w14:textId="77777777" w:rsidR="004C61C8" w:rsidRDefault="00000000">
            <w:pPr>
              <w:jc w:val="center"/>
            </w:pPr>
            <w:r>
              <w:rPr>
                <w:b/>
              </w:rPr>
              <w:lastRenderedPageBreak/>
              <w:t>4A</w:t>
            </w:r>
          </w:p>
        </w:tc>
        <w:tc>
          <w:tcPr>
            <w:tcW w:w="8280" w:type="dxa"/>
            <w:shd w:val="clear" w:color="auto" w:fill="F3F6FA"/>
            <w:vAlign w:val="center"/>
          </w:tcPr>
          <w:p w14:paraId="69A4A4F9" w14:textId="77777777" w:rsidR="004C61C8" w:rsidRDefault="00000000">
            <w:r>
              <w:rPr>
                <w:sz w:val="18"/>
              </w:rPr>
              <w:t xml:space="preserve">Mathematics assessment submission component 4A.  </w:t>
            </w:r>
            <w:hyperlink r:id="rId25">
              <w:r>
                <w:rPr>
                  <w:b/>
                  <w:color w:val="2F5597"/>
                  <w:sz w:val="18"/>
                  <w:u w:val="single"/>
                </w:rPr>
                <w:t>View file</w:t>
              </w:r>
            </w:hyperlink>
          </w:p>
        </w:tc>
      </w:tr>
    </w:tbl>
    <w:p w14:paraId="4D643E86" w14:textId="77777777" w:rsidR="004C61C8" w:rsidRDefault="004C61C8">
      <w:pPr>
        <w:spacing w:after="0" w:line="12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8280"/>
      </w:tblGrid>
      <w:tr w:rsidR="004C61C8" w14:paraId="46AAD187" w14:textId="77777777">
        <w:trPr>
          <w:jc w:val="center"/>
        </w:trPr>
        <w:tc>
          <w:tcPr>
            <w:tcW w:w="1872" w:type="dxa"/>
            <w:shd w:val="clear" w:color="auto" w:fill="F3F6FA"/>
            <w:vAlign w:val="center"/>
          </w:tcPr>
          <w:p w14:paraId="19BF82C2" w14:textId="77777777" w:rsidR="004C61C8" w:rsidRDefault="00000000">
            <w:pPr>
              <w:jc w:val="center"/>
            </w:pPr>
            <w:r>
              <w:rPr>
                <w:b/>
              </w:rPr>
              <w:t>4B</w:t>
            </w:r>
          </w:p>
        </w:tc>
        <w:tc>
          <w:tcPr>
            <w:tcW w:w="8280" w:type="dxa"/>
            <w:shd w:val="clear" w:color="auto" w:fill="F3F6FA"/>
            <w:vAlign w:val="center"/>
          </w:tcPr>
          <w:p w14:paraId="63080B6A" w14:textId="77777777" w:rsidR="004C61C8" w:rsidRDefault="00000000">
            <w:r>
              <w:rPr>
                <w:sz w:val="18"/>
              </w:rPr>
              <w:t xml:space="preserve">Mathematics assessment submission component 4B.  </w:t>
            </w:r>
            <w:hyperlink r:id="rId26">
              <w:r>
                <w:rPr>
                  <w:b/>
                  <w:color w:val="2F5597"/>
                  <w:sz w:val="18"/>
                  <w:u w:val="single"/>
                </w:rPr>
                <w:t>View file</w:t>
              </w:r>
            </w:hyperlink>
          </w:p>
        </w:tc>
      </w:tr>
    </w:tbl>
    <w:p w14:paraId="2234F0BA" w14:textId="77777777" w:rsidR="004C61C8" w:rsidRDefault="004C61C8">
      <w:pPr>
        <w:spacing w:after="0" w:line="12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8280"/>
      </w:tblGrid>
      <w:tr w:rsidR="004C61C8" w14:paraId="1CB11695" w14:textId="77777777">
        <w:trPr>
          <w:jc w:val="center"/>
        </w:trPr>
        <w:tc>
          <w:tcPr>
            <w:tcW w:w="1872" w:type="dxa"/>
            <w:shd w:val="clear" w:color="auto" w:fill="F3F6FA"/>
            <w:vAlign w:val="center"/>
          </w:tcPr>
          <w:p w14:paraId="6403CA63" w14:textId="77777777" w:rsidR="004C61C8" w:rsidRDefault="00000000">
            <w:pPr>
              <w:jc w:val="center"/>
            </w:pPr>
            <w:r>
              <w:rPr>
                <w:b/>
              </w:rPr>
              <w:t>4C</w:t>
            </w:r>
          </w:p>
        </w:tc>
        <w:tc>
          <w:tcPr>
            <w:tcW w:w="8280" w:type="dxa"/>
            <w:shd w:val="clear" w:color="auto" w:fill="F3F6FA"/>
            <w:vAlign w:val="center"/>
          </w:tcPr>
          <w:p w14:paraId="0078285D" w14:textId="77777777" w:rsidR="004C61C8" w:rsidRDefault="00000000">
            <w:r>
              <w:rPr>
                <w:sz w:val="18"/>
              </w:rPr>
              <w:t xml:space="preserve">Mathematics assessment submission component 4C.  </w:t>
            </w:r>
            <w:hyperlink r:id="rId27">
              <w:r>
                <w:rPr>
                  <w:b/>
                  <w:color w:val="2F5597"/>
                  <w:sz w:val="18"/>
                  <w:u w:val="single"/>
                </w:rPr>
                <w:t>View file</w:t>
              </w:r>
            </w:hyperlink>
          </w:p>
        </w:tc>
      </w:tr>
    </w:tbl>
    <w:p w14:paraId="50BC1EB5" w14:textId="77777777" w:rsidR="004C61C8" w:rsidRDefault="004C61C8">
      <w:pPr>
        <w:spacing w:after="0" w:line="12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8280"/>
      </w:tblGrid>
      <w:tr w:rsidR="004C61C8" w14:paraId="211251B5" w14:textId="77777777">
        <w:trPr>
          <w:jc w:val="center"/>
        </w:trPr>
        <w:tc>
          <w:tcPr>
            <w:tcW w:w="1872" w:type="dxa"/>
            <w:shd w:val="clear" w:color="auto" w:fill="F3F6FA"/>
            <w:vAlign w:val="center"/>
          </w:tcPr>
          <w:p w14:paraId="5BF2DD28" w14:textId="77777777" w:rsidR="004C61C8" w:rsidRDefault="00000000">
            <w:pPr>
              <w:jc w:val="center"/>
            </w:pPr>
            <w:r>
              <w:rPr>
                <w:b/>
              </w:rPr>
              <w:t>4D</w:t>
            </w:r>
          </w:p>
        </w:tc>
        <w:tc>
          <w:tcPr>
            <w:tcW w:w="8280" w:type="dxa"/>
            <w:shd w:val="clear" w:color="auto" w:fill="F3F6FA"/>
            <w:vAlign w:val="center"/>
          </w:tcPr>
          <w:p w14:paraId="0F1B3022" w14:textId="77777777" w:rsidR="004C61C8" w:rsidRDefault="00000000">
            <w:r>
              <w:rPr>
                <w:sz w:val="18"/>
              </w:rPr>
              <w:t xml:space="preserve">Mathematics assessment submission component 4D.  </w:t>
            </w:r>
            <w:hyperlink r:id="rId28">
              <w:r>
                <w:rPr>
                  <w:b/>
                  <w:color w:val="2F5597"/>
                  <w:sz w:val="18"/>
                  <w:u w:val="single"/>
                </w:rPr>
                <w:t>View file</w:t>
              </w:r>
            </w:hyperlink>
          </w:p>
        </w:tc>
      </w:tr>
    </w:tbl>
    <w:p w14:paraId="56D55FEC" w14:textId="77777777" w:rsidR="004C61C8" w:rsidRDefault="004C61C8">
      <w:pPr>
        <w:spacing w:after="0" w:line="12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8280"/>
      </w:tblGrid>
      <w:tr w:rsidR="004C61C8" w14:paraId="4A3F1A86" w14:textId="77777777">
        <w:trPr>
          <w:jc w:val="center"/>
        </w:trPr>
        <w:tc>
          <w:tcPr>
            <w:tcW w:w="1872" w:type="dxa"/>
            <w:shd w:val="clear" w:color="auto" w:fill="F3F6FA"/>
            <w:vAlign w:val="center"/>
          </w:tcPr>
          <w:p w14:paraId="52CDD266" w14:textId="77777777" w:rsidR="004C61C8" w:rsidRDefault="00000000">
            <w:pPr>
              <w:jc w:val="center"/>
            </w:pPr>
            <w:r>
              <w:rPr>
                <w:b/>
              </w:rPr>
              <w:t>4E — Sample 1</w:t>
            </w:r>
          </w:p>
        </w:tc>
        <w:tc>
          <w:tcPr>
            <w:tcW w:w="8280" w:type="dxa"/>
            <w:shd w:val="clear" w:color="auto" w:fill="F3F6FA"/>
            <w:vAlign w:val="center"/>
          </w:tcPr>
          <w:p w14:paraId="3D0D81F3" w14:textId="77777777" w:rsidR="004C61C8" w:rsidRDefault="00000000">
            <w:r>
              <w:rPr>
                <w:sz w:val="18"/>
              </w:rPr>
              <w:t xml:space="preserve">Formative mathematics work sample 1.  </w:t>
            </w:r>
            <w:hyperlink r:id="rId29">
              <w:r>
                <w:rPr>
                  <w:b/>
                  <w:color w:val="2F5597"/>
                  <w:sz w:val="18"/>
                  <w:u w:val="single"/>
                </w:rPr>
                <w:t>View file</w:t>
              </w:r>
            </w:hyperlink>
          </w:p>
        </w:tc>
      </w:tr>
    </w:tbl>
    <w:p w14:paraId="71E958F3" w14:textId="77777777" w:rsidR="004C61C8" w:rsidRDefault="004C61C8">
      <w:pPr>
        <w:spacing w:after="0" w:line="12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8280"/>
      </w:tblGrid>
      <w:tr w:rsidR="004C61C8" w14:paraId="5FAA4196" w14:textId="77777777">
        <w:trPr>
          <w:jc w:val="center"/>
        </w:trPr>
        <w:tc>
          <w:tcPr>
            <w:tcW w:w="1872" w:type="dxa"/>
            <w:shd w:val="clear" w:color="auto" w:fill="F3F6FA"/>
            <w:vAlign w:val="center"/>
          </w:tcPr>
          <w:p w14:paraId="20064D0D" w14:textId="77777777" w:rsidR="004C61C8" w:rsidRDefault="00000000">
            <w:pPr>
              <w:jc w:val="center"/>
            </w:pPr>
            <w:r>
              <w:rPr>
                <w:b/>
              </w:rPr>
              <w:t>4E — Sample 2</w:t>
            </w:r>
          </w:p>
        </w:tc>
        <w:tc>
          <w:tcPr>
            <w:tcW w:w="8280" w:type="dxa"/>
            <w:shd w:val="clear" w:color="auto" w:fill="F3F6FA"/>
            <w:vAlign w:val="center"/>
          </w:tcPr>
          <w:p w14:paraId="2CC6BF6B" w14:textId="77777777" w:rsidR="004C61C8" w:rsidRDefault="00000000">
            <w:r>
              <w:rPr>
                <w:sz w:val="18"/>
              </w:rPr>
              <w:t xml:space="preserve">Formative mathematics work sample 2.  </w:t>
            </w:r>
            <w:hyperlink r:id="rId30">
              <w:r>
                <w:rPr>
                  <w:b/>
                  <w:color w:val="2F5597"/>
                  <w:sz w:val="18"/>
                  <w:u w:val="single"/>
                </w:rPr>
                <w:t>View file</w:t>
              </w:r>
            </w:hyperlink>
          </w:p>
        </w:tc>
      </w:tr>
    </w:tbl>
    <w:p w14:paraId="21A30FE7" w14:textId="77777777" w:rsidR="004C61C8" w:rsidRDefault="004C61C8">
      <w:pPr>
        <w:spacing w:after="0" w:line="12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8280"/>
      </w:tblGrid>
      <w:tr w:rsidR="004C61C8" w14:paraId="71952CFC" w14:textId="77777777">
        <w:trPr>
          <w:jc w:val="center"/>
        </w:trPr>
        <w:tc>
          <w:tcPr>
            <w:tcW w:w="1872" w:type="dxa"/>
            <w:shd w:val="clear" w:color="auto" w:fill="F3F6FA"/>
            <w:vAlign w:val="center"/>
          </w:tcPr>
          <w:p w14:paraId="07A5E6CA" w14:textId="77777777" w:rsidR="004C61C8" w:rsidRDefault="00000000">
            <w:pPr>
              <w:jc w:val="center"/>
            </w:pPr>
            <w:r>
              <w:rPr>
                <w:b/>
              </w:rPr>
              <w:t>4E — Sample 3</w:t>
            </w:r>
          </w:p>
        </w:tc>
        <w:tc>
          <w:tcPr>
            <w:tcW w:w="8280" w:type="dxa"/>
            <w:shd w:val="clear" w:color="auto" w:fill="F3F6FA"/>
            <w:vAlign w:val="center"/>
          </w:tcPr>
          <w:p w14:paraId="02938D02" w14:textId="77777777" w:rsidR="004C61C8" w:rsidRDefault="00000000">
            <w:r>
              <w:rPr>
                <w:sz w:val="18"/>
              </w:rPr>
              <w:t xml:space="preserve">Formative mathematics work sample 3.  </w:t>
            </w:r>
            <w:hyperlink r:id="rId31">
              <w:r>
                <w:rPr>
                  <w:b/>
                  <w:color w:val="2F5597"/>
                  <w:sz w:val="18"/>
                  <w:u w:val="single"/>
                </w:rPr>
                <w:t>View file</w:t>
              </w:r>
            </w:hyperlink>
          </w:p>
        </w:tc>
      </w:tr>
    </w:tbl>
    <w:p w14:paraId="02EBC6A6" w14:textId="77777777" w:rsidR="004C61C8" w:rsidRDefault="004C61C8">
      <w:pPr>
        <w:spacing w:after="0" w:line="12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8280"/>
      </w:tblGrid>
      <w:tr w:rsidR="004C61C8" w14:paraId="0BB3E072" w14:textId="77777777">
        <w:trPr>
          <w:jc w:val="center"/>
        </w:trPr>
        <w:tc>
          <w:tcPr>
            <w:tcW w:w="1872" w:type="dxa"/>
            <w:shd w:val="clear" w:color="auto" w:fill="F3F6FA"/>
            <w:vAlign w:val="center"/>
          </w:tcPr>
          <w:p w14:paraId="2A308587" w14:textId="77777777" w:rsidR="004C61C8" w:rsidRDefault="00000000">
            <w:pPr>
              <w:jc w:val="center"/>
            </w:pPr>
            <w:r>
              <w:rPr>
                <w:b/>
              </w:rPr>
              <w:t>4F — Student 1</w:t>
            </w:r>
          </w:p>
        </w:tc>
        <w:tc>
          <w:tcPr>
            <w:tcW w:w="8280" w:type="dxa"/>
            <w:shd w:val="clear" w:color="auto" w:fill="F3F6FA"/>
            <w:vAlign w:val="center"/>
          </w:tcPr>
          <w:p w14:paraId="227F60DE" w14:textId="77777777" w:rsidR="004C61C8" w:rsidRDefault="00000000">
            <w:r>
              <w:rPr>
                <w:sz w:val="18"/>
              </w:rPr>
              <w:t xml:space="preserve">Student re-engagement sample 1.  </w:t>
            </w:r>
            <w:hyperlink r:id="rId32">
              <w:r>
                <w:rPr>
                  <w:b/>
                  <w:color w:val="2F5597"/>
                  <w:sz w:val="18"/>
                  <w:u w:val="single"/>
                </w:rPr>
                <w:t>View file</w:t>
              </w:r>
            </w:hyperlink>
          </w:p>
        </w:tc>
      </w:tr>
    </w:tbl>
    <w:p w14:paraId="0EB626F2" w14:textId="77777777" w:rsidR="004C61C8" w:rsidRDefault="004C61C8">
      <w:pPr>
        <w:spacing w:after="0" w:line="12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8280"/>
      </w:tblGrid>
      <w:tr w:rsidR="004C61C8" w14:paraId="7DDA02DA" w14:textId="77777777">
        <w:trPr>
          <w:jc w:val="center"/>
        </w:trPr>
        <w:tc>
          <w:tcPr>
            <w:tcW w:w="1872" w:type="dxa"/>
            <w:shd w:val="clear" w:color="auto" w:fill="F3F6FA"/>
            <w:vAlign w:val="center"/>
          </w:tcPr>
          <w:p w14:paraId="7D00C7DC" w14:textId="77777777" w:rsidR="004C61C8" w:rsidRDefault="00000000">
            <w:pPr>
              <w:jc w:val="center"/>
            </w:pPr>
            <w:r>
              <w:rPr>
                <w:b/>
              </w:rPr>
              <w:t>4F — Student 2</w:t>
            </w:r>
          </w:p>
        </w:tc>
        <w:tc>
          <w:tcPr>
            <w:tcW w:w="8280" w:type="dxa"/>
            <w:shd w:val="clear" w:color="auto" w:fill="F3F6FA"/>
            <w:vAlign w:val="center"/>
          </w:tcPr>
          <w:p w14:paraId="22003ABC" w14:textId="77777777" w:rsidR="004C61C8" w:rsidRDefault="00000000">
            <w:r>
              <w:rPr>
                <w:sz w:val="18"/>
              </w:rPr>
              <w:t xml:space="preserve">Student re-engagement sample 2.  </w:t>
            </w:r>
            <w:hyperlink r:id="rId33">
              <w:r>
                <w:rPr>
                  <w:b/>
                  <w:color w:val="2F5597"/>
                  <w:sz w:val="18"/>
                  <w:u w:val="single"/>
                </w:rPr>
                <w:t>View file</w:t>
              </w:r>
            </w:hyperlink>
          </w:p>
        </w:tc>
      </w:tr>
    </w:tbl>
    <w:p w14:paraId="2FAC6D1E" w14:textId="77777777" w:rsidR="004C61C8" w:rsidRDefault="004C61C8">
      <w:pPr>
        <w:spacing w:after="0" w:line="12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8280"/>
      </w:tblGrid>
      <w:tr w:rsidR="004C61C8" w14:paraId="22892B7B" w14:textId="77777777">
        <w:trPr>
          <w:jc w:val="center"/>
        </w:trPr>
        <w:tc>
          <w:tcPr>
            <w:tcW w:w="1872" w:type="dxa"/>
            <w:shd w:val="clear" w:color="auto" w:fill="F3F6FA"/>
            <w:vAlign w:val="center"/>
          </w:tcPr>
          <w:p w14:paraId="04E2DE69" w14:textId="77777777" w:rsidR="004C61C8" w:rsidRDefault="00000000">
            <w:pPr>
              <w:jc w:val="center"/>
            </w:pPr>
            <w:r>
              <w:rPr>
                <w:b/>
              </w:rPr>
              <w:t>4F — Student 3</w:t>
            </w:r>
          </w:p>
        </w:tc>
        <w:tc>
          <w:tcPr>
            <w:tcW w:w="8280" w:type="dxa"/>
            <w:shd w:val="clear" w:color="auto" w:fill="F3F6FA"/>
            <w:vAlign w:val="center"/>
          </w:tcPr>
          <w:p w14:paraId="0E7B12B4" w14:textId="77777777" w:rsidR="004C61C8" w:rsidRDefault="00000000">
            <w:r>
              <w:rPr>
                <w:sz w:val="18"/>
              </w:rPr>
              <w:t xml:space="preserve">Student re-engagement sample 3.  </w:t>
            </w:r>
            <w:hyperlink r:id="rId34">
              <w:r>
                <w:rPr>
                  <w:b/>
                  <w:color w:val="2F5597"/>
                  <w:sz w:val="18"/>
                  <w:u w:val="single"/>
                </w:rPr>
                <w:t>View file</w:t>
              </w:r>
            </w:hyperlink>
          </w:p>
        </w:tc>
      </w:tr>
    </w:tbl>
    <w:p w14:paraId="0355C7FB" w14:textId="77777777" w:rsidR="004C61C8" w:rsidRDefault="004C61C8">
      <w:pPr>
        <w:spacing w:after="0" w:line="12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8280"/>
      </w:tblGrid>
      <w:tr w:rsidR="004C61C8" w14:paraId="32AD8BDB" w14:textId="77777777">
        <w:trPr>
          <w:jc w:val="center"/>
        </w:trPr>
        <w:tc>
          <w:tcPr>
            <w:tcW w:w="1872" w:type="dxa"/>
            <w:shd w:val="clear" w:color="auto" w:fill="F3F6FA"/>
            <w:vAlign w:val="center"/>
          </w:tcPr>
          <w:p w14:paraId="0CE5A7CD" w14:textId="77777777" w:rsidR="004C61C8" w:rsidRDefault="00000000">
            <w:pPr>
              <w:jc w:val="center"/>
            </w:pPr>
            <w:r>
              <w:rPr>
                <w:b/>
              </w:rPr>
              <w:t>4G</w:t>
            </w:r>
          </w:p>
        </w:tc>
        <w:tc>
          <w:tcPr>
            <w:tcW w:w="8280" w:type="dxa"/>
            <w:shd w:val="clear" w:color="auto" w:fill="F3F6FA"/>
            <w:vAlign w:val="center"/>
          </w:tcPr>
          <w:p w14:paraId="61631F1D" w14:textId="77777777" w:rsidR="004C61C8" w:rsidRDefault="00000000">
            <w:r>
              <w:rPr>
                <w:sz w:val="18"/>
              </w:rPr>
              <w:t xml:space="preserve">Final Task 4 submission component.  </w:t>
            </w:r>
            <w:hyperlink r:id="rId35">
              <w:r>
                <w:rPr>
                  <w:b/>
                  <w:color w:val="2F5597"/>
                  <w:sz w:val="18"/>
                  <w:u w:val="single"/>
                </w:rPr>
                <w:t>View file</w:t>
              </w:r>
            </w:hyperlink>
          </w:p>
        </w:tc>
      </w:tr>
    </w:tbl>
    <w:p w14:paraId="46DB0EC0" w14:textId="77777777" w:rsidR="004C61C8" w:rsidRDefault="004C61C8">
      <w:pPr>
        <w:spacing w:after="0" w:line="120" w:lineRule="auto"/>
      </w:pPr>
    </w:p>
    <w:sectPr w:rsidR="004C61C8" w:rsidSect="00034616">
      <w:footerReference w:type="default" r:id="rId36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B9EF5" w14:textId="77777777" w:rsidR="00DB055B" w:rsidRDefault="00DB055B">
      <w:pPr>
        <w:spacing w:after="0" w:line="240" w:lineRule="auto"/>
      </w:pPr>
      <w:r>
        <w:separator/>
      </w:r>
    </w:p>
  </w:endnote>
  <w:endnote w:type="continuationSeparator" w:id="0">
    <w:p w14:paraId="79175010" w14:textId="77777777" w:rsidR="00DB055B" w:rsidRDefault="00DB0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7F591" w14:textId="77777777" w:rsidR="004C61C8" w:rsidRDefault="00000000">
    <w:pPr>
      <w:pStyle w:val="Footer"/>
      <w:jc w:val="center"/>
    </w:pPr>
    <w:r>
      <w:rPr>
        <w:sz w:val="16"/>
      </w:rPr>
      <w:t xml:space="preserve">Jack Stephenson • </w:t>
    </w:r>
    <w:proofErr w:type="spellStart"/>
    <w:r>
      <w:rPr>
        <w:sz w:val="16"/>
      </w:rPr>
      <w:t>edTPA</w:t>
    </w:r>
    <w:proofErr w:type="spellEnd"/>
    <w:r>
      <w:rPr>
        <w:sz w:val="16"/>
      </w:rPr>
      <w:t xml:space="preserve"> Portfolio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20D97" w14:textId="77777777" w:rsidR="00DB055B" w:rsidRDefault="00DB055B">
      <w:pPr>
        <w:spacing w:after="0" w:line="240" w:lineRule="auto"/>
      </w:pPr>
      <w:r>
        <w:separator/>
      </w:r>
    </w:p>
  </w:footnote>
  <w:footnote w:type="continuationSeparator" w:id="0">
    <w:p w14:paraId="6024CC34" w14:textId="77777777" w:rsidR="00DB055B" w:rsidRDefault="00DB05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2532941">
    <w:abstractNumId w:val="8"/>
  </w:num>
  <w:num w:numId="2" w16cid:durableId="844439966">
    <w:abstractNumId w:val="6"/>
  </w:num>
  <w:num w:numId="3" w16cid:durableId="166796059">
    <w:abstractNumId w:val="5"/>
  </w:num>
  <w:num w:numId="4" w16cid:durableId="991371022">
    <w:abstractNumId w:val="4"/>
  </w:num>
  <w:num w:numId="5" w16cid:durableId="270627479">
    <w:abstractNumId w:val="7"/>
  </w:num>
  <w:num w:numId="6" w16cid:durableId="983003071">
    <w:abstractNumId w:val="3"/>
  </w:num>
  <w:num w:numId="7" w16cid:durableId="1885940784">
    <w:abstractNumId w:val="2"/>
  </w:num>
  <w:num w:numId="8" w16cid:durableId="858814334">
    <w:abstractNumId w:val="1"/>
  </w:num>
  <w:num w:numId="9" w16cid:durableId="716247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C61C8"/>
    <w:rsid w:val="00734022"/>
    <w:rsid w:val="00AA1D8D"/>
    <w:rsid w:val="00B47730"/>
    <w:rsid w:val="00CB0664"/>
    <w:rsid w:val="00DB055B"/>
    <w:rsid w:val="00FC693F"/>
    <w:rsid w:val="00FF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0EBE16"/>
  <w14:defaultImageDpi w14:val="300"/>
  <w15:docId w15:val="{B52EC4F3-441E-C94B-B9D6-DFDD13388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34d218b6-9e4e-446a-b5a1-0fdf3a67ab9c.usrfiles.com/ugd/34d218_041bd4f8f55c42dbb2faf1d2e512b4e3.pdf" TargetMode="External"/><Relationship Id="rId18" Type="http://schemas.openxmlformats.org/officeDocument/2006/relationships/hyperlink" Target="https://34d218b6-9e4e-446a-b5a1-0fdf3a67ab9c.usrfiles.com/ugd/34d218_225203d38552444a81a0b1c2df867b57.pdf" TargetMode="External"/><Relationship Id="rId26" Type="http://schemas.openxmlformats.org/officeDocument/2006/relationships/hyperlink" Target="https://34d218b6-9e4e-446a-b5a1-0fdf3a67ab9c.usrfiles.com/ugd/34d218_dd1c4cda05d743d1868e4af14532fe6c.pdf" TargetMode="External"/><Relationship Id="rId21" Type="http://schemas.openxmlformats.org/officeDocument/2006/relationships/hyperlink" Target="https://34d218b6-9e4e-446a-b5a1-0fdf3a67ab9c.usrfiles.com/ugd/34d218_4bea7a4fee1446f095c6d5aeb4627dfb.pdf" TargetMode="External"/><Relationship Id="rId34" Type="http://schemas.openxmlformats.org/officeDocument/2006/relationships/hyperlink" Target="https://34d218b6-9e4e-446a-b5a1-0fdf3a67ab9c.usrfiles.com/ugd/34d218_300616d439444a1e860c469716c087ab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34d218b6-9e4e-446a-b5a1-0fdf3a67ab9c.usrfiles.com/ugd/34d218_b94b30544bf149d5ae311eb2afbba236.pdf" TargetMode="External"/><Relationship Id="rId17" Type="http://schemas.openxmlformats.org/officeDocument/2006/relationships/hyperlink" Target="https://34d218b6-9e4e-446a-b5a1-0fdf3a67ab9c.usrfiles.com/ugd/34d218_806ad1c4814e4ad987438b97017e7ce4.pdf" TargetMode="External"/><Relationship Id="rId25" Type="http://schemas.openxmlformats.org/officeDocument/2006/relationships/hyperlink" Target="https://34d218b6-9e4e-446a-b5a1-0fdf3a67ab9c.usrfiles.com/ugd/34d218_47a17fd124b54be19c92182c94ce8794.pdf" TargetMode="External"/><Relationship Id="rId33" Type="http://schemas.openxmlformats.org/officeDocument/2006/relationships/hyperlink" Target="https://34d218b6-9e4e-446a-b5a1-0fdf3a67ab9c.usrfiles.com/ugd/34d218_f685babbb5d94b508ed2b594ad0192c5.pdf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34d218b6-9e4e-446a-b5a1-0fdf3a67ab9c.usrfiles.com/ugd/34d218_b02fd8f4a3e042578fb4153f95187953.pdf" TargetMode="External"/><Relationship Id="rId20" Type="http://schemas.openxmlformats.org/officeDocument/2006/relationships/hyperlink" Target="https://34d218b6-9e4e-446a-b5a1-0fdf3a67ab9c.usrfiles.com/ugd/34d218_10e388274f4b4925ac610be0490c118d.pdf" TargetMode="External"/><Relationship Id="rId29" Type="http://schemas.openxmlformats.org/officeDocument/2006/relationships/hyperlink" Target="https://34d218b6-9e4e-446a-b5a1-0fdf3a67ab9c.usrfiles.com/ugd/34d218_62617099ad374327a1952d5f6c2a320b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34d218b6-9e4e-446a-b5a1-0fdf3a67ab9c.usrfiles.com/ugd/34d218_4cc100376aaa4c79bf3a88d2ea63fd5b.pdf" TargetMode="External"/><Relationship Id="rId24" Type="http://schemas.openxmlformats.org/officeDocument/2006/relationships/hyperlink" Target="https://34d218b6-9e4e-446a-b5a1-0fdf3a67ab9c.usrfiles.com/ugd/34d218_40411d8b8e54484c9f43d449f36526ff.pdf" TargetMode="External"/><Relationship Id="rId32" Type="http://schemas.openxmlformats.org/officeDocument/2006/relationships/hyperlink" Target="https://34d218b6-9e4e-446a-b5a1-0fdf3a67ab9c.usrfiles.com/ugd/34d218_0d72cdec093f4651acd3db376a868ac9.pdf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video.wixstatic.com/video/34d218_4a85c72e8c434899b1b1ba3c0b5d66f3/360p/mp4/file.mp4" TargetMode="External"/><Relationship Id="rId23" Type="http://schemas.openxmlformats.org/officeDocument/2006/relationships/hyperlink" Target="https://34d218b6-9e4e-446a-b5a1-0fdf3a67ab9c.usrfiles.com/ugd/34d218_d9b1233f79854da7a4ecf18096518597.pdf" TargetMode="External"/><Relationship Id="rId28" Type="http://schemas.openxmlformats.org/officeDocument/2006/relationships/hyperlink" Target="https://34d218b6-9e4e-446a-b5a1-0fdf3a67ab9c.usrfiles.com/ugd/34d218_379bda731aca4111b1561071b883f047.pdf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34d218b6-9e4e-446a-b5a1-0fdf3a67ab9c.usrfiles.com/ugd/34d218_4c8d6ddc00f9495d98f14790ab9757c6.pdf" TargetMode="External"/><Relationship Id="rId19" Type="http://schemas.openxmlformats.org/officeDocument/2006/relationships/hyperlink" Target="https://34d218b6-9e4e-446a-b5a1-0fdf3a67ab9c.usrfiles.com/ugd/34d218_fddc39061998416492b865da8156e5c3.pdf" TargetMode="External"/><Relationship Id="rId31" Type="http://schemas.openxmlformats.org/officeDocument/2006/relationships/hyperlink" Target="https://34d218b6-9e4e-446a-b5a1-0fdf3a67ab9c.usrfiles.com/ugd/34d218_d934df2ed3204fe9a43051a94ec5c4af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34d218b6-9e4e-446a-b5a1-0fdf3a67ab9c.usrfiles.com/ugd/34d218_731f094ad8564ca6bee3b83f76e6e248.pdf" TargetMode="External"/><Relationship Id="rId14" Type="http://schemas.openxmlformats.org/officeDocument/2006/relationships/hyperlink" Target="https://video.wixstatic.com/video/34d218_b1f4174cb78747bb9eb1b1e720d35c8d/360p/mp4/file.mp4" TargetMode="External"/><Relationship Id="rId22" Type="http://schemas.openxmlformats.org/officeDocument/2006/relationships/hyperlink" Target="https://34d218b6-9e4e-446a-b5a1-0fdf3a67ab9c.usrfiles.com/ugd/34d218_fe64c87eae6a4da69d0c13b0d3959a67.pdf" TargetMode="External"/><Relationship Id="rId27" Type="http://schemas.openxmlformats.org/officeDocument/2006/relationships/hyperlink" Target="https://34d218b6-9e4e-446a-b5a1-0fdf3a67ab9c.usrfiles.com/ugd/34d218_b0a55526562148d0add71cb2edf2858f.pdf" TargetMode="External"/><Relationship Id="rId30" Type="http://schemas.openxmlformats.org/officeDocument/2006/relationships/hyperlink" Target="https://34d218b6-9e4e-446a-b5a1-0fdf3a67ab9c.usrfiles.com/ugd/34d218_36f3ac5cc6544d259b625c7b5083bdd9.pdf" TargetMode="External"/><Relationship Id="rId35" Type="http://schemas.openxmlformats.org/officeDocument/2006/relationships/hyperlink" Target="https://34d218b6-9e4e-446a-b5a1-0fdf3a67ab9c.usrfiles.com/ugd/34d218_d6c82660a3ea41b0a382517c64ddce78.pdf" TargetMode="External"/><Relationship Id="rId8" Type="http://schemas.openxmlformats.org/officeDocument/2006/relationships/hyperlink" Target="https://34d218b6-9e4e-446a-b5a1-0fdf3a67ab9c.usrfiles.com/ugd/34d218_c6538a218def4cde9feb3a29f0038547.pdf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Jack Stephenson</cp:lastModifiedBy>
  <cp:revision>2</cp:revision>
  <dcterms:created xsi:type="dcterms:W3CDTF">2026-08-11T05:08:00Z</dcterms:created>
  <dcterms:modified xsi:type="dcterms:W3CDTF">2026-08-11T05:08:00Z</dcterms:modified>
  <cp:category/>
</cp:coreProperties>
</file>